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Kipper AI: Advancing academic writing with undetectable AI-generated essays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Kipper AI: Advancing Academic Writing with Undetectable AI-Generated Essays</w:t>
      </w:r>
      <w:r/>
    </w:p>
    <w:p>
      <w:r/>
      <w:r>
        <w:rPr>
          <w:b/>
        </w:rPr>
        <w:t>In a rapidly evolving academic landscape characterised by increasing demands on students, Kipper AI has emerged as a revolutionary tool, offering high-quality, undetectable AI-generated essays. This innovative platform is transforming how students approach essay writing, providing solutions that harmonise efficiency and precision while tackling the complexities of academic integrity.</w:t>
      </w:r>
      <w:r/>
    </w:p>
    <w:p>
      <w:pPr>
        <w:pBdr>
          <w:bottom w:val="single" w:sz="6" w:space="1" w:color="auto"/>
        </w:pBdr>
      </w:pPr>
      <w:r/>
    </w:p>
    <w:p>
      <w:r/>
      <w:r>
        <w:rPr>
          <w:b/>
        </w:rPr>
        <w:t>Overview of Kipper AI</w:t>
      </w:r>
      <w:r/>
    </w:p>
    <w:p>
      <w:r/>
      <w:r>
        <w:t>Developed with the singular mission to simplify essay writing for students, Kipper AI introduces tools that utilise advanced artificial intelligence to produce essays that elude conventional plagiarism detectors and AI detection systems. Kipper AI presents two primary products: the AI Essay Writer and the AI Detector, designed to assist students in crafting exceptional essays that adhere to academic standards without falling foul of detection technologies.</w:t>
      </w:r>
      <w:r/>
    </w:p>
    <w:p>
      <w:r/>
      <w:r>
        <w:t>The creators behind Kipper AI explain their motivation stemmed from the common frustration students experience with essay writing. Their vision was to create a resource that alleviates this burden, resulting in a platform that ensures the process becomes both manageable and less stressful for students, while maintaining the academic integrity of their work.</w:t>
      </w:r>
      <w:r/>
    </w:p>
    <w:p>
      <w:pPr>
        <w:pBdr>
          <w:bottom w:val="single" w:sz="6" w:space="1" w:color="auto"/>
        </w:pBdr>
      </w:pPr>
      <w:r/>
    </w:p>
    <w:p>
      <w:r/>
      <w:r>
        <w:rPr>
          <w:b/>
        </w:rPr>
        <w:t>Revolutionising Academic Writing</w:t>
      </w:r>
      <w:r/>
    </w:p>
    <w:p>
      <w:r/>
      <w:r>
        <w:t>Kipper AI’s tools are reshaping the academic writing scene profoundly. With the assistance of the AI Essay Writer and an AI tutor, students can now generate essays that exhibit quality often surpassing that of human-written content. The AI system ensures that each essay is unique, coherent, and tailored to the specific requirements of the student.</w:t>
      </w:r>
      <w:r/>
    </w:p>
    <w:p>
      <w:r/>
      <w:r>
        <w:t>A key feature of Kipper AI's offerings is the artificial intelligence's capability to produce essays that are undetectable by AI detection software. This addresses a significant concern for students wary of the academic repercussions tied to AI-generated content. The sophisticated algorithms utilised by Kipper AI simulate human writing patterns, ensuring that each generated essay maintains originality and coherence, thereby passing traditional scrutiny levels without issue.</w:t>
      </w:r>
      <w:r/>
    </w:p>
    <w:p>
      <w:pPr>
        <w:pBdr>
          <w:bottom w:val="single" w:sz="6" w:space="1" w:color="auto"/>
        </w:pBdr>
      </w:pPr>
      <w:r/>
    </w:p>
    <w:p>
      <w:r/>
      <w:r>
        <w:rPr>
          <w:b/>
        </w:rPr>
        <w:t>How Kipper AI Ensures Undetectable Essays</w:t>
      </w:r>
      <w:r/>
    </w:p>
    <w:p>
      <w:r/>
      <w:r>
        <w:t>Kipper AI employs advanced algorithms and techniques to create content indistinguishable from human writing. By producing text that flows naturally and incorporates original thoughts, it ensures each essay can navigate past conventional plagiarism and AI detection systems. The platform encourages students to personalise the AI-generated essays by making subtle adjustments to the content and structure, integrating their own style and voice to align with their academic persona.</w:t>
      </w:r>
      <w:r/>
    </w:p>
    <w:p>
      <w:pPr>
        <w:pBdr>
          <w:bottom w:val="single" w:sz="6" w:space="1" w:color="auto"/>
        </w:pBdr>
      </w:pPr>
      <w:r/>
    </w:p>
    <w:p>
      <w:r/>
      <w:r>
        <w:rPr>
          <w:b/>
        </w:rPr>
        <w:t>Mastering Kipper AI Tools</w:t>
      </w:r>
      <w:r/>
    </w:p>
    <w:p>
      <w:r/>
      <w:r>
        <w:t>Students keen on incorporating Kipper AI into their academic practices must familiarise themselves with both the Essay Writer and the AI Detector. These tools are designed to be user-friendly, guiding students through the content generation process while allowing for individual customisation at every stage. This comprehensive approach not only produces high-quality essays but also instils confidence in students about the academic integrity of their work.</w:t>
      </w:r>
      <w:r/>
    </w:p>
    <w:p>
      <w:pPr>
        <w:pBdr>
          <w:bottom w:val="single" w:sz="6" w:space="1" w:color="auto"/>
        </w:pBdr>
      </w:pPr>
      <w:r/>
    </w:p>
    <w:p>
      <w:r/>
      <w:r>
        <w:rPr>
          <w:b/>
        </w:rPr>
        <w:t>Addressing the Controversies</w:t>
      </w:r>
      <w:r/>
    </w:p>
    <w:p>
      <w:r/>
      <w:r>
        <w:t>The use of AI-generated essays is not without controversy. Critics argue these tools could promote academic dishonesty and undermine educational standards. Kipper AI, however, maintains that its platform is designed to enhance students’ understanding of essay writing. The creators advocate for the ethical utilisation of their tools, emphasising that AI should augment human capability rather than replace it.</w:t>
      </w:r>
      <w:r/>
    </w:p>
    <w:p>
      <w:r/>
      <w:r>
        <w:t>Kipper AI’s philosophy encourages students to interact critically with their material and personalise their AI-assisted essays, ensuring a genuine academic experience. The platform serves as an educational aid, providing a deeper understanding of essay structure and refining students' writing skills.</w:t>
      </w:r>
      <w:r/>
    </w:p>
    <w:p>
      <w:pPr>
        <w:pBdr>
          <w:bottom w:val="single" w:sz="6" w:space="1" w:color="auto"/>
        </w:pBdr>
      </w:pPr>
      <w:r/>
    </w:p>
    <w:p>
      <w:r/>
      <w:r>
        <w:rPr>
          <w:b/>
        </w:rPr>
        <w:t>Kipper AI’s Unique Position</w:t>
      </w:r>
      <w:r/>
    </w:p>
    <w:p>
      <w:r/>
      <w:r>
        <w:t>What distinctly positions Kipper AI above other academic tools is its focus on generating undetectable AI content while preserving essay quality. The platform’s unique capability to bypass detection systems without diminishing the academic value of the content makes it a standout resource for students.</w:t>
      </w:r>
      <w:r/>
    </w:p>
    <w:p>
      <w:r/>
      <w:r>
        <w:t>Kipper AI envisions a future where artificial intelligence is regarded not as a threat but as a significant academic resource. By encouraging the ethical use of AI technology, Kipper AI aims to support students in reaching new academic heights effectively and responsibly.</w:t>
      </w:r>
      <w:r/>
    </w:p>
    <w:p>
      <w:pPr>
        <w:pStyle w:val="Heading3"/>
      </w:pPr>
      <w:r>
        <w:t>Conclusion</w:t>
      </w:r>
      <w:r/>
    </w:p>
    <w:p>
      <w:r/>
      <w:r>
        <w:t>As AI technologies continue to influence the educational sector, Kipper AI emerges as a pioneering tool that offers students the potential to enhance their academic writing capabilities. The platform's sophisticated technology, combined with its commitment to uphold academic standards, provides a valuable resource for students navigating the increasingly demanding academic environment.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