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introduces the Yoga Pro 7 (14”): a powerhouse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Lenovo Introduces the Yoga Pro 7 (14”): A Powerhouse with AI Integration</w:t>
      </w:r>
      <w:r/>
    </w:p>
    <w:p>
      <w:r/>
      <w:r>
        <w:t>Lenovo has unveiled the latest member of its esteemed Yoga series, the Yoga Pro 7 (14”, 9th Gen), powered by the advanced AMD Ryzen AI 9 365 processor. This release showcases Lenovo's commitment to integrating cutting-edge AI technology into consumer laptops, aiming to significantly enhance user experience and productivity.</w:t>
      </w:r>
      <w:r/>
    </w:p>
    <w:p>
      <w:r/>
      <w:r>
        <w:rPr>
          <w:b/>
        </w:rPr>
        <w:t>Innovative Features Supported by AI</w:t>
      </w:r>
      <w:r/>
    </w:p>
    <w:p>
      <w:r/>
      <w:r>
        <w:t>The Yoga Pro 7 stands out with its comprehensive AI-powered features, prominently through the Lenovo Creator Zone. This new software suite caters to creative professionals and enthusiasts, enabling image generation and editing through various intuitive methods:</w:t>
      </w:r>
      <w:r/>
      <w:r/>
    </w:p>
    <w:p>
      <w:pPr>
        <w:pStyle w:val="ListBullet"/>
        <w:spacing w:line="240" w:lineRule="auto"/>
        <w:ind w:left="720"/>
      </w:pPr>
      <w:r/>
      <w:r>
        <w:rPr>
          <w:b/>
        </w:rPr>
        <w:t>Text-to-Image:</w:t>
      </w:r>
      <w:r>
        <w:t xml:space="preserve"> Users can input textual descriptions to generate images.</w:t>
      </w:r>
      <w:r/>
    </w:p>
    <w:p>
      <w:pPr>
        <w:pStyle w:val="ListBullet"/>
        <w:spacing w:line="240" w:lineRule="auto"/>
        <w:ind w:left="720"/>
      </w:pPr>
      <w:r/>
      <w:r>
        <w:rPr>
          <w:b/>
        </w:rPr>
        <w:t>Sketch-to-Image:</w:t>
      </w:r>
      <w:r>
        <w:t xml:space="preserve"> This combines user sketches with texts to produce visual representations.</w:t>
      </w:r>
      <w:r/>
    </w:p>
    <w:p>
      <w:pPr>
        <w:pStyle w:val="ListBullet"/>
        <w:spacing w:line="240" w:lineRule="auto"/>
        <w:ind w:left="720"/>
      </w:pPr>
      <w:r/>
      <w:r>
        <w:rPr>
          <w:b/>
        </w:rPr>
        <w:t>Image-to-Image:</w:t>
      </w:r>
      <w:r>
        <w:t xml:space="preserve"> Allows variations of existing images based on reference images and descriptions.</w:t>
      </w:r>
      <w:r/>
      <w:r/>
    </w:p>
    <w:p>
      <w:r/>
      <w:r>
        <w:t>Augmenting these capabilities are the Lenovo X Power Software Accelerate for expedited previews and exports, and X Power Hardware Boost which ensures prolonged performance without compromising efficiency.</w:t>
      </w:r>
      <w:r/>
    </w:p>
    <w:p>
      <w:r/>
      <w:r>
        <w:rPr>
          <w:b/>
        </w:rPr>
        <w:t>Performance and Design</w:t>
      </w:r>
      <w:r/>
    </w:p>
    <w:p>
      <w:r/>
      <w:r>
        <w:t>At the heart of the Yoga Pro 7 is the AMD Ryzen AI 9 365 processor, boasting 10 cores and 20 threads. Its dedicated AI engine reaches up to 50 TOPS (Tera Operations Per Second), ensuring robust performance for demanding tasks. The device also integrates 32GB of LPDDR5X RAM and a 1TB PCIe Gen 4 M.2 SSD, facilitating swift data transfers and efficient multitasking.</w:t>
      </w:r>
      <w:r/>
    </w:p>
    <w:p>
      <w:r/>
      <w:r>
        <w:t>While delivering formidable hardware, the Yoga Pro 7 embodies a sleek design. Measuring 25.5 x 226.49 x 15.6mm and weighing 1.54 kg, the laptop maintains a thickest point of just 15.6mm, balancing power with portability. The 73Whr battery is purported to last through a full day's work or school activities, underlining its practicality on the go.</w:t>
      </w:r>
      <w:r/>
    </w:p>
    <w:p>
      <w:r/>
      <w:r>
        <w:rPr>
          <w:b/>
        </w:rPr>
        <w:t>Display and Visual Fidelity</w:t>
      </w:r>
      <w:r/>
    </w:p>
    <w:p>
      <w:r/>
      <w:r>
        <w:t>The Yoga Pro 7 features a 14.5-inch 2.8K PureSight Pro OLED Display with a resolution of 2880 x 1800 pixels. This display supports a 120Hz refresh rate and a 16:10 aspect ratio. With PureSight Pro technology, Lenovo ensures exceptional colour accuracy (Delta E&lt;1), along with 100% Adobe RGB, 100% sRGB, and 100% P3 color gamut coverage, making it ideal for creators who rely on precise colour representation.</w:t>
      </w:r>
      <w:r/>
    </w:p>
    <w:p>
      <w:r/>
      <w:r>
        <w:rPr>
          <w:b/>
        </w:rPr>
        <w:t>Premium Suite and Connectivity</w:t>
      </w:r>
      <w:r/>
    </w:p>
    <w:p>
      <w:r/>
      <w:r>
        <w:t>Accompanying the impressive display is the Yoga Premium Suite, which includes a Soft Touch-coated keyboard with 1.5mm key travel and 0.3mm deep dish keys. Audio and communication are enhanced through a dual speaker system, four microphones with voice ID noise cancellation, and an FHD IR camera for clear video calls.</w:t>
      </w:r>
      <w:r/>
    </w:p>
    <w:p>
      <w:r/>
      <w:r>
        <w:t>In terms of connectivity, the Yoga Pro 7 is equipped with Wi-Fi 6E and Bluetooth 5.3, ensuring rapid and stable wireless connections. The device also offers a diverse array of ports:</w:t>
      </w:r>
      <w:r/>
      <w:r/>
    </w:p>
    <w:p>
      <w:pPr>
        <w:pStyle w:val="ListBullet"/>
        <w:spacing w:line="240" w:lineRule="auto"/>
        <w:ind w:left="720"/>
      </w:pPr>
      <w:r/>
      <w:r>
        <w:rPr>
          <w:b/>
        </w:rPr>
        <w:t>Left Side:</w:t>
      </w:r>
      <w:r>
        <w:t xml:space="preserve"> Two USB Type-C full-function ports (one supporting USB 4.0 Gen 1, PD 3.0, and DP 1.4), an HDMI 2.1 port supporting up to 4K at 60Hz.</w:t>
      </w:r>
      <w:r/>
    </w:p>
    <w:p>
      <w:pPr>
        <w:pStyle w:val="ListBullet"/>
        <w:spacing w:line="240" w:lineRule="auto"/>
        <w:ind w:left="720"/>
      </w:pPr>
      <w:r/>
      <w:r>
        <w:rPr>
          <w:b/>
        </w:rPr>
        <w:t>Right Side:</w:t>
      </w:r>
      <w:r>
        <w:t xml:space="preserve"> A USB-A 3.2 Gen 1 (Always-On) port, and an audio combo jack for headphones or speakers.</w:t>
      </w:r>
      <w:r/>
      <w:r/>
    </w:p>
    <w:p>
      <w:r/>
      <w:r>
        <w:rPr>
          <w:b/>
        </w:rPr>
        <w:t>Availability and Pricing</w:t>
      </w:r>
      <w:r/>
    </w:p>
    <w:p>
      <w:r/>
      <w:r>
        <w:t>The Lenovo Yoga Pro 7 (14”, 9th Gen) is slated for availability in the EMEA region starting September 2024, with a starting price of €1,699.</w:t>
      </w:r>
      <w:r/>
    </w:p>
    <w:p>
      <w:r/>
      <w:r>
        <w:t>In this iteration, Lenovo has pushed the envelope further in merging AI capabilities with high-performance hardware, delivering a versatile tool for professionals and creators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