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explores integrating AI-generated content into Instagram and Facebook feeds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Explores Integrating AI-Generated Content Into Instagram and Facebook Feeds</w:t>
      </w:r>
      <w:r/>
    </w:p>
    <w:p>
      <w:r/>
      <w:r>
        <w:t>Meta, the parent company of social media giants Instagram and Facebook, is currently experimenting with the incorporation of AI-generated content within users' feeds. This innovative yet contentious move might result in users encountering photos and images created entirely by Meta's artificial intelligence, based on their interests and possibly featuring AI-generated versions of their own likeness.</w:t>
      </w:r>
      <w:r/>
    </w:p>
    <w:p>
      <w:r/>
      <w:r>
        <w:t>The announcement surfaced during Meta's annual AR/VR event, Meta Connect, amid a plethora of updates about Meta's virtual assistant, Meta AI. New features include enhancements in video dubbing translations, visual upgrades that enable the AI to "see" and edit photos, and a new voice option featuring celebrity tones. However, the proposal to embed AI-generated recommended content into feeds was mentioned sparingly in Meta's press release and was notably absent from the keynote address.</w:t>
      </w:r>
      <w:r/>
    </w:p>
    <w:p>
      <w:r/>
      <w:r>
        <w:t>According to Meta, these AI-generated images will be personalised to reflect users' interests and could place users themselves as the central figures in these virtual creations. The content will come with a label marked "Imagined for you," to indicate that it is AI-generated. This labelling initiative mirrors efforts from earlier in the year when Meta started tagging all AI-generated content, albeit with mixed results. The initial introduction saw human photographers mistakenly flagged for images that were merely edited, not AI-generated.</w:t>
      </w:r>
      <w:r/>
    </w:p>
    <w:p>
      <w:r/>
      <w:r>
        <w:t>Reviewers and critics, such as AI image generator expert at CNET, express trepidation about this development. The primary concern is the potential for confusion among users who may find it increasingly difficult to distinguish between authentic and AI-generated images. In the era of pervasive misinformation, the clarity and authenticity of information hold significant importance.</w:t>
      </w:r>
      <w:r/>
    </w:p>
    <w:p>
      <w:r/>
      <w:r>
        <w:t>From a privacy standpoint, questions remain unanswered. CNET reached out to Meta to inquire whether users would have the option to remove AI-generated posts from their feeds and whether these posts would start appearing during the testing phase. At the time of publication, Meta had not provided a response. It is known, however, that users in the United States cannot opt out of having their publicly shared posts used by Meta for training its AI models.</w:t>
      </w:r>
      <w:r/>
    </w:p>
    <w:p>
      <w:r/>
      <w:r>
        <w:t>Meta CEO Mark Zuckerberg, in conversation with The Verge, described this shift towards integrating AI content into social feeds as the next "logical jump" for the platforms. However, scepticism abounds among users and reviewers who are wary of the potential for these AI-generated posts to clutter feeds and dilute the user experience.</w:t>
      </w:r>
      <w:r/>
    </w:p>
    <w:p>
      <w:r/>
      <w:r>
        <w:t>Many users have expressed that their current Instagram and Facebook feeds are already struggling with an overload of recommended content from accounts they do not follow, not to mention numerous advertisements. The proliferation of AI-generated images might exacerbate this situation by diverting even more attention away from content created by friends and family—the original core of these social platforms.</w:t>
      </w:r>
      <w:r/>
    </w:p>
    <w:p>
      <w:r/>
      <w:r>
        <w:t>The efficacy and acceptance of AI-generated content in social media remain to be seen as Meta continues to test this feature. Whether it enhances user experience or pushes it towards a tipping point of frustration will depend largely on user feedback and Meta's ability to address these growing concerns effectively.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