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advanced features in Ray-Ban smart glasses at Connect event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Advanced Features in Ray-Ban Smart Glasses at Connect Event</w:t>
      </w:r>
      <w:r/>
    </w:p>
    <w:p>
      <w:r/>
      <w:r>
        <w:t>At this year’s Meta Connect event, held earlier this week, CEO Mark Zuckerberg showcased a slew of significant updates to the company's flagship Meta Ray-Ban smart glasses. Deeming the glasses as the "perfect form factor for AI," Zuckerberg highlighted a suite of quality-of-life improvements aimed at making user interactions more seamless and natural. These enhancements leverage multimodal AI, allowing the glasses to interpret and respond to both visual and auditory inputs with minimal user input.</w:t>
      </w:r>
      <w:r/>
    </w:p>
    <w:p>
      <w:r/>
      <w:r>
        <w:rPr>
          <w:b/>
        </w:rPr>
        <w:t>Real-Time Translations and AI-Powered Syncs</w:t>
      </w:r>
      <w:r/>
    </w:p>
    <w:p>
      <w:r/>
      <w:r>
        <w:t>One of the standout features introduced was live translation, enhancing the glasses' utility in multilingual situations. Zuckerberg demonstrated a real-time translation tool that converts spoken Spanish, French, and Italian into English. During the demonstration, the glasses efficiently translated conversations between English and Spanish speakers, showcasing the technology's capability to bridge language gaps swiftly.</w:t>
      </w:r>
      <w:r/>
    </w:p>
    <w:p>
      <w:r/>
      <w:r>
        <w:t>Additionally, Meta introduced a new translation AI tool for Instagram Reels. This tool converts audio into English and uses AI to sync the speaker's mouth movements to match the translated speech accurately. Currently, this feature is in its preliminary stage and available for Spanish on Instagram and Facebook, with broader language support expected in the future.</w:t>
      </w:r>
      <w:r/>
    </w:p>
    <w:p>
      <w:r/>
      <w:r>
        <w:rPr>
          <w:b/>
        </w:rPr>
        <w:t>Enhanced Memory and Contextual Awareness</w:t>
      </w:r>
      <w:r/>
    </w:p>
    <w:p>
      <w:r/>
      <w:r>
        <w:t>The Meta Connect event also highlighted the glasses' ability to "remember" details through the AI's "photographic memory" functionality. Zuckerberg showcased a scenario where a user could instruct the glasses to "remember" a parking spot, which the AI later recalled when asked. This memory feature can extend to various use cases such as storing grocery lists, remembering event dates, or recording phone numbers.</w:t>
      </w:r>
      <w:r/>
    </w:p>
    <w:p>
      <w:r/>
      <w:r>
        <w:rPr>
          <w:b/>
        </w:rPr>
        <w:t>Streamlined Interaction with Multimodal AI</w:t>
      </w:r>
      <w:r/>
    </w:p>
    <w:p>
      <w:r/>
      <w:r>
        <w:t>The updated glasses now allow users to interact more fluidly, without prefacing questions with command prompts like "Hey Meta." This improvement facilitates real-time queries and responses, even during activities. Demonstrations included users asking for recipe ideas while handling ingredients or receiving fashion advice based on items shown to the AI. The glasses are also capable of recognizing and interacting with URLs, phone numbers, and QR codes directly, enhancing their practicality.</w:t>
      </w:r>
      <w:r/>
    </w:p>
    <w:p>
      <w:r/>
      <w:r>
        <w:rPr>
          <w:b/>
        </w:rPr>
        <w:t>Accessibility via 'Be My Eyes' Partnership</w:t>
      </w:r>
      <w:r/>
    </w:p>
    <w:p>
      <w:r/>
      <w:r>
        <w:t>In a significant nod towards inclusivity, Meta announced a partnership with the "Be My Eyes" program, enhancing accessibility for blind and visually impaired users. The glasses enable these users to share what they see with volunteers via live video, who can then provide detailed guidance. The AI-assisted technology showcased its potential in scenarios like reading invitations, shopping, and even technical troubleshooting.</w:t>
      </w:r>
      <w:r/>
    </w:p>
    <w:p>
      <w:r/>
      <w:r>
        <w:rPr>
          <w:b/>
        </w:rPr>
        <w:t>New Designs and Frames</w:t>
      </w:r>
      <w:r/>
    </w:p>
    <w:p>
      <w:r/>
      <w:r>
        <w:t>In addition to these technological advancements, Meta unveiled new designs for the Ray-Ban frames, including a limited edition with clear, transparent frames and transitional lenses that adapt to different lighting conditions. These designs double the glasses' functionality, serving as both prescription eyewear and sunglasses. The updated Meta Ray-Ban smart glasses are priced starting at $300 and are available in nine distinct frame designs.</w:t>
      </w:r>
      <w:r/>
    </w:p>
    <w:p>
      <w:r/>
      <w:r>
        <w:t>This year’s Meta Connect event underscored Meta's commitment to integrating advanced AI capabilities into everyday wearables, making the Meta Ray-Bans a potentially revolutionary product in the smart glasses market. The combination of real-time translation, enhanced memory, multimodal AI interactions, and expanded accessibility features illustrates a significant leap in the practical applications of AI-powered wearables.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