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groundbreaking innovations at Connect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Meta Unveils Groundbreaking Innovations at Connect 2023</w:t>
      </w:r>
      <w:r/>
    </w:p>
    <w:p>
      <w:r/>
      <w:r>
        <w:rPr>
          <w:b/>
        </w:rPr>
        <w:t>Silicon Valley, USA</w:t>
      </w:r>
      <w:r>
        <w:t xml:space="preserve"> – Meta's annual Connect conference concluded this Wednesday, making waves with the introduction of several innovative hardware and software developments. The event showcased Meta's significant investment in AI technology and brought forth new hardware aimed at fostering an immersive augmented and virtual reality experience.</w:t>
      </w:r>
      <w:r/>
    </w:p>
    <w:p>
      <w:r/>
      <w:r>
        <w:rPr>
          <w:b/>
        </w:rPr>
        <w:t>Affordable Meta Quest Headset: Expanding VR Accessibility</w:t>
      </w:r>
      <w:r/>
    </w:p>
    <w:p>
      <w:r/>
      <w:r>
        <w:t>The highlight of the conference was the announcement of a more affordable version of the Meta Quest 3 headset. Dubbed the Meta Quest 3S, this new device promises to make virtual reality more accessible to a broader audience. The base 128GB model will be priced at $299.99, running on Qualcomm's Snapdragon XR2 Gen 2 chipset, and featuring 1832 x 1920 resolution fast-switch LCD screens with a 120Hz refresh rate.</w:t>
      </w:r>
      <w:r/>
    </w:p>
    <w:p>
      <w:r/>
      <w:r>
        <w:t xml:space="preserve">The headset's design includes a new exterior with a triangle-shaped series of "spider-eye" lenses, enhancing the aesthetic and functional appeal. The 256GB model will be priced at $399.99. In a push to stay competitive, the 512GB model of the premium Quest 3 has seen a price drop to $499.99 from its previous $649.99, while discontinuing the 128GB variant. </w:t>
      </w:r>
      <w:r/>
    </w:p>
    <w:p>
      <w:r/>
      <w:r>
        <w:t>Preorders for the Meta Quest 3S are now open, with shipments expected to begin on October 15. Given its pricing strategy, Meta continues to position itself as a cost-effective alternative to Apple's Vision Pro.</w:t>
      </w:r>
      <w:r/>
    </w:p>
    <w:p>
      <w:r/>
      <w:r>
        <w:rPr>
          <w:b/>
        </w:rPr>
        <w:t>Enhanced Ray-Ban Smart Glasses and Orion Prototype</w:t>
      </w:r>
      <w:r/>
    </w:p>
    <w:p>
      <w:r/>
      <w:r>
        <w:t>Meta's collaboration with Ray-Ban has been taken up a notch with the latest iteration of their smart glasses. The enhanced Ray-Ban glasses now boast advanced features such as natural language processing (eliminating the need to precede commands with "Hey Meta"), memory functions, and multimodal interactions. These glasses also feature live translations for English, Spanish, Italian, and French, and collaboration with "Be My Eyes" to assist blind and low-vision users.</w:t>
      </w:r>
      <w:r/>
    </w:p>
    <w:p>
      <w:r/>
      <w:r>
        <w:t>Additionally, Meta unveiled Orion, a prototype of their most advanced AR glasses to date. These glasses project holograms onto the wearer's field of view in real-time, facilitated by a combination of voice input, eye and hand tracking, and a wrist-based neural interface that responds to finger movements. The technology behind Orion aims to minimize latency, offering an immersive and instantaneous augmented reality experience. While Orion's public release is some way off, it marks a significant leap towards a futuristic wearable tech landscape.</w:t>
      </w:r>
      <w:r/>
    </w:p>
    <w:p>
      <w:r/>
      <w:r>
        <w:rPr>
          <w:b/>
        </w:rPr>
        <w:t>Celebrity-Voiced Meta AI and Enhanced AI Features</w:t>
      </w:r>
      <w:r/>
    </w:p>
    <w:p>
      <w:r/>
      <w:r>
        <w:t>Meta continues to innovate in the realm of AI, rolling out voice interaction capabilities for its AI chatbot across platforms such as Facebook, Instagram, and WhatsApp. Users will soon be able to converse with AI avatars of celebrities like Judi Dench, Kristen Bell, John Cena, Awkwafina, and Keegan-Michael Key. In a demonstration, Mark Zuckerberg engaged in a fluid conversation with Meta AI, highlighting the naturalness of the interaction.</w:t>
      </w:r>
      <w:r/>
    </w:p>
    <w:p>
      <w:r/>
      <w:r>
        <w:t>Another intriguing AI feature introduced was automatic dubbing. This tool can translate and dub Facebook and Instagram Reels from one language into another, while mimicking the original speaker's voice and syncing lip movements. Although currently in the testing phase, this tool holds potential for broader application and integration, underlining Meta's commitment to enhancing user experience through cutting-edge AI technologies.</w:t>
      </w:r>
      <w:r/>
    </w:p>
    <w:p>
      <w:r/>
      <w:r>
        <w:rPr>
          <w:b/>
        </w:rPr>
        <w:t>Conclusion</w:t>
      </w:r>
      <w:r/>
    </w:p>
    <w:p>
      <w:r/>
      <w:r>
        <w:t>Meta's Connect conference this year highlighted its dedication to pushing the boundaries of virtual and augmented reality, as well as artificial intelligence. With a slate of new and refined products, Meta is set to influence the tech landscape significantly, offering more accessible, powerful, and intuitive tools for both leisure and professional use. As these products and features roll out, they promise to enrich and transform the ways users interact with digital environments and AI.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