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Mileseey Golf unveils AI-powered GenePro S1 rangefinder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Breaking New Ground: Mileseey Golf Unveils AI-Powered GenePro S1 Rangefinder</w:t>
      </w:r>
      <w:r/>
    </w:p>
    <w:p>
      <w:r/>
      <w:r>
        <w:rPr>
          <w:b/>
        </w:rPr>
        <w:t>LONDON, UK — Mileseey Golf has launched an innovative product that is set to transform the landscape of golfing technology with the introduction of the GenePro S1. This device is heralded as the world’s first AI-powered golf rangefinder, aimed at providing golfers of all skill levels with professional-level precision and insights, potentially changing the way the game is played and practised.</w:t>
      </w:r>
      <w:r/>
    </w:p>
    <w:p>
      <w:r/>
      <w:r>
        <w:rPr>
          <w:b/>
        </w:rPr>
        <w:t>Innovation on the Green: Introducing AI to Golf</w:t>
      </w:r>
      <w:r/>
    </w:p>
    <w:p>
      <w:r/>
      <w:r>
        <w:t>Mileseey Golf’s GenePro S1 stands out with its integration of artificial intelligence, a pioneering move in the rangefinder market. This advanced technology is designed to adapt to varying weather conditions and different golf course layouts, offering unparalleled accuracy in distance measurements and improved course management.</w:t>
      </w:r>
      <w:r/>
    </w:p>
    <w:p>
      <w:r/>
      <w:r>
        <w:t>“Our objective was to develop a rangefinder that functions like a professional caddie,” explained Dr. Emily Chen, Chief Technology Officer at Mileseey Golf. “The GenePro S1 goes beyond mere distance measurement, analysing multiple factors to provide the most accurate and useful information to golfers. It’s akin to having a PGA-level coach in your pocket.”</w:t>
      </w:r>
      <w:r/>
    </w:p>
    <w:p>
      <w:r/>
      <w:r>
        <w:rPr>
          <w:b/>
        </w:rPr>
        <w:t>Key Features of the GenePro S1</w:t>
      </w:r>
      <w:r/>
    </w:p>
    <w:p>
      <w:r/>
      <w:r>
        <w:t>The GenePro S1 distinguishes itself with several cutting-edge features designed to enhance the golfing experience:</w:t>
      </w:r>
      <w:r/>
      <w:r/>
    </w:p>
    <w:p>
      <w:pPr>
        <w:pStyle w:val="ListBullet"/>
        <w:spacing w:line="240" w:lineRule="auto"/>
        <w:ind w:left="720"/>
      </w:pPr>
      <w:r/>
      <w:r>
        <w:t>SmartSlope™ Technology: This feature accounts for elevation changes and factors in humidity, wind, temperature, and air pressure, providing compensated distances with a comprehensive approach to environmental factors. The result is a level of accuracy previously unattainable in consumer-grade golf equipment.</w:t>
      </w:r>
      <w:r/>
    </w:p>
    <w:p>
      <w:pPr>
        <w:pStyle w:val="ListBullet"/>
        <w:spacing w:line="240" w:lineRule="auto"/>
        <w:ind w:left="720"/>
      </w:pPr>
      <w:r/>
      <w:r>
        <w:t>PinPoint Green™ Mode: Using short-range laser technology, this mode offers centimetre-level accuracy on the green, thereby enhancing putting strategies. “PinPoint Green™ is transformative for the short game,” noted PGA professional Jake Thompson. “It provides the detailed green reading that was once exclusive to tour pros and seasoned caddies.”</w:t>
      </w:r>
      <w:r/>
    </w:p>
    <w:p>
      <w:pPr>
        <w:pStyle w:val="ListBullet"/>
        <w:spacing w:line="240" w:lineRule="auto"/>
        <w:ind w:left="720"/>
      </w:pPr>
      <w:r/>
      <w:r>
        <w:t>AI-Driven Auto Mode Switch: The device automatically switches between different modes based on weather conditions, ensuring optimal performance under varying circumstances. This adaptability eliminates the need for golfers to manually adjust their devices as conditions change throughout their round.</w:t>
      </w:r>
      <w:r/>
    </w:p>
    <w:p>
      <w:pPr>
        <w:pStyle w:val="ListBullet"/>
        <w:spacing w:line="240" w:lineRule="auto"/>
        <w:ind w:left="720"/>
      </w:pPr>
      <w:r/>
      <w:r>
        <w:t>Industry-Leading Optics: Featuring a 95% transmission rate and 7.5X magnification, the GenePro S1 offers superior clarity and long-distance viewing. Its 28mm objective lens provides a wide 7.9° field of view, making it easier for golfers to locate and range targets accurately.</w:t>
      </w:r>
      <w:r/>
    </w:p>
    <w:p>
      <w:pPr>
        <w:pStyle w:val="ListBullet"/>
        <w:spacing w:line="240" w:lineRule="auto"/>
        <w:ind w:left="720"/>
      </w:pPr>
      <w:r/>
      <w:r>
        <w:t>Intelligent Multiple Targets Filtering™ Technology: This technological advancement enables the rangefinder to filter out water drops and particles, maintaining accuracy even in misty, rainy, or foggy conditions.</w:t>
      </w:r>
      <w:r/>
    </w:p>
    <w:p>
      <w:pPr>
        <w:pStyle w:val="ListBullet"/>
        <w:spacing w:line="240" w:lineRule="auto"/>
        <w:ind w:left="720"/>
      </w:pPr>
      <w:r/>
      <w:r>
        <w:t>Point-to-Point (P2P) Measurement: Derived from professional surveying instruments, this feature allows golfers to measure the distance between any two points on the course, supporting advanced course management strategies.</w:t>
      </w:r>
      <w:r/>
      <w:r/>
    </w:p>
    <w:p>
      <w:r/>
      <w:r>
        <w:rPr>
          <w:b/>
        </w:rPr>
        <w:t>Performance and Durability</w:t>
      </w:r>
      <w:r/>
    </w:p>
    <w:p>
      <w:r/>
      <w:r>
        <w:t>The GenePro S1 has a range of up to 2,000 yards and flag-locking capability at 690 yards, significantly pushing the boundaries of handheld golf technology. It offers impressive accuracy with distance measurements within ±1 yard, narrowing to ±0.2 yards for distances under 100 yards.</w:t>
      </w:r>
      <w:r/>
    </w:p>
    <w:p>
      <w:r/>
      <w:r>
        <w:t>The device is built to endure challenging conditions, boasting IP65 water resistance and the capability to withstand drops from up to one meter. “Golf is played in diverse environments,” said Mark Yamada, Head of Product Design at Mileseey. “The GenePro S1 is designed to perform consistently, whether in the misty mornings of Scotland or the sunny afternoons of Florida.”</w:t>
      </w:r>
      <w:r/>
    </w:p>
    <w:p>
      <w:r/>
      <w:r>
        <w:t>The ergonomic design includes a bottom-positioned magnetic mount, enabling secure placement on golf carts, adding to its practicality and ease of use on the course.</w:t>
      </w:r>
      <w:r/>
    </w:p>
    <w:p>
      <w:r/>
      <w:r>
        <w:rPr>
          <w:b/>
        </w:rPr>
        <w:t>Impact on the Golfing World and Industry Perspectives</w:t>
      </w:r>
      <w:r/>
    </w:p>
    <w:p>
      <w:r/>
      <w:r>
        <w:t>The arrival of the GenePro S1 has prompted widespread discourse within the golfing community regarding its potential impact. Experts predict various implications for both amateur and professional play.</w:t>
      </w:r>
      <w:r/>
    </w:p>
    <w:p>
      <w:r/>
      <w:r>
        <w:t>Dr. Sarah Lee, a sports technology researcher at Stanford University, posits that such devices could level the playing field. “Access to professional-level insights regarding the course and environmental conditions could notably expedite the learning curve for newer players,” she explained.</w:t>
      </w:r>
      <w:r/>
    </w:p>
    <w:p>
      <w:r/>
      <w:r>
        <w:t>Others believe it may enhance play speed and the overall enjoyment of the game for casual golfers. “Tools that facilitate quicker, more informed decisions on the course are beneficial for the pace of play,” commented Chris Peterson, director of a major golf course management company.</w:t>
      </w:r>
      <w:r/>
    </w:p>
    <w:p>
      <w:r/>
      <w:r>
        <w:t>However, some traditionalists express reservations, suggesting that the introduction of such advanced technology might undermine the inherent skills and intuition central to the game. “There is a delicate balance between enhancing the game and fundamentally altering its nature,” cautioned golf historian Dr. Robert Thompson. “It will be intriguing to observe how governing bodies like the USGA and R&amp;A will address this level of technological advancement in the future.”</w:t>
      </w:r>
      <w:r/>
    </w:p>
    <w:p>
      <w:r/>
      <w:r>
        <w:rPr>
          <w:b/>
        </w:rPr>
        <w:t>Market Availability and Future Prospects</w:t>
      </w:r>
      <w:r/>
    </w:p>
    <w:p>
      <w:r/>
      <w:r>
        <w:t>With a retail price of $799.99, the GenePro S1 establishes itself in the premium segment of the golf accessory market.</w:t>
      </w:r>
      <w:r/>
    </w:p>
    <w:p>
      <w:r/>
      <w:r>
        <w:t>“We are offering more than just a distance measuring device,” highlighted Lisa Chen, Director of Marketing at Mileseey. “We are providing a comprehensive tool that aids golfers of all levels in making intelligent decisions, improving their strategy, and ultimately enhancing their enjoyment of the game.”</w:t>
      </w:r>
      <w:r/>
    </w:p>
    <w:p>
      <w:r/>
      <w:r>
        <w:t>Preorders for the GenePro S1 are now open through Mileseey Golf’s website and selected golf equipment retailers. The company has also indicated plans to collaborate with golf academies and professional trainers to demonstrate the device’s capabilities in instructional settings.</w:t>
      </w:r>
      <w:r/>
    </w:p>
    <w:p>
      <w:r/>
      <w:r>
        <w:rPr>
          <w:b/>
        </w:rPr>
        <w:t>A New Chapter in Golf Technology</w:t>
      </w:r>
      <w:r/>
    </w:p>
    <w:p>
      <w:r/>
      <w:r>
        <w:t>The GenePro S1 signifies not just the introduction of a new product but a potential paradigm shift in how golfers approach course management and decision-making. As this advanced technology becomes a staple for players worldwide, its influence on skill development, course strategy, and the overall golfing experience will be closely observed.</w:t>
      </w:r>
      <w:r/>
    </w:p>
    <w:p>
      <w:r/>
      <w:r>
        <w:t>For now, Mileseey Golf has challenged the industry with its innovative approach, potentially ushering in a new era where artificial intelligence is as integral to a golfer’s repertoire as their clubs and balls.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