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Pouch Insurance launches Goodie AI assistant to revolutionise insurance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Pouch Insurance Launches Goodie AI Assistant to Revolutionise Insurance Sector</w:t>
      </w:r>
      <w:r/>
    </w:p>
    <w:p>
      <w:r/>
      <w:r>
        <w:rPr>
          <w:b/>
        </w:rPr>
        <w:t>London, UK</w:t>
      </w:r>
      <w:r>
        <w:t xml:space="preserve"> – Pouch Insurance has unveiled its groundbreaking AI assistant, Goodie, designed to transform the insurance landscape by enhancing the agent-customer relationship and breaking down language barriers. The innovative AI assistant can generate comprehensive insurance quotes and engage in multilingual communication, thus delivering significant value, especially for serving migrant communities.</w:t>
      </w:r>
      <w:r/>
    </w:p>
    <w:p>
      <w:r/>
      <w:r>
        <w:t>Goodie's seamless integration with Instanda's digital insurance platform has further refined the agent experience, as confirmed by key executives from both companies. Pouch Insurance began collaborating with Instanda in 2021 and managed to deploy Goodie within a matter of weeks.</w:t>
      </w:r>
      <w:r/>
    </w:p>
    <w:p>
      <w:pPr>
        <w:pStyle w:val="Heading3"/>
      </w:pPr>
      <w:r>
        <w:t>Enhancing the Agent Experience</w:t>
      </w:r>
      <w:r/>
    </w:p>
    <w:p>
      <w:r/>
      <w:r>
        <w:t>Pouch Co-founder and COO, Gloria Guntiñas, stated: “Goodie can collect critical information from the customer at any point in the conversation, just like a human. This seamless information gathering means the conversation is more natural, less rigid, and ensures accurate information capture of the most critical details.”</w:t>
      </w:r>
      <w:r/>
    </w:p>
    <w:p>
      <w:r/>
      <w:r>
        <w:t>Goodie supports several functionalities, including:</w:t>
      </w:r>
      <w:r/>
      <w:r/>
    </w:p>
    <w:p>
      <w:pPr>
        <w:pStyle w:val="ListBullet"/>
        <w:spacing w:line="240" w:lineRule="auto"/>
        <w:ind w:left="720"/>
      </w:pPr>
      <w:r/>
      <w:r>
        <w:rPr>
          <w:b/>
        </w:rPr>
        <w:t>Increased quote generation</w:t>
      </w:r>
      <w:r>
        <w:t>: The AI assistant accelerates the generation of insurance quotes.</w:t>
      </w:r>
      <w:r/>
    </w:p>
    <w:p>
      <w:pPr>
        <w:pStyle w:val="ListBullet"/>
        <w:spacing w:line="240" w:lineRule="auto"/>
        <w:ind w:left="720"/>
      </w:pPr>
      <w:r/>
      <w:r>
        <w:rPr>
          <w:b/>
        </w:rPr>
        <w:t>Improved agent efficiency</w:t>
      </w:r>
      <w:r>
        <w:t>: By handling initial inquiries and data collection, Goodie allows agents to focus on more complex tasks.</w:t>
      </w:r>
      <w:r/>
    </w:p>
    <w:p>
      <w:pPr>
        <w:pStyle w:val="ListBullet"/>
        <w:spacing w:line="240" w:lineRule="auto"/>
        <w:ind w:left="720"/>
      </w:pPr>
      <w:r/>
      <w:r>
        <w:rPr>
          <w:b/>
        </w:rPr>
        <w:t>Multilingual support</w:t>
      </w:r>
      <w:r>
        <w:t>: The AI can communicate in multiple languages, making it highly effective for diverse communities.</w:t>
      </w:r>
      <w:r/>
    </w:p>
    <w:p>
      <w:pPr>
        <w:pStyle w:val="ListBullet"/>
        <w:spacing w:line="240" w:lineRule="auto"/>
        <w:ind w:left="720"/>
      </w:pPr>
      <w:r/>
      <w:r>
        <w:rPr>
          <w:b/>
        </w:rPr>
        <w:t>Reduced customer complaints</w:t>
      </w:r>
      <w:r>
        <w:t>: With accurate information capture and efficient processing, customer satisfaction has seen a notable improvement.</w:t>
      </w:r>
      <w:r/>
    </w:p>
    <w:p>
      <w:pPr>
        <w:pStyle w:val="ListBullet"/>
        <w:spacing w:line="240" w:lineRule="auto"/>
        <w:ind w:left="720"/>
      </w:pPr>
      <w:r/>
      <w:r>
        <w:rPr>
          <w:b/>
        </w:rPr>
        <w:t>Global accessibility</w:t>
      </w:r>
      <w:r>
        <w:t>: Goodie’s features ensure that it is accessible to a global audience.</w:t>
      </w:r>
      <w:r/>
      <w:r/>
    </w:p>
    <w:p>
      <w:r/>
      <w:r>
        <w:t>According to Derek Hill, CRO and co-founder of Instanda, the integration has leveraged their APIs and architectural flexibility to push the boundaries of AI capabilities in the insurance sector. "Pouch has fully tapped into the APIs and architectural flexibility of the Instanda digital insurance platform to go further with its AI than other virtual assistants in the industry," he said.</w:t>
      </w:r>
      <w:r/>
    </w:p>
    <w:p>
      <w:pPr>
        <w:pStyle w:val="Heading3"/>
      </w:pPr>
      <w:r>
        <w:t>A Future-Ready Solution for the Insurance Industry</w:t>
      </w:r>
      <w:r/>
    </w:p>
    <w:p>
      <w:r/>
      <w:r>
        <w:t>Goodie maintains the agent's ownership of the customer relationship while streamlining various administrative tasks associated with sales, commissions, and renewals. Further functionalities of the AI assistant include follow-ups on existing quotes and completing payments with agent approval.</w:t>
      </w:r>
      <w:r/>
    </w:p>
    <w:p>
      <w:r/>
      <w:r>
        <w:t>Hill commented on the broader impacts of the solution, noting: “Doing so frees agents to focus on higher-skill tasks while still maintaining control over the customer relationship. This represents the positive future of a digitally enabled insurance industry, and we are thrilled to partner with organisations like Pouch to bring that future state to today.”</w:t>
      </w:r>
      <w:r/>
    </w:p>
    <w:p>
      <w:pPr>
        <w:pStyle w:val="Heading3"/>
      </w:pPr>
      <w:r>
        <w:t>Immediate Impact and Future Prospects</w:t>
      </w:r>
      <w:r/>
    </w:p>
    <w:p>
      <w:r/>
      <w:r>
        <w:t>The immediate effects of Goodie’s deployment have already been evident in improved agent efficiency and customer satisfaction. As a first-to-market AI assistant in the insurance sector, Goodie stands out for its capability to handle entire customer interactions from initial contact to the delivery of a final insurance quote.</w:t>
      </w:r>
      <w:r/>
    </w:p>
    <w:p>
      <w:r/>
      <w:r>
        <w:t>Pouch Insurance's innovative tool sets a new benchmark in the industry, offering a glimpse into the future of digitally-enabled insurance solutions. With its advanced functionalities and seamless integration with existing digital platforms, Goodie is well-positioned to continue enhancing the efficiency and effectiveness of insurance agencies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