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Samsung unveils AI-powered Galaxy Tab S10+ and S10 Ultra tablets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GURUGRAM, India – On 27 September 2024, Samsung, India's premier consumer electronics brand, unveiled its latest flagship offerings, the Galaxy Tab S10+ and Tab S10 Ultra. These revolutionary tablets integrate cutting-edge AI features, setting a new benchmark in the tablet industry.</w:t>
      </w:r>
      <w:r/>
    </w:p>
    <w:p>
      <w:r/>
      <w:r>
        <w:t>Prominent for being the world's first AI-powered tablets, the Galaxy Tab S10+ and S10 Ultra bring significant advancements designed to enhance productivity and creativity for both professionals and creative individuals. These devices boast state-of-the-art innovations, delivering flagship performance, advanced creative tools, and superior Galaxy AI capabilities.</w:t>
      </w:r>
      <w:r/>
    </w:p>
    <w:p>
      <w:r/>
      <w:r>
        <w:t>The Galaxy Tab S10 Ultra distinguishes itself with its expansive 14.6-inch Dynamic AMOLED 2X display, featuring an anti-reflective coating that ensures stunning visuals and an immersive viewing experience, even under bright light conditions. It is also equipped with dual 12-megapixel front cameras and dual rear cameras, including a 13MP main and 8MP ultrawide lens, making it an ideal device for high-quality photography and video conferencing.</w:t>
      </w:r>
      <w:r/>
    </w:p>
    <w:p>
      <w:r/>
      <w:r>
        <w:t>Performance-wise, the Galaxy Tab S10 Ultra shows significant improvements over its predecessor, the Galaxy Tab S9 Ultra, with an 18% boost in CPU performance, a 28% enhancement in GPU capabilities, and a 14% increase in NPU efficiency. Users can expect extended battery life and rapid charging with Samsung's Super-Fast Charging technology, minimising downtime. The devices feature a dedicated AI key on the keyboard, providing quick access to tools such as Transcript Assist for text management and Note Assist for solving complex mathematical problems.</w:t>
      </w:r>
      <w:r/>
    </w:p>
    <w:p>
      <w:r/>
      <w:r>
        <w:t>The tablets also come with innovative functionalities like Sketch to Image and Gemini, facilitating multitasking and creative processes. The IP68-rated S Pen ensures precision and productivity for both creators and professionals.</w:t>
      </w:r>
      <w:r/>
    </w:p>
    <w:p>
      <w:r/>
      <w:r>
        <w:t>Serving as home AI hubs, these tablets feature a 3D Map View for visualising and managing SmartThings-connected devices, further enhancing the integration with the smart home ecosystem. Samsung's Knox security system ensures robust data protection and privacy. Additionally, the series incorporates sustainable materials, reflecting Samsung's dedication to environmental responsibility.</w:t>
      </w:r>
      <w:r/>
    </w:p>
    <w:p>
      <w:r/>
      <w:r>
        <w:t>The Galaxy Tab S10 Ultra, equipped with an 11,200mAh battery, 16GB of RAM, and up to 1TB of storage, offers unmatched performance for both work and play. Its counterpart, the Galaxy Tab S10+, features a slightly smaller 12.3-inch Dynamic AMOLED 2X display, a 12MP front camera, and the same advanced rear camera configuration. It supports up to 12GB of RAM and 512GB of storage and is powered by a 10,090mAh battery, ensuring all-day productivity in a more portable form.</w:t>
      </w:r>
      <w:r/>
    </w:p>
    <w:p>
      <w:r/>
      <w:r>
        <w:t>Both models include a quad-speaker system enhanced by AI-powered Dialogue Boost, which clarifies audio by amplifying voices over background noise. These tablets also support AI-powered functions like automatic transcription and summaries, PDF Overlay Translation, Handwriting Help, and Sketch to Image.</w:t>
      </w:r>
      <w:r/>
    </w:p>
    <w:p>
      <w:r/>
      <w:r>
        <w:t>The Circle to Search feature, integrated with Google, allows users to swiftly search for information using minimal steps, enhancing efficiency when translating images, videos, or text. This feature also aids in outlining steps for solving mathematical and physics problems.</w:t>
      </w:r>
      <w:r/>
    </w:p>
    <w:p>
      <w:r/>
      <w:r>
        <w:t>Another notable functionality is the S Pen's Air Command, powered by AI. It offers immediate access to Galaxy AI Assistant's features without switching menus, and the Book Cover Keyboard's Galaxy AI Key allows seamless switching between Samsung's Bixby and Google's Gemini, providing a tailored AI experience.</w:t>
      </w:r>
      <w:r/>
    </w:p>
    <w:p>
      <w:r/>
      <w:r>
        <w:t>Designed to integrate effortlessly with Samsung’s comprehensive Galaxy Ecosystem, the Galaxy Tab S10 Series enables users to transition smoothly between various Galaxy devices, whether it’s managing calls, responding to messages, or continuing tasks across devices.</w:t>
      </w:r>
      <w:r/>
    </w:p>
    <w:p>
      <w:r/>
      <w:r>
        <w:t>The launch of Galaxy Tab S10+ and S10 Ultra marks Samsung's commitment to delivering superior technology and innovation, pushing the boundaries of what tablets can achieve.</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