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unveils enhanced Galaxy Watch FE LTE with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Unveils Enhanced Galaxy Watch FE LTE with AI Features</w:t>
      </w:r>
      <w:r/>
    </w:p>
    <w:p>
      <w:r/>
      <w:r>
        <w:t>Samsung has recently announced an update to its already popular Galaxy Watch FE, coinciding with the introduction of the Galaxy S24 FE, Galaxy Tab S10 Plus, and Galaxy Tab S10 Ultra. The newer model, now featuring LTE capabilities, was revealed during the “Galaxy AI for All” press event. Both versions of the Galaxy Watch FE, LTE and non-LTE, will also receive new AI-driven features later in 2024, marking a significant enhancement to Samsung's lineup of affordable smartwatches.</w:t>
      </w:r>
      <w:r/>
    </w:p>
    <w:p>
      <w:r/>
      <w:r>
        <w:t>The Galaxy Watch FE originally launched just before the flagship Galaxy Watch 7 in July 2024. This device became known for offering substantial smartwatch functionality at a more accessible price point of $199.99 / £199. The newly introduced Galaxy Watch FE LTE is priced at $249.99 / £249 and will start shipping in early October.</w:t>
      </w:r>
      <w:r/>
    </w:p>
    <w:p>
      <w:r/>
      <w:r>
        <w:rPr>
          <w:b/>
        </w:rPr>
        <w:t>What’s New in the Updated Galaxy Watch FE?</w:t>
      </w:r>
      <w:r/>
    </w:p>
    <w:p>
      <w:r/>
      <w:r>
        <w:t>Among its array of features, the most notable updates to the Galaxy Watch FE include the addition of the Energy Score and Wellness tips. These tools, previously exclusive to higher-end models like the Galaxy Watch 7, Ultra, or Ring, are designed to better contextualise health data within the Samsung Health app. Energy Score is particularly significant as it helps users understand their body's recovery and performance metrics more precisely.</w:t>
      </w:r>
      <w:r/>
    </w:p>
    <w:p>
      <w:r/>
      <w:r>
        <w:t>The Galaxy Watch FE retains a 1.2-inch touchscreen protected by Sapphire Crystal glass, an Exynos W920 processor, and 1.5GB of RAM running Wear OS with Samsung’s One UX customisations. It also features a BioActive Sensor, enabling activity, health, and sleep tracking. The addition of LTE allows users to stay connected through their carriers, enhancing the watch's versatility for those who prefer cellular connectivity.</w:t>
      </w:r>
      <w:r/>
    </w:p>
    <w:p>
      <w:r/>
      <w:r>
        <w:rPr>
          <w:b/>
        </w:rPr>
        <w:t>AI Features and Future Prospects</w:t>
      </w:r>
      <w:r/>
    </w:p>
    <w:p>
      <w:r/>
      <w:r>
        <w:t>Samsung's head of AI, YoungJip Kim, highlighted the burgeoning role of AI in everyday life and how it is becoming more embedded in the company's devices. During the press event, Kim underscored how rapidly people's expectations of AI have evolved, pushing tech companies to innovate continuously.</w:t>
      </w:r>
      <w:r/>
    </w:p>
    <w:p>
      <w:r/>
      <w:r>
        <w:t>He shared an anecdote demonstrating the practical impacts of AI, where a Samsung employee used AI translation features on the Galaxy S24 to bridge a language gap between his parents and in-laws. Kim's remarks suggest that as AI tools become more sophisticated, they will increasingly personalise the user experience, thereby making daily interactions more efficient and enjoyable.</w:t>
      </w:r>
      <w:r/>
    </w:p>
    <w:p>
      <w:r/>
      <w:r>
        <w:t>Samsung's emphasis on AI-driven enhancements in photography was also discussed. Kim, for instance, described how AI features help him refine family photos, making them more appealing. This aligns with the broader trend of integrating AI into nearly every aspect of smartphone use, from communication to media creation.</w:t>
      </w:r>
      <w:r/>
    </w:p>
    <w:p>
      <w:r/>
      <w:r>
        <w:rPr>
          <w:b/>
        </w:rPr>
        <w:t>Conclusion</w:t>
      </w:r>
      <w:r/>
    </w:p>
    <w:p>
      <w:r/>
      <w:r>
        <w:t>The introduction of the Galaxy Watch FE LTE signifies Samsung's dedication to making advanced features accessible to a broader audience. With LTE connectivity and impending AI updates, the Galaxy Watch FE series is poised to offer substantial value and versatility to users. Samsung's ongoing efforts to infuse their products with advanced AI capabilities reflect their vision of a future where technology seamlessly integrates into every facet of life.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