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Spigen expands camera control case lineup with new Tough Armor T (Ai) MagFit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Spigen Expands Camera Control Case Lineup with New Tough Armor T (Ai) MagFit</w:t>
      </w:r>
      <w:r/>
    </w:p>
    <w:p>
      <w:r/>
      <w:r>
        <w:t xml:space="preserve">In the evolving landscape of smartphone accessories, Spigen has made a significant mark with its new offering tailored for Apple's iPhone 16. The latest addition, the </w:t>
      </w:r>
      <w:r>
        <w:rPr>
          <w:b/>
        </w:rPr>
        <w:t>Spigen Tough Armor T (Ai) MagFit</w:t>
      </w:r>
      <w:r>
        <w:t>, is part of Spigen's growing "T" series, designed specifically to accommodate Apple's novel iPhone Camera Control button.</w:t>
      </w:r>
      <w:r/>
    </w:p>
    <w:p>
      <w:pPr>
        <w:pStyle w:val="Heading4"/>
      </w:pPr>
      <w:r>
        <w:t>Key Details on the New Case</w:t>
      </w:r>
      <w:r/>
    </w:p>
    <w:p>
      <w:r/>
      <w:r>
        <w:rPr>
          <w:b/>
        </w:rPr>
        <w:t>What</w:t>
      </w:r>
      <w:r>
        <w:t>: The Spigen Tough Armor T (Ai) MagFit case addresses a design challenge presented by Apple's iPhone 16 Camera Control button. This button, unlike traditional buttons, requires either a cutout or a conductive button cover for optimal functionality. The case features a capacitive button cover that ensures seamless usage of the Camera Control button.</w:t>
      </w:r>
      <w:r/>
    </w:p>
    <w:p>
      <w:r/>
      <w:r>
        <w:rPr>
          <w:b/>
        </w:rPr>
        <w:t>Where</w:t>
      </w:r>
      <w:r>
        <w:t xml:space="preserve">: The case is available for purchase on online platforms like Amazon. Currently, it is temporarily listed as out of stock on the official Spigen Amazon storefront, due to high demand. </w:t>
      </w:r>
      <w:r/>
    </w:p>
    <w:p>
      <w:r/>
      <w:r>
        <w:rPr>
          <w:b/>
        </w:rPr>
        <w:t>When</w:t>
      </w:r>
      <w:r>
        <w:t>: The new case design was spotted online recently, and it is expected to be widely available for purchase soon. Customers can still order the case, and it will be shipped once it's back in stock.</w:t>
      </w:r>
      <w:r/>
    </w:p>
    <w:p>
      <w:r/>
      <w:r>
        <w:rPr>
          <w:b/>
        </w:rPr>
        <w:t>Who</w:t>
      </w:r>
      <w:r>
        <w:t>: Spigen, a well-known brand in smartphone accessories, is behind this latest product. The case has been launched in response to the feature set introduced with Apple's iPhone 16, aiming to provide users with an accessory that enhances the utility of their device.</w:t>
      </w:r>
      <w:r/>
    </w:p>
    <w:p>
      <w:pPr>
        <w:pStyle w:val="Heading4"/>
      </w:pPr>
      <w:r>
        <w:t>Product Specifications</w:t>
      </w:r>
      <w:r/>
    </w:p>
    <w:p>
      <w:r/>
      <w:r>
        <w:t>Retailing at a Manufacturer's Suggested Retail Price (MSRP) of $60, the Spigen Tough Armor T (Ai) MagFit is more realistically priced at $32.99 on Amazon. A 5% on-page coupon reduces the price further to $31.34 for Amazon Prime members, who also benefit from free shipping.</w:t>
      </w:r>
      <w:r/>
    </w:p>
    <w:p>
      <w:r/>
      <w:r>
        <w:t>The case is crafted from high-quality materials, including premium Polycarbonate (PC), Thermoplastic Polyurethane (TPU), and XRD Impact Foam, ensuring enhanced durability and protection. Notably, it integrates AI-enhanced XRD Foam placement, offering military-grade protection for the iPhone 16. The case is also equipped with a touch-sensitive and capacitive button cover, allowing users to experience the Camera Control button with ease. Additional features include a built-in kickstand for hands-free viewing and compatibility with wireless charging and MagSafe accessories.</w:t>
      </w:r>
      <w:r/>
    </w:p>
    <w:p>
      <w:pPr>
        <w:pStyle w:val="Heading4"/>
      </w:pPr>
      <w:r>
        <w:t>Comparison with Other Models</w:t>
      </w:r>
      <w:r/>
    </w:p>
    <w:p>
      <w:r/>
      <w:r>
        <w:t xml:space="preserve">The Tough Armor T (Ai) MagFit joins Spigen's existing lineup of Camera Control cases, which includes the Ultra Hybrid T. The Ultra Hybrid T model, which also caters to the iPhone 16's Camera Control button, is priced around $29, making the Tough Armor T (Ai) MagFit a slightly higher-end option within Spigen's product range. </w:t>
      </w:r>
      <w:r/>
    </w:p>
    <w:p>
      <w:r/>
      <w:r>
        <w:t>Despite the higher price point, the Tough Armor T (Ai) MagFit stands out due to its robust materials and enhanced protective features. This suggests that Spigen is aiming to provide consumers with a variety ranging from budget-friendly options starting at $16 to more premium, feature-rich cases under $35.</w:t>
      </w:r>
      <w:r/>
    </w:p>
    <w:p>
      <w:pPr>
        <w:pStyle w:val="Heading4"/>
      </w:pPr>
      <w:r>
        <w:t>Conclusion</w:t>
      </w:r>
      <w:r/>
    </w:p>
    <w:p>
      <w:r/>
      <w:r>
        <w:t>Spigen’s Tough Armor T (Ai) MagFit case is a noteworthy addition to its lineup of iPhone 16 accessories. By combining advanced materials and AI-enhanced features, Spigen aims to offer a specialized product that meets the contemporary needs brought about by Apple's innovative Camera Control button. The timely response to the demand for functional and protective cases shows Spigen's commitment to innovation and consumer satisfaction in the crowded smartphone accessory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