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demand for freelance AI engineers: top platforms to consider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Surge in Demand for Freelance AI Engineers: Top Platforms to Consider</w:t>
      </w:r>
      <w:r/>
    </w:p>
    <w:p>
      <w:r/>
      <w:r>
        <w:t>The demand for artificial intelligence (AI) engineers has seen a significant increase in recent years, with businesses across a myriad of industries integrating AI technologies. These technologies are being adopted to streamline processes, develop intelligent products, and analyse vast amounts of data. As a result, companies are increasingly seeking freelance AI engineers whose specialised skills and flexible working arrangements make them invaluable assets.</w:t>
      </w:r>
      <w:r/>
    </w:p>
    <w:p>
      <w:r/>
      <w:r>
        <w:t>Freelance AI engineers offer a unique advantage to businesses by providing their expertise on a project basis. This allows companies to access high-level skills without the long-term commitment of full-time employment. For these professionals, there are several platforms that act as a bridge, connecting them with businesses that require their services. Below, we delve into some of the top platforms where freelance AI engineers can discover lucrative opportunities, collaborate with international teams, and enhance their professional standing.</w:t>
      </w:r>
      <w:r/>
    </w:p>
    <w:p>
      <w:r/>
      <w:r>
        <w:rPr>
          <w:b/>
        </w:rPr>
        <w:t>1. Upwork</w:t>
      </w:r>
      <w:r>
        <w:t>Upwork is one of the largest freelancing platforms, offering a wide range of job categories, including AI engineering. Businesses post project requirements, and freelancers can bid on these projects. Upwork provides tools for project management, time tracking, and payment processing, which makes it a popular choice among freelancers and employers alike.</w:t>
      </w:r>
      <w:r/>
    </w:p>
    <w:p>
      <w:r/>
      <w:r>
        <w:rPr>
          <w:b/>
        </w:rPr>
        <w:t>2. Toptal</w:t>
      </w:r>
      <w:r>
        <w:t>Toptal is renowned for connecting companies with the top 3% of freelance talent in various fields, including AI engineering. The platform boasts a rigorous screening process to ensure only the most skilled professionals are accepted. Toptal's clients range from startups to Fortune 500 companies, offering AI engineers the chance to work on high-profile projects.</w:t>
      </w:r>
      <w:r/>
    </w:p>
    <w:p>
      <w:r/>
      <w:r>
        <w:rPr>
          <w:b/>
        </w:rPr>
        <w:t>3. Freelancer</w:t>
      </w:r>
      <w:r>
        <w:t>Freelancer is another prominent platform where AI engineers can find job opportunities. The site hosts competitions or 'contests' alongside traditional job postings, allowing freelancers to showcase their skills by participating in challenges designed to solve specific problems. This can be an excellent way for AI engineers to demonstrate their abilities and win contracts.</w:t>
      </w:r>
      <w:r/>
    </w:p>
    <w:p>
      <w:r/>
      <w:r>
        <w:rPr>
          <w:b/>
        </w:rPr>
        <w:t>4. Guru</w:t>
      </w:r>
      <w:r>
        <w:t>Guru provides a user-friendly platform for freelancers to find projects in various domains, including AI. The site features Work Rooms, which support collaborative efforts between teams of freelancers and clients. AI engineers can leverage these tools to manage multiple projects and maintain productive client relationships.</w:t>
      </w:r>
      <w:r/>
    </w:p>
    <w:p>
      <w:r/>
      <w:r>
        <w:rPr>
          <w:b/>
        </w:rPr>
        <w:t>5. Fiverr</w:t>
      </w:r>
      <w:r>
        <w:t>Fiverr operates slightly differently by allowing freelancers to post 'gigs' or predefined services that clients can purchase. AI engineers can create detailed service packages showcasing their expertise in areas such as machine learning, natural language processing, and data analytics. This allows them to attract clients proactively rather than just bidding on posted jobs.</w:t>
      </w:r>
      <w:r/>
    </w:p>
    <w:p>
      <w:r/>
      <w:r>
        <w:rPr>
          <w:b/>
        </w:rPr>
        <w:t>6. Upstack</w:t>
      </w:r>
      <w:r>
        <w:t>Upstack focuses on connecting freelance engineers with companies needing technical talent. It offers AI engineers the possibility to engage in long-term projects with growing tech companies. Upstack provides ongoing support and resources to help freelancers maintain a high-quality work standard.</w:t>
      </w:r>
      <w:r/>
    </w:p>
    <w:p>
      <w:r/>
      <w:r>
        <w:rPr>
          <w:b/>
        </w:rPr>
        <w:t>Global Collaboration and Professional Growth</w:t>
      </w:r>
      <w:r/>
    </w:p>
    <w:p>
      <w:r/>
      <w:r>
        <w:t>These platforms enable AI engineers to collaborate with teams across the globe, broadening their exposure to diverse industries and complex projects. Effective use of these services can significantly bolster an AI engineer's portfolio and professional reputation.</w:t>
      </w:r>
      <w:r/>
    </w:p>
    <w:p>
      <w:r/>
      <w:r>
        <w:rPr>
          <w:b/>
        </w:rPr>
        <w:t>Conclusion</w:t>
      </w:r>
      <w:r/>
    </w:p>
    <w:p>
      <w:r/>
      <w:r>
        <w:t>The AI engineering landscape continues to evolve, driven by the expanding needs of businesses to harness the power of artificial intelligence. The rise in demand for freelance AI engineers highlights the significance of flexible, specialised skill sets in today's job market. By utilising top freelance platforms, AI engineers can access a steady stream of opportunities, ensuring sustained professional growth and development.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