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showdown: Google Pixel AI vs Samsung Galaxy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Showdown: Google Pixel AI vs Samsung Galaxy AI</w:t>
      </w:r>
      <w:r/>
    </w:p>
    <w:p>
      <w:r/>
      <w:r>
        <w:t>The ongoing advancements in smartphone technology are no longer primarily driven by hardware. Companies such as Apple, Google, and Samsung are increasingly leveraging artificial intelligence (AI) to differentiate their flagship devices. The AI strategies employed by Google's Pixel and Samsung's Galaxy smartphones showcase distinct approaches to the same underlying technology, particularly in the areas of photography, audio editing, language processing, and call management.</w:t>
      </w:r>
      <w:r/>
    </w:p>
    <w:p>
      <w:r/>
      <w:r>
        <w:rPr>
          <w:b/>
        </w:rPr>
        <w:t>Photography and Audio Editing</w:t>
      </w:r>
      <w:r/>
    </w:p>
    <w:p>
      <w:r/>
      <w:r>
        <w:t>Both Google and Samsung have heavily invested in AI to enhance photo and video editing capabilities. Google’s Pixel devices lead with features such as the Generative Edit in Google Photos which removes unwanted distractions from images. Additionally, Samsung’s Gallery app allows users to expand images beyond their original dimensions and even move objects between images, offering significant versatility in photo manipulation.</w:t>
      </w:r>
      <w:r/>
    </w:p>
    <w:p>
      <w:r/>
      <w:r>
        <w:t>Exclusive to Pixel is the Add Me feature, allowing users to stitch the photographer into the frame by merging multiple photos. Furthermore, Google’s Audio Magic Eraser, available on Pixel 8 and newer devices, can eliminate background noises such as traffic or wind from videos.</w:t>
      </w:r>
      <w:r/>
    </w:p>
    <w:p>
      <w:r/>
      <w:r>
        <w:t>An innovative yet resource-intensive feature, Video Boost, allows Pixel users to upload videos to the cloud for enhanced processing using Night Sight and HDR+, improving the final output significantly, though it may take considerable time to process.</w:t>
      </w:r>
      <w:r/>
    </w:p>
    <w:p>
      <w:r/>
      <w:r>
        <w:t>Samsung is not far behind with AI-enhanced capabilities in its voice recorder app, transcribing and summarising recordings—an area where Google’s Recorder app also excels. Google's Pixel Studio app further extends AI’s creative reach by generating images from text descriptions, whereas Samsung leans on its Sketch to Image feature for converting drawings into lifelike images.</w:t>
      </w:r>
      <w:r/>
    </w:p>
    <w:p>
      <w:r/>
      <w:r>
        <w:rPr>
          <w:b/>
        </w:rPr>
        <w:t>Language and Text Processing</w:t>
      </w:r>
      <w:r/>
    </w:p>
    <w:p>
      <w:r/>
      <w:r>
        <w:t>In the realm of language understanding and text processing, both brands utilise AI to elevate the user experience. Samsung's keyboard app offers Chat Assist for spelling, grammar, and style corrections, along with Composer for generating text in various tones. Google’s Gboard app, available exclusively on Pixel devices, includes a proofreading feature that corrects grammar and punctuation errors, though currently limited to English and mostly functional in the US.</w:t>
      </w:r>
      <w:r/>
    </w:p>
    <w:p>
      <w:r/>
      <w:r>
        <w:t>Both brands also offer AI summarisation tools. Google’s Gemini assistant can summarise web content, while Samsung’s Internet app provides AI summarisation and translation capabilities. Pixel’s exclusive Gboard Assistant voice typing outshines with its dictation accuracy and automatic punctuation, showcasing Google's prowess in natural language processing.</w:t>
      </w:r>
      <w:r/>
    </w:p>
    <w:p>
      <w:r/>
      <w:r>
        <w:t>Further enhancing utility, Pixel’s Screenshots app can search for text and provide actionable insights based on screenshots, demonstrating advanced AI integration in daily tasks.</w:t>
      </w:r>
      <w:r/>
    </w:p>
    <w:p>
      <w:r/>
      <w:r>
        <w:rPr>
          <w:b/>
        </w:rPr>
        <w:t>Phone Calls</w:t>
      </w:r>
      <w:r/>
    </w:p>
    <w:p>
      <w:r/>
      <w:r>
        <w:t>Managing phone calls, especially from unknown numbers, is another area where AI shines on both platforms. Google’s Call Screening feature on Pixel devices lets AI handle initial interactions with unknown callers, displaying responses on screen and allowing users to pick replies. Samsung offers a similar feature called Bixby Text Call, though it lacks the refinement seen in Google’s implementation.</w:t>
      </w:r>
      <w:r/>
    </w:p>
    <w:p>
      <w:r/>
      <w:r>
        <w:t>In the US, Google's Pixel takes it a step further by automatically screening calls to avoid spam, a feature not yet matched by Samsung.</w:t>
      </w:r>
      <w:r/>
    </w:p>
    <w:p>
      <w:r/>
      <w:r>
        <w:t>Samsung’s Live Translate function stands out, enabling real-time translated conversations across different languages, a boon for international travel or communication.</w:t>
      </w:r>
      <w:r/>
    </w:p>
    <w:p>
      <w:r/>
      <w:r>
        <w:t>Google’s Direct My Call and Hold for Me features alleviate the frustration of navigating automated phone menus and waiting on hold, respectively, signifying a thoughtful integration of AI in everyday scenarios.</w:t>
      </w:r>
      <w:r/>
    </w:p>
    <w:p>
      <w:r/>
      <w:r>
        <w:rPr>
          <w:b/>
        </w:rPr>
        <w:t>Global Availability and Feature Parity</w:t>
      </w:r>
      <w:r/>
    </w:p>
    <w:p>
      <w:r/>
      <w:r>
        <w:t>Despite Google’s rich feature set, users outside of the US may find some functionalities unavailable due to regional restrictions. For instance, the Pixel 9 Pro’s Thermometer app lacks regulatory approval in several regions, limiting its usage.</w:t>
      </w:r>
      <w:r/>
    </w:p>
    <w:p>
      <w:r/>
      <w:r>
        <w:t>Samsung excels in maintaining feature parity across different markets. Its Live Translate is available globally, making Galaxy AI features more consistently accessible to international users.</w:t>
      </w:r>
      <w:r/>
    </w:p>
    <w:p>
      <w:r/>
      <w:r>
        <w:rPr>
          <w:b/>
        </w:rPr>
        <w:t>Common AI Features</w:t>
      </w:r>
      <w:r/>
    </w:p>
    <w:p>
      <w:r/>
      <w:r>
        <w:t>Collaboration between Google and Samsung ensures some AI features are shared across their devices. Both brands run the on-device Gemini Nano AI model and offer the Gemini chatbot for varied tasks. Circle to Search, an image and text lookup feature, originated from Samsung but is now available on Pixel devices. Google Photos’ AI-powered Magic Editor also crossed over from Pixel exclusivity to wider Android availability.</w:t>
      </w:r>
      <w:r/>
    </w:p>
    <w:p>
      <w:r/>
      <w:r>
        <w:t>Generative wallpapers, initially featured on the latest Pixel phones, allow users to create unique backgrounds from keywords, and have since made their way to Samsung devices.</w:t>
      </w:r>
      <w:r/>
    </w:p>
    <w:p>
      <w:r/>
      <w:r>
        <w:rPr>
          <w:b/>
        </w:rPr>
        <w:t>Conclusion</w:t>
      </w:r>
      <w:r/>
    </w:p>
    <w:p>
      <w:r/>
      <w:r>
        <w:t>Choosing between Google Pixel AI and Samsung Galaxy AI largely depends on individual preferences and geographic availability. Google's bespoke AI features like Call Screening and Gboard’s voice typing are compelling, but Samsung’s robust global feature set, including Live Translate, offers significant value. Both AI suites have distinct strengths, reflecting the nuanced strategies of these tech giants.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