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introduces AI solution to eliminate common home printing woes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HP Introduces AI Solution to Eliminate Common Home Printing Woes</w:t>
      </w:r>
      <w:r/>
    </w:p>
    <w:p>
      <w:r/>
      <w:r>
        <w:rPr>
          <w:i/>
        </w:rPr>
        <w:t>At a recent event named Imagine AI, HP unveiled their latest innovation designed to drastically improve the often frustrating experience of home printing. This initiative, known as HP Print AI, aims to tackle persistent issues with document output, bridging the gap between on-screen content and printed results.</w:t>
      </w:r>
      <w:r/>
    </w:p>
    <w:p>
      <w:r/>
      <w:r>
        <w:rPr>
          <w:b/>
        </w:rPr>
        <w:t>Modern-Day Frustrations with Home Printing</w:t>
      </w:r>
      <w:r/>
    </w:p>
    <w:p>
      <w:r/>
      <w:r>
        <w:t>Home printing has long been a source of exasperation for many, a sentiment amusingly captured in a widely circulated tweet by John Moynes: "Rage Against the Machine never specified what type of machine they were furious with, but I reckon it was probably a printer." The sentiment resonates with many who have struggled with split spreadsheets, misaligned web printouts, and unnecessary blank pages.</w:t>
      </w:r>
      <w:r/>
    </w:p>
    <w:p>
      <w:r/>
      <w:r>
        <w:rPr>
          <w:b/>
        </w:rPr>
        <w:t>AI-Powered Printing Solution: HP Print AI</w:t>
      </w:r>
      <w:r/>
    </w:p>
    <w:p>
      <w:r/>
      <w:r>
        <w:t>Understanding the common pain points, HP announced HP Print AI as a solution to these pervasive issues. The hallmark feature of this technology, called Perfect Output, is currently available to a select group of beta users. Perfect Output is designed to ensure that the printed page mirrors the on-screen content accurately, a feature that addresses the dismay of distorted document layouts.</w:t>
      </w:r>
      <w:r/>
    </w:p>
    <w:p>
      <w:r/>
      <w:r>
        <w:rPr>
          <w:b/>
        </w:rPr>
        <w:t>Perfect Output: Key Features and Benefits</w:t>
      </w:r>
      <w:r/>
    </w:p>
    <w:p>
      <w:r/>
      <w:r>
        <w:t>Perfect Output specifically tackles the challenge of printing from web pages, an area fraught with issues like ads and irrelevant text cluttering the final printout. HP estimates that about half of home print jobs originate from the web, making this functionality particularly significant. The AI intelligently reformats and resizes web content to fit neatly onto the printed page, while also discarding unnecessary elements. This results in aesthetically pleasing layouts that closely mimic professionally designed pages.</w:t>
      </w:r>
      <w:r/>
    </w:p>
    <w:p>
      <w:r/>
      <w:r>
        <w:t>The feature also delves into the reliable printing of spreadsheets, ensuring that even landscape-formatted sheets are arranged to fit the print page effectively. Moreover, it integrates charts and data seamlessly, a task that traditionally posed significant challenges.</w:t>
      </w:r>
      <w:r/>
    </w:p>
    <w:p>
      <w:r/>
      <w:r>
        <w:rPr>
          <w:b/>
        </w:rPr>
        <w:t>Future Developments and Availability</w:t>
      </w:r>
      <w:r/>
    </w:p>
    <w:p>
      <w:r/>
      <w:r>
        <w:t>While Perfect Output is in its beta phase with limited availability, HP intends to roll out HP Print AI capabilities more broadly throughout 2025. This phased launch aims to provide a comprehensive solution to longstanding printing issues, thereby enhancing user satisfaction and reducing paper wastage.</w:t>
      </w:r>
      <w:r/>
    </w:p>
    <w:p>
      <w:r/>
      <w:r>
        <w:rPr>
          <w:b/>
        </w:rPr>
        <w:t>Lawson Screen &amp; Digital Unveils High-Performance DTF Printer Bundle</w:t>
      </w:r>
      <w:r/>
    </w:p>
    <w:p>
      <w:r/>
      <w:r>
        <w:rPr>
          <w:i/>
        </w:rPr>
        <w:t>In another significant development in the printing world, Lawson Screen &amp; Digital has introduced its state-of-the-art Prestige XL2 Pro DTF Printer Bundle. This bundle comprises the 24" Prestige XL2 Pro DTF Printer and the Miro 24" DTF Powder Shaker and Dryer, marking a technological leap for professional print shops.</w:t>
      </w:r>
      <w:r/>
    </w:p>
    <w:p>
      <w:r/>
      <w:r>
        <w:rPr>
          <w:b/>
        </w:rPr>
        <w:t>Prestige XL2 Pro DTF Printer: Core Features</w:t>
      </w:r>
      <w:r/>
    </w:p>
    <w:p>
      <w:r/>
      <w:r>
        <w:t>The Prestige XL2 Pro DTF Printer is designed for high-demand environments, characterized by an advanced 8-colour printing system, including CMYK, Red, Green, Orange, and Blue. This feature allows it to produce prints with a vibrant, lifelike colour palette. The printer’s 24" width is conducive to large, detailed designs, making it ideal for custom apparel and textile production.</w:t>
      </w:r>
      <w:r/>
    </w:p>
    <w:p>
      <w:r/>
      <w:r>
        <w:rPr>
          <w:b/>
        </w:rPr>
        <w:t>Miro 24" DTF Powder Shaker and Dryer</w:t>
      </w:r>
      <w:r/>
    </w:p>
    <w:p>
      <w:r/>
      <w:r>
        <w:t>Complementing the printer is the Miro 24" DTF Powder Shaker and Dryer, engineered for optimal efficiency and user convenience. This machine includes an air purifier to maintain a clean workspace, precise scale markings for film alignment, and a curved heating platen that ensures consistent print quality.</w:t>
      </w:r>
      <w:r/>
    </w:p>
    <w:p>
      <w:r/>
      <w:r>
        <w:rPr>
          <w:b/>
        </w:rPr>
        <w:t>Special Bundle Offer</w:t>
      </w:r>
      <w:r/>
    </w:p>
    <w:p>
      <w:r/>
      <w:r>
        <w:t>Recognising the synergetic potential of these two devices, Lawson Screen &amp; Digital offers an exclusive bundle deal, allowing customers to acquire both machines at a significant savings. This deal aims to make high-quality, professional-grade printing more accessible.</w:t>
      </w:r>
      <w:r/>
    </w:p>
    <w:p>
      <w:r/>
      <w:r>
        <w:rPr>
          <w:b/>
        </w:rPr>
        <w:t>Significance for the Printing Industry</w:t>
      </w:r>
      <w:r/>
    </w:p>
    <w:p>
      <w:r/>
      <w:r>
        <w:t>Both the HP Print AI advancements and Lawson's latest DTF printing bundle reflect significant strides in the printing industry, focusing on improving user experience and operational efficiency. These innovations are poised to set new benchmarks in their respective domains, addressing both everyday consumer frustrations and professional demands with technologically advanced solutions.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