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 unveils enhanced Photoshop and Premiere Elements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Adobe Unveils Enhanced Photoshop and Premiere Elements 2025</w:t>
      </w:r>
      <w:r/>
    </w:p>
    <w:p>
      <w:r/>
      <w:r>
        <w:t>Adobe has released its latest updates to the consumer-friendly Elements series, introducing Photoshop Elements 2025 and Premiere Elements 2025. These enhanced versions of the company's popular photo and video editing software aim to make advanced editing tools accessible to casual users with easy-to-use features powered by artificial intelligence (AI).</w:t>
      </w:r>
      <w:r/>
    </w:p>
    <w:p>
      <w:r/>
      <w:r>
        <w:rPr>
          <w:b/>
        </w:rPr>
        <w:t>Photoshop Elements 2025: New Features</w:t>
      </w:r>
      <w:r/>
    </w:p>
    <w:p>
      <w:r/>
      <w:r>
        <w:t>With the introduction of Photoshop Elements 2025, Adobe has integrated several new capabilities designed to simplify the photo editing process. Key among these is the AI-powered Remove feature, akin to tools found in the professional version of Photoshop and similar to Google's Magic Eraser and Apple's Clean-Up tool. This function allows users to effortlessly remove unwanted objects, people, or animals from images, automatically filling in the background.</w:t>
      </w:r>
      <w:r/>
    </w:p>
    <w:p>
      <w:r/>
      <w:r>
        <w:t>Another standout addition is the faux portrait mode feature, known as Depth Blur. This tool enables users to create depth-of-field effects by selecting a focal point and applying adjustable blur to the rest of the image, simulating the look of a wide-aperture lens. Users can further refine the effect by tweaking the blur strength, focal distance, and focal range.</w:t>
      </w:r>
      <w:r/>
    </w:p>
    <w:p>
      <w:r/>
      <w:r>
        <w:t>Photoshop Elements 2025 also introduces a new colour correction feature, which lets users select an area of a photo and change its colour using an intuitive pop-up dial. There’s also a photo-combining tool that merges subjects from one image with backgrounds from another, allowing for creative composite images. Additionally, the AI motion effect feature simulates movement blur, adding a dynamic feel to static subjects.</w:t>
      </w:r>
      <w:r/>
    </w:p>
    <w:p>
      <w:r/>
      <w:r>
        <w:rPr>
          <w:b/>
        </w:rPr>
        <w:t>Premiere Elements 2025: New and Enhanced Capabilities</w:t>
      </w:r>
      <w:r/>
    </w:p>
    <w:p>
      <w:r/>
      <w:r>
        <w:t>For video editing enthusiasts, Premiere Elements 2025 brings new AI-driven features to make the creative process more intuitive. These include a white balance tool and footage colour LUTs (lookup tables), which simplify adjusting colour curves and applying presets to achieve desired visual moods.</w:t>
      </w:r>
      <w:r/>
    </w:p>
    <w:p>
      <w:r/>
      <w:r>
        <w:t>One of the significant improvements in Premiere Elements 2025 is its simplified timeline. This new structure groups video and audio tracks separately, aiding navigation and editing efficiency. The updated interface also includes a Quick Tools menu featuring the most frequently used editing options. Users can now lock individual tracks to prevent accidental changes during editing.</w:t>
      </w:r>
      <w:r/>
    </w:p>
    <w:p>
      <w:r/>
      <w:r>
        <w:t>Additionally, the video editing app offers enhanced dynamic title capabilities, providing more control over text elements. Users can access Adobe Stock title templates without additional costs, further enriching their projects.</w:t>
      </w:r>
      <w:r/>
    </w:p>
    <w:p>
      <w:r/>
      <w:r>
        <w:rPr>
          <w:b/>
        </w:rPr>
        <w:t>Compatibility and Accessibility</w:t>
      </w:r>
      <w:r/>
    </w:p>
    <w:p>
      <w:r/>
      <w:r>
        <w:t>Both Photoshop Elements 2025 and Premiere Elements 2025 fully support Apple’s latest M3 chip, promising faster performance on Mac computers. They are also available as web and mobile applications, allowing for on-the-go editing. The apps continue to be available as $100 each or bundled for $150, maintaining their one-time purchase model rather than a subscription-based format.</w:t>
      </w:r>
      <w:r/>
    </w:p>
    <w:p>
      <w:r/>
      <w:r>
        <w:t>As Adobe prepares for its MAX conference on October 14, the professional editor community is anticipated to gain insights into new AI and other features coming to Adobe's high-end subscription-based desktop apps.</w:t>
      </w:r>
      <w:r/>
    </w:p>
    <w:p>
      <w:r/>
      <w:r>
        <w:t>Adobe's ongoing commitment to democratizing access to advanced editing tools is evident in these updates, offering casual users a powerful yet easy-to-use suite of features in the latest Photoshop and Premiere Elements 2025.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https://www.adobe.com/products/photoshop-elements/whats-new.html</w:t>
        </w:r>
      </w:hyperlink>
      <w:r>
        <w:t xml:space="preserve"> - Corroborates the introduction of the AI-powered Remove feature, Depth Blur, and color change capabilities in Photoshop Elements 2025.</w:t>
      </w:r>
      <w:r/>
    </w:p>
    <w:p>
      <w:pPr>
        <w:pStyle w:val="ListNumber"/>
        <w:spacing w:line="240" w:lineRule="auto"/>
        <w:ind w:left="720"/>
      </w:pPr>
      <w:r/>
      <w:hyperlink r:id="rId11">
        <w:r>
          <w:rPr>
            <w:color w:val="0000EE"/>
            <w:u w:val="single"/>
          </w:rPr>
          <w:t>https://helpx.adobe.com/photoshop-elements/using/whats-new.html</w:t>
        </w:r>
      </w:hyperlink>
      <w:r>
        <w:t xml:space="preserve"> - Supports the new features in Photoshop Elements 2025, including the Remove Object Brush, Depth Blur filter, and color recoloring tools.</w:t>
      </w:r>
      <w:r/>
    </w:p>
    <w:p>
      <w:pPr>
        <w:pStyle w:val="ListNumber"/>
        <w:spacing w:line="240" w:lineRule="auto"/>
        <w:ind w:left="720"/>
      </w:pPr>
      <w:r/>
      <w:hyperlink r:id="rId12">
        <w:r>
          <w:rPr>
            <w:color w:val="0000EE"/>
            <w:u w:val="single"/>
          </w:rPr>
          <w:t>https://www.xda-developers.com/adobe-photoshop-elements-premiere-elements-2025-update/</w:t>
        </w:r>
      </w:hyperlink>
      <w:r>
        <w:t xml:space="preserve"> - Details the new AI tools, quick object removal, depth blur, color tools, and motion actions in Photoshop Elements 2025.</w:t>
      </w:r>
      <w:r/>
    </w:p>
    <w:p>
      <w:pPr>
        <w:pStyle w:val="ListNumber"/>
        <w:spacing w:line="240" w:lineRule="auto"/>
        <w:ind w:left="720"/>
      </w:pPr>
      <w:r/>
      <w:hyperlink r:id="rId13">
        <w:r>
          <w:rPr>
            <w:color w:val="0000EE"/>
            <w:u w:val="single"/>
          </w:rPr>
          <w:t>https://www.macrumors.com/2024/10/01/adobe-premiere-photoshop-elements-2025/</w:t>
        </w:r>
      </w:hyperlink>
      <w:r>
        <w:t xml:space="preserve"> - Confirms the introduction of the Remove tool, Depth Blur filter, and photo-combining features in Photoshop Elements 2025.</w:t>
      </w:r>
      <w:r/>
    </w:p>
    <w:p>
      <w:pPr>
        <w:pStyle w:val="ListNumber"/>
        <w:spacing w:line="240" w:lineRule="auto"/>
        <w:ind w:left="720"/>
      </w:pPr>
      <w:r/>
      <w:hyperlink r:id="rId14">
        <w:r>
          <w:rPr>
            <w:color w:val="0000EE"/>
            <w:u w:val="single"/>
          </w:rPr>
          <w:t>https://www.adobe.com/products/photoshop-elements/buy-elements.html</w:t>
        </w:r>
      </w:hyperlink>
      <w:r>
        <w:t xml:space="preserve"> - Mentions one-click edits, Photomerge magic, and other guided edits that align with the new features in Photoshop Elements 2025.</w:t>
      </w:r>
      <w:r/>
    </w:p>
    <w:p>
      <w:pPr>
        <w:pStyle w:val="ListNumber"/>
        <w:spacing w:line="240" w:lineRule="auto"/>
        <w:ind w:left="720"/>
      </w:pPr>
      <w:r/>
      <w:hyperlink r:id="rId12">
        <w:r>
          <w:rPr>
            <w:color w:val="0000EE"/>
            <w:u w:val="single"/>
          </w:rPr>
          <w:t>https://www.xda-developers.com/adobe-photoshop-elements-premiere-elements-2025-update/</w:t>
        </w:r>
      </w:hyperlink>
      <w:r>
        <w:t xml:space="preserve"> - Describes the new white balance tool, color LUTs, and simplified timeline in Premiere Elements 2025.</w:t>
      </w:r>
      <w:r/>
    </w:p>
    <w:p>
      <w:pPr>
        <w:pStyle w:val="ListNumber"/>
        <w:spacing w:line="240" w:lineRule="auto"/>
        <w:ind w:left="720"/>
      </w:pPr>
      <w:r/>
      <w:hyperlink r:id="rId13">
        <w:r>
          <w:rPr>
            <w:color w:val="0000EE"/>
            <w:u w:val="single"/>
          </w:rPr>
          <w:t>https://www.macrumors.com/2024/10/01/adobe-premiere-photoshop-elements-2025/</w:t>
        </w:r>
      </w:hyperlink>
      <w:r>
        <w:t xml:space="preserve"> - Supports the enhanced dynamic title capabilities and access to Adobe Stock title templates in Premiere Elements 2025.</w:t>
      </w:r>
      <w:r/>
    </w:p>
    <w:p>
      <w:pPr>
        <w:pStyle w:val="ListNumber"/>
        <w:spacing w:line="240" w:lineRule="auto"/>
        <w:ind w:left="720"/>
      </w:pPr>
      <w:r/>
      <w:hyperlink r:id="rId12">
        <w:r>
          <w:rPr>
            <w:color w:val="0000EE"/>
            <w:u w:val="single"/>
          </w:rPr>
          <w:t>https://www.xda-developers.com/adobe-photoshop-elements-premiere-elements-2025-update/</w:t>
        </w:r>
      </w:hyperlink>
      <w:r>
        <w:t xml:space="preserve"> - Mentions the support for Apple’s latest M3 chip and the availability of web and mobile applications for both Photoshop and Premiere Elements 2025.</w:t>
      </w:r>
      <w:r/>
    </w:p>
    <w:p>
      <w:pPr>
        <w:pStyle w:val="ListNumber"/>
        <w:spacing w:line="240" w:lineRule="auto"/>
        <w:ind w:left="720"/>
      </w:pPr>
      <w:r/>
      <w:hyperlink r:id="rId13">
        <w:r>
          <w:rPr>
            <w:color w:val="0000EE"/>
            <w:u w:val="single"/>
          </w:rPr>
          <w:t>https://www.macrumors.com/2024/10/01/adobe-premiere-photoshop-elements-2025/</w:t>
        </w:r>
      </w:hyperlink>
      <w:r>
        <w:t xml:space="preserve"> - Confirms the pricing and one-time purchase model for Photoshop Elements 2025 and Premiere Elements 2025.</w:t>
      </w:r>
      <w:r/>
    </w:p>
    <w:p>
      <w:pPr>
        <w:pStyle w:val="ListNumber"/>
        <w:spacing w:line="240" w:lineRule="auto"/>
        <w:ind w:left="720"/>
      </w:pPr>
      <w:r/>
      <w:hyperlink r:id="rId11">
        <w:r>
          <w:rPr>
            <w:color w:val="0000EE"/>
            <w:u w:val="single"/>
          </w:rPr>
          <w:t>https://helpx.adobe.com/photoshop-elements/using/whats-new.html</w:t>
        </w:r>
      </w:hyperlink>
      <w:r>
        <w:t xml:space="preserve"> - Provides details on the guided edits and other features that enhance user experience in Photoshop Elements 2025.</w:t>
      </w:r>
      <w:r/>
    </w:p>
    <w:p>
      <w:pPr>
        <w:pStyle w:val="ListNumber"/>
        <w:spacing w:line="240" w:lineRule="auto"/>
        <w:ind w:left="720"/>
      </w:pPr>
      <w:r/>
      <w:hyperlink r:id="rId10">
        <w:r>
          <w:rPr>
            <w:color w:val="0000EE"/>
            <w:u w:val="single"/>
          </w:rPr>
          <w:t>https://www.adobe.com/products/photoshop-elements/whats-new.html</w:t>
        </w:r>
      </w:hyperlink>
      <w:r>
        <w:t xml:space="preserve"> - Highlights the web and mobile companion apps for Photoshop Elements 2025, enabling on-the-go editing.</w:t>
      </w:r>
      <w:r/>
    </w:p>
    <w:p>
      <w:pPr>
        <w:pStyle w:val="ListNumber"/>
        <w:spacing w:line="240" w:lineRule="auto"/>
        <w:ind w:left="720"/>
      </w:pPr>
      <w:r/>
      <w:hyperlink r:id="rId15">
        <w:r>
          <w:rPr>
            <w:color w:val="0000EE"/>
            <w:u w:val="single"/>
          </w:rPr>
          <w:t>https://www.engadget.com/computing/adobe-photoshop-elements-and-premiere-elements-updated-with-new-ai-features-130029684.html?src=rss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obe.com/products/photoshop-elements/whats-new.html" TargetMode="External"/><Relationship Id="rId11" Type="http://schemas.openxmlformats.org/officeDocument/2006/relationships/hyperlink" Target="https://helpx.adobe.com/photoshop-elements/using/whats-new.html" TargetMode="External"/><Relationship Id="rId12" Type="http://schemas.openxmlformats.org/officeDocument/2006/relationships/hyperlink" Target="https://www.xda-developers.com/adobe-photoshop-elements-premiere-elements-2025-update/" TargetMode="External"/><Relationship Id="rId13" Type="http://schemas.openxmlformats.org/officeDocument/2006/relationships/hyperlink" Target="https://www.macrumors.com/2024/10/01/adobe-premiere-photoshop-elements-2025/" TargetMode="External"/><Relationship Id="rId14" Type="http://schemas.openxmlformats.org/officeDocument/2006/relationships/hyperlink" Target="https://www.adobe.com/products/photoshop-elements/buy-elements.html" TargetMode="External"/><Relationship Id="rId15" Type="http://schemas.openxmlformats.org/officeDocument/2006/relationships/hyperlink" Target="https://www.engadget.com/computing/adobe-photoshop-elements-and-premiere-elements-updated-with-new-ai-features-130029684.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