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breakthrough raises concerns as new bot defeats CAPTCHA with 100% accuracy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Breakthrough Raises Concerns as New Bot Defeats CAPTCHA with 100% Accuracy</w:t>
      </w:r>
      <w:r/>
    </w:p>
    <w:p>
      <w:r/>
      <w:r>
        <w:t>Researchers have unveiled a sophisticated artificial intelligence (AI) model capable of solving Google's reCAPTCHAv2 puzzles with unprecedented accuracy, marking a significant development in the ongoing battle between AI and digital security mechanisms. The breakthrough was detailed in a recent study titled "Breaking reCAPTCHAv2," which has drawn considerable attention for its implications on web security.</w:t>
      </w:r>
      <w:r/>
    </w:p>
    <w:p>
      <w:r/>
      <w:r>
        <w:t>The research team utilised the "YOLO" (You Only Look Once) model, a well-regarded AI framework in the field of object detection, to crack the image-based captchas. Previously, the same model had an accuracy rate of about 71%, but the latest findings reveal an astounding 100% success rate in solving these puzzles. The study's authors noted, "Our findings indicate that current captcha mechanisms are not immune to the rapidly advancing field of artificial intelligence."</w:t>
      </w:r>
      <w:r/>
    </w:p>
    <w:p>
      <w:r/>
      <w:r>
        <w:t>Captchas (Completely Automated Public Turing test to tell Computers and Humans Apart) serve as a gatekeeper for websites, distinguishing human users from automated bots. These tests are widely used to prevent inflated user numbers, block spam messages, and protect against data scraping. Perhaps most critically, captchas play a crucial role in mitigating Distributed Denial of Service (DDoS) attacks, where bots flood a website with excessive traffic to overwhelm and disable it.</w:t>
      </w:r>
      <w:r/>
    </w:p>
    <w:p>
      <w:r/>
      <w:r>
        <w:t>The discovery that an AI can now solve reCAPTCHAv2 puzzles with perfect accuracy presents a potential security risk. Websites relying on these tests to differentiate between human and bot traffic may need to reassess their security measures.</w:t>
      </w:r>
      <w:r/>
    </w:p>
    <w:p>
      <w:r/>
      <w:r>
        <w:t>It is important to highlight that this vulnerability currently affects only Google's reCAPTCHAv2. Google has since released reCAPTCHAv3, which utilizes behavioural analysis to determine whether a user is human or a bot. This new approach is considered more robust against AI intrusion, as it evaluates the user's interaction with the website rather than relying solely on solving puzzles. However, some users with less consistent internet usage may still be required to fall back on reCAPTCHAv2, indicating that the older system remains in active use and thus vulnerable.</w:t>
      </w:r>
      <w:r/>
    </w:p>
    <w:p>
      <w:r/>
      <w:r>
        <w:t>The study underscores the critical need for captcha technologies to evolve in step with advancements in AI. "Our findings mark a crucial point in the ongoing dialogue between AI capabilities and digital security," the researchers stated. "They highlight the necessity for captcha technologies to evolve proactively, staying ahead of AI’s rapid advancements. This is not just an academic challenge; it is a vital step toward ensuring the continued reliability and safety of our online environments."</w:t>
      </w:r>
      <w:r/>
    </w:p>
    <w:p>
      <w:r/>
      <w:r>
        <w:t xml:space="preserve">The revelation that an AI bot can outpace human efforts to solve captchas serves as a wake-up call for digital security experts. As AI technology continues to advance, it becomes increasingly imperative for security mechanisms to innovate and stay a step ahead. </w:t>
      </w:r>
      <w:r/>
    </w:p>
    <w:p>
      <w:r/>
      <w:r>
        <w:t>While this poses new challenges for website administrators and security professionals, it also marks a significant milestone in the capabilities of artificial intelligence, reflecting its rapidly growing influence and sophistication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https://www.newscientist.com/article/2448687-an-ai-can-beat-captcha-tests-100-per-cent-of-the-time/</w:t>
        </w:r>
      </w:hyperlink>
      <w:r>
        <w:t xml:space="preserve"> - Corroborates the use of the YOLO model to solve Google's reCAPTCHAv2 puzzles with 100% accuracy and the involvement of researchers from ETH Zurich.</w:t>
      </w:r>
      <w:r/>
    </w:p>
    <w:p>
      <w:pPr>
        <w:pStyle w:val="ListNumber"/>
        <w:spacing w:line="240" w:lineRule="auto"/>
        <w:ind w:left="720"/>
      </w:pPr>
      <w:r/>
      <w:hyperlink r:id="rId11">
        <w:r>
          <w:rPr>
            <w:color w:val="0000EE"/>
            <w:u w:val="single"/>
          </w:rPr>
          <w:t>https://www.newsbytesapp.com/news/science/ai-bots-are-solving-google-s-recaptcha-v2-image-recognition-challenges/story</w:t>
        </w:r>
      </w:hyperlink>
      <w:r>
        <w:t xml:space="preserve"> - Details the modifications to the YOLO model, including mimicking mouse movements and simulating browser history, to achieve 100% accuracy in solving CAPTCHAs.</w:t>
      </w:r>
      <w:r/>
    </w:p>
    <w:p>
      <w:pPr>
        <w:pStyle w:val="ListNumber"/>
        <w:spacing w:line="240" w:lineRule="auto"/>
        <w:ind w:left="720"/>
      </w:pPr>
      <w:r/>
      <w:hyperlink r:id="rId12">
        <w:r>
          <w:rPr>
            <w:color w:val="0000EE"/>
            <w:u w:val="single"/>
          </w:rPr>
          <w:t>https://techxplore.com/news/2024-09-ai-captcha.html</w:t>
        </w:r>
      </w:hyperlink>
      <w:r>
        <w:t xml:space="preserve"> - Explains the study 'Breaking reCAPTCHAv2' and how the modified YOLO model can pass CAPTCHA tests even with multiple attempts and various security measures.</w:t>
      </w:r>
      <w:r/>
    </w:p>
    <w:p>
      <w:pPr>
        <w:pStyle w:val="ListNumber"/>
        <w:spacing w:line="240" w:lineRule="auto"/>
        <w:ind w:left="720"/>
      </w:pPr>
      <w:r/>
      <w:hyperlink r:id="rId13">
        <w:r>
          <w:rPr>
            <w:color w:val="0000EE"/>
            <w:u w:val="single"/>
          </w:rPr>
          <w:t>https://petapixel.com/2024/09/30/scientists-made-an-ai-model-that-beats-captchas-every-single-time/</w:t>
        </w:r>
      </w:hyperlink>
      <w:r>
        <w:t xml:space="preserve"> - Provides information on the training of the YOLO model using 14,000 labeled images and its ability to identify objects with high accuracy, leading to a 100% success rate in solving CAPTCHAs.</w:t>
      </w:r>
      <w:r/>
    </w:p>
    <w:p>
      <w:pPr>
        <w:pStyle w:val="ListNumber"/>
        <w:spacing w:line="240" w:lineRule="auto"/>
        <w:ind w:left="720"/>
      </w:pPr>
      <w:r/>
      <w:hyperlink r:id="rId14">
        <w:r>
          <w:rPr>
            <w:color w:val="0000EE"/>
            <w:u w:val="single"/>
          </w:rPr>
          <w:t>https://www.reddit.com/r/technews/comments/1fnjx5v/an_ai_can_beat_captcha_tests_100_per_cent_of_the/</w:t>
        </w:r>
      </w:hyperlink>
      <w:r>
        <w:t xml:space="preserve"> - Discusses the implications of AI beating CAPTCHA tests and the potential security risks for websites relying on these tests.</w:t>
      </w:r>
      <w:r/>
    </w:p>
    <w:p>
      <w:pPr>
        <w:pStyle w:val="ListNumber"/>
        <w:spacing w:line="240" w:lineRule="auto"/>
        <w:ind w:left="720"/>
      </w:pPr>
      <w:r/>
      <w:hyperlink r:id="rId10">
        <w:r>
          <w:rPr>
            <w:color w:val="0000EE"/>
            <w:u w:val="single"/>
          </w:rPr>
          <w:t>https://www.newscientist.com/article/2448687-an-ai-can-beat-captcha-tests-100-per-cent-of-the-time/</w:t>
        </w:r>
      </w:hyperlink>
      <w:r>
        <w:t xml:space="preserve"> - Highlights the role of CAPTCHAs in preventing spam, inflated user numbers, and protecting against data scraping and DDoS attacks.</w:t>
      </w:r>
      <w:r/>
    </w:p>
    <w:p>
      <w:pPr>
        <w:pStyle w:val="ListNumber"/>
        <w:spacing w:line="240" w:lineRule="auto"/>
        <w:ind w:left="720"/>
      </w:pPr>
      <w:r/>
      <w:hyperlink r:id="rId11">
        <w:r>
          <w:rPr>
            <w:color w:val="0000EE"/>
            <w:u w:val="single"/>
          </w:rPr>
          <w:t>https://www.newsbytesapp.com/news/science/ai-bots-are-solving-google-s-recaptcha-v2-image-recognition-challenges/story</w:t>
        </w:r>
      </w:hyperlink>
      <w:r>
        <w:t xml:space="preserve"> - Mentions the potential security risk for websites still using reCAPTCHAv2 and the need for evolving CAPTCHA technologies to stay ahead of AI advancements.</w:t>
      </w:r>
      <w:r/>
    </w:p>
    <w:p>
      <w:pPr>
        <w:pStyle w:val="ListNumber"/>
        <w:spacing w:line="240" w:lineRule="auto"/>
        <w:ind w:left="720"/>
      </w:pPr>
      <w:r/>
      <w:hyperlink r:id="rId12">
        <w:r>
          <w:rPr>
            <w:color w:val="0000EE"/>
            <w:u w:val="single"/>
          </w:rPr>
          <w:t>https://techxplore.com/news/2024-09-ai-captcha.html</w:t>
        </w:r>
      </w:hyperlink>
      <w:r>
        <w:t xml:space="preserve"> - Explains that Google has phased out reCAPTCHAv2 in favor of reCAPTCHAv3, which uses behavioral analysis, but notes that reCAPTCHAv2 is still in use as a fallback option.</w:t>
      </w:r>
      <w:r/>
    </w:p>
    <w:p>
      <w:pPr>
        <w:pStyle w:val="ListNumber"/>
        <w:spacing w:line="240" w:lineRule="auto"/>
        <w:ind w:left="720"/>
      </w:pPr>
      <w:r/>
      <w:hyperlink r:id="rId13">
        <w:r>
          <w:rPr>
            <w:color w:val="0000EE"/>
            <w:u w:val="single"/>
          </w:rPr>
          <w:t>https://petapixel.com/2024/09/30/scientists-made-an-ai-model-that-beats-captchas-every-single-time/</w:t>
        </w:r>
      </w:hyperlink>
      <w:r>
        <w:t xml:space="preserve"> - Emphasizes the necessity for CAPTCHA technologies to evolve proactively to stay ahead of AI’s rapid advancements and ensure online security.</w:t>
      </w:r>
      <w:r/>
    </w:p>
    <w:p>
      <w:pPr>
        <w:pStyle w:val="ListNumber"/>
        <w:spacing w:line="240" w:lineRule="auto"/>
        <w:ind w:left="720"/>
      </w:pPr>
      <w:r/>
      <w:hyperlink r:id="rId11">
        <w:r>
          <w:rPr>
            <w:color w:val="0000EE"/>
            <w:u w:val="single"/>
          </w:rPr>
          <w:t>https://www.newsbytesapp.com/news/science/ai-bots-are-solving-google-s-recaptcha-v2-image-recognition-challenges/story</w:t>
        </w:r>
      </w:hyperlink>
      <w:r>
        <w:t xml:space="preserve"> - Discusses the broader implications of AI outpacing human efforts in solving CAPTCHAs and the need for innovation in security mechanisms.</w:t>
      </w:r>
      <w:r/>
    </w:p>
    <w:p>
      <w:pPr>
        <w:pStyle w:val="ListNumber"/>
        <w:spacing w:line="240" w:lineRule="auto"/>
        <w:ind w:left="720"/>
      </w:pPr>
      <w:r/>
      <w:hyperlink r:id="rId12">
        <w:r>
          <w:rPr>
            <w:color w:val="0000EE"/>
            <w:u w:val="single"/>
          </w:rPr>
          <w:t>https://techxplore.com/news/2024-09-ai-captcha.html</w:t>
        </w:r>
      </w:hyperlink>
      <w:r>
        <w:t xml:space="preserve"> - Highlights the significance of the breakthrough in AI capabilities and its growing influence and sophistication in the digital age.</w:t>
      </w:r>
      <w:r/>
    </w:p>
    <w:p>
      <w:pPr>
        <w:pStyle w:val="ListNumber"/>
        <w:spacing w:line="240" w:lineRule="auto"/>
        <w:ind w:left="720"/>
      </w:pPr>
      <w:r/>
      <w:hyperlink r:id="rId15">
        <w:r>
          <w:rPr>
            <w:color w:val="0000EE"/>
            <w:u w:val="single"/>
          </w:rPr>
          <w:t>https://www.pcgamer.com/software/ai/ai-bots-are-using-a-yolo-model-to-beat-captchas-in-just-another-way-computers-are-better-than-you/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wscientist.com/article/2448687-an-ai-can-beat-captcha-tests-100-per-cent-of-the-time/" TargetMode="External"/><Relationship Id="rId11" Type="http://schemas.openxmlformats.org/officeDocument/2006/relationships/hyperlink" Target="https://www.newsbytesapp.com/news/science/ai-bots-are-solving-google-s-recaptcha-v2-image-recognition-challenges/story" TargetMode="External"/><Relationship Id="rId12" Type="http://schemas.openxmlformats.org/officeDocument/2006/relationships/hyperlink" Target="https://techxplore.com/news/2024-09-ai-captcha.html" TargetMode="External"/><Relationship Id="rId13" Type="http://schemas.openxmlformats.org/officeDocument/2006/relationships/hyperlink" Target="https://petapixel.com/2024/09/30/scientists-made-an-ai-model-that-beats-captchas-every-single-time/" TargetMode="External"/><Relationship Id="rId14" Type="http://schemas.openxmlformats.org/officeDocument/2006/relationships/hyperlink" Target="https://www.reddit.com/r/technews/comments/1fnjx5v/an_ai_can_beat_captcha_tests_100_per_cent_of_the/" TargetMode="External"/><Relationship Id="rId15" Type="http://schemas.openxmlformats.org/officeDocument/2006/relationships/hyperlink" Target="https://www.pcgamer.com/software/ai/ai-bots-are-using-a-yolo-model-to-beat-captchas-in-just-another-way-computers-are-better-than-yo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