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AI-driven success in dropshipping: the innovative role of Glitching AI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AI-Driven Success in Dropshipping: The Innovative Role of Glitching AI</w:t>
      </w:r>
      <w:r/>
    </w:p>
    <w:p>
      <w:r/>
      <w:r>
        <w:t>In the rapidly evolving landscape of e-commerce, artificial intelligence (AI) is emerging as a transformative force. An exemplar of this transformation is Glitching AI, an advanced tool that is revolutionising the dropshipping industry by providing entrepreneurs with the resources to compete and thrive in a competitive marketplace.</w:t>
      </w:r>
      <w:r/>
    </w:p>
    <w:p>
      <w:r/>
      <w:r>
        <w:rPr>
          <w:b/>
        </w:rPr>
        <w:t>What is AI Dropshipping?</w:t>
      </w:r>
      <w:r/>
    </w:p>
    <w:p>
      <w:r/>
      <w:r>
        <w:t>AI dropshipping leverages the power of artificial intelligence to analyse vast datasets, generate trends and forecasts, and automate several operational aspects. This integration allows business owners to find high-demand products, create appealing product pages, and produce targeted advertisements—all with minimal manual intervention.</w:t>
      </w:r>
      <w:r/>
    </w:p>
    <w:p>
      <w:r/>
      <w:r>
        <w:rPr>
          <w:b/>
        </w:rPr>
        <w:t>Introducing Glitching AI</w:t>
      </w:r>
      <w:r/>
    </w:p>
    <w:p>
      <w:r/>
      <w:r>
        <w:t>At the forefront of this innovation is Glitching AI, a tool that employs sophisticated algorithms to streamline the dropshipping process. Its primary features include product selection, supplier integration, and comprehensive marketing automation. Here’s a closer look at the offerings of Glitching AI: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Product Identification</w:t>
      </w:r>
      <w:r>
        <w:t>: The tool suggests high-demand products based on market trends, customer preferences, and competitor data, helping entrepreneurs select lucrative items to dropship.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Supplier Integration</w:t>
      </w:r>
      <w:r>
        <w:t>: By connecting users with suppliers offering competitive prices, it ensures product availability and quality.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Service Integration</w:t>
      </w:r>
      <w:r>
        <w:t>: From video editors to Shopify designers, Glitching AI links users with high-quality services to enhance their business operations.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Website Creation</w:t>
      </w:r>
      <w:r>
        <w:t>: It aids in creating professional and optically appealing websites that effectively showcase dropshipping products.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Content Improvement</w:t>
      </w:r>
      <w:r>
        <w:t>: Provides frameworks for improving short-form content scripts and advertising copy.</w:t>
      </w:r>
      <w:r/>
      <w:r/>
    </w:p>
    <w:p>
      <w:r/>
      <w:r>
        <w:rPr>
          <w:b/>
        </w:rPr>
        <w:t>Automating Processes for Efficiency</w:t>
      </w:r>
      <w:r/>
    </w:p>
    <w:p>
      <w:r/>
      <w:r>
        <w:t>Glitching AI automates a multitude of processes such as marketing, advertising, product selection, and research. This not only saves time but also enhances the accuracy of business operations. With AI-driven analytics, users can rely on data-backed decisions to select the best products and craft compelling product pages designed to convert visitors into customers.</w:t>
      </w:r>
      <w:r/>
    </w:p>
    <w:p>
      <w:r/>
      <w:r>
        <w:rPr>
          <w:b/>
        </w:rPr>
        <w:t>Educational Component</w:t>
      </w:r>
      <w:r/>
    </w:p>
    <w:p>
      <w:r/>
      <w:r>
        <w:t>In addition to its technological offerings, Glitching AI places a strong emphasis on user education. The platform provides various educational resources, including: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Live Webinars on Discord</w:t>
      </w:r>
      <w:r>
        <w:t>: Weekly sessions covering diverse aspects of dropshipping.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Online Courses</w:t>
      </w:r>
      <w:r>
        <w:t>: Detailed courses featuring real-life case studies to demonstrate the growth and success of dropshipping brands.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One-on-One Coaching</w:t>
      </w:r>
      <w:r>
        <w:t>: Personalised guidance to address specific business challenges and goals.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Discord Discussions</w:t>
      </w:r>
      <w:r>
        <w:t>: A forum for discussing ideas, troubleshooting issues, and sharing insights.</w:t>
      </w:r>
      <w:r/>
      <w:r/>
    </w:p>
    <w:p>
      <w:r/>
      <w:r>
        <w:t>These learning sessions and resources furnish prospective entrepreneurs with the knowledge required to navigate and succeed in the dropshipping domain.</w:t>
      </w:r>
      <w:r/>
    </w:p>
    <w:p>
      <w:r/>
      <w:r>
        <w:rPr>
          <w:b/>
        </w:rPr>
        <w:t>Community and Transparency</w:t>
      </w:r>
      <w:r/>
    </w:p>
    <w:p>
      <w:r/>
      <w:r>
        <w:t>What sets Glitching AI apart is its commitment to transparency and community support. Unlike traditional courses that often promise quick success, Glitching AI offers detailed real-life case studies and tested strategies, building a foundation of trust and accountability. The platform’s interactive Discord channel serves as a hub for users to connect, share experiences, and provide mutual support, fostering a thriving entrepreneurial ecosystem.</w:t>
      </w:r>
      <w:r/>
    </w:p>
    <w:p>
      <w:r/>
      <w:r>
        <w:rPr>
          <w:b/>
        </w:rPr>
        <w:t>Driving E-commerce Forward</w:t>
      </w:r>
      <w:r/>
    </w:p>
    <w:p>
      <w:r/>
      <w:r>
        <w:t>By leveraging AI, Glitching AI is pioneering a shift in e-commerce, providing entrepreneurs with the tools to streamline operations and maximise revenue. It's not just a service, but a partner in entrepreneurial success, offering everything needed to build and grow a thriving dropshipping business.</w:t>
      </w:r>
      <w:r/>
    </w:p>
    <w:p>
      <w:r/>
      <w:r>
        <w:t>As part of their outreach, Glitching AI has established a strong presence on social media, particularly Instagram, to connect with and support its user base. This blend of innovative technology, comprehensive education, and vibrant community positions Glitching AI as a critical resource for those looking to make strides in the e-commerce sector.</w:t>
      </w:r>
      <w:r/>
    </w:p>
    <w:p>
      <w:r/>
      <w:r>
        <w:t>Entrepreneurs armed with Glitching AI can look forward to navigating the complex landscape of dropshipping with enhanced efficiency and accuracy, paving the way for financial independence and business success.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https://www.glitching.ai</w:t>
        </w:r>
      </w:hyperlink>
      <w:r>
        <w:t xml:space="preserve"> - Introduces Glitching AI as a tool that automates the dropshipping process, including product selection, supplier integration, and marketing automation.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https://www.youtube.com/watch?v=QbApsVWMiaU</w:t>
        </w:r>
      </w:hyperlink>
      <w:r>
        <w:t xml:space="preserve"> - Provides a comprehensive review of Glitching AI, detailing its features such as product research, website creation, and ad generation.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https://www.glitching.ai/glitch-mode-automated-dropshipping</w:t>
        </w:r>
      </w:hyperlink>
      <w:r>
        <w:t xml:space="preserve"> - Explains how Glitching AI's Glitch Mode automates the dropshipping process, including finding products, creating Shopify product pages, and generating viral ads.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https://www.youtube.com/watch?v=MQMbyW7e7mk</w:t>
        </w:r>
      </w:hyperlink>
      <w:r>
        <w:t xml:space="preserve"> - Reviews the pros and cons of Glitching AI, discussing its user-friendly interface, automated product sourcing, and customer support.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https://www.glitching.ai/ai-dropshipping-product-finder</w:t>
        </w:r>
      </w:hyperlink>
      <w:r>
        <w:t xml:space="preserve"> - Details the AI Dropshipping Product Finder, which uses AI to analyze vast datasets and identify high-demand products, and provides insights into market trends and competitor analysis.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https://www.glitching.ai/glitch-mode-automated-dropshipping</w:t>
        </w:r>
      </w:hyperlink>
      <w:r>
        <w:t xml:space="preserve"> - Describes how Glitching AI integrates with Shopify, allowing users to import product pages and utilize AI-generated marketing plans.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https://www.youtube.com/watch?v=QbApsVWMiaU</w:t>
        </w:r>
      </w:hyperlink>
      <w:r>
        <w:t xml:space="preserve"> - Highlights the educational resources provided by Glitching AI, including courses, live webinars, and one-on-one coaching.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https://www.glitching.ai/glitch-mode-automated-dropshipping</w:t>
        </w:r>
      </w:hyperlink>
      <w:r>
        <w:t xml:space="preserve"> - Emphasizes the community and transparency aspects of Glitching AI, including its interactive Discord channel and real-life case studies.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https://www.glitching.ai/ai-dropshipping-product-finder</w:t>
        </w:r>
      </w:hyperlink>
      <w:r>
        <w:t xml:space="preserve"> - Explains how AI-driven analytics in Glitching AI help in making data-backed decisions for product selection and marketing.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https://www.youtube.com/watch?v=MQMbyW7e7mk</w:t>
        </w:r>
      </w:hyperlink>
      <w:r>
        <w:t xml:space="preserve"> - Discusses the user experience and learning curve associated with using Glitching AI, as well as the cost structure and customer support.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https://www.glitching.ai/glitch-mode-automated-dropshipping</w:t>
        </w:r>
      </w:hyperlink>
      <w:r>
        <w:t xml:space="preserve"> - Outlines the benefits of using Glitching AI for both novice and experienced dropshippers, including its user-friendly interface and advanced tools.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https://www.hometownstation.com/featured-stories/everyone-can-make-money-with-ai-dropshipping-from-glitching-ai-522811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glitching.ai" TargetMode="External"/><Relationship Id="rId11" Type="http://schemas.openxmlformats.org/officeDocument/2006/relationships/hyperlink" Target="https://www.youtube.com/watch?v=QbApsVWMiaU" TargetMode="External"/><Relationship Id="rId12" Type="http://schemas.openxmlformats.org/officeDocument/2006/relationships/hyperlink" Target="https://www.glitching.ai/glitch-mode-automated-dropshipping" TargetMode="External"/><Relationship Id="rId13" Type="http://schemas.openxmlformats.org/officeDocument/2006/relationships/hyperlink" Target="https://www.youtube.com/watch?v=MQMbyW7e7mk" TargetMode="External"/><Relationship Id="rId14" Type="http://schemas.openxmlformats.org/officeDocument/2006/relationships/hyperlink" Target="https://www.glitching.ai/ai-dropshipping-product-finder" TargetMode="External"/><Relationship Id="rId15" Type="http://schemas.openxmlformats.org/officeDocument/2006/relationships/hyperlink" Target="https://www.hometownstation.com/featured-stories/everyone-can-make-money-with-ai-dropshipping-from-glitching-ai-522811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