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podcast explores philosophical depths from unlikely sources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AI-Generated Podcast Explores Philosophical Depths from the Most Unlikely Source</w:t>
      </w:r>
      <w:r/>
    </w:p>
    <w:p>
      <w:r/>
      <w:r>
        <w:t>In an unexpected twist of artificial intelligence capabilities, Reddit user “sorryaboutyourcats” recently put Google’s NotebookLM AI model to a unique test. Probing the model’s limits, the user presented it with a document densely populated with the words “poop” and “fart” repeated incessantly. Despite this unorthodox input, the AI impressively generated an engaging podcast episode, touching upon broad themes such as the nature of art, philosophical reflections, and the intrinsic human tendency to seek meaning in the seemingly meaningless.</w:t>
      </w:r>
      <w:r/>
    </w:p>
    <w:p>
      <w:r/>
      <w:r>
        <w:t>When presented with a far less stimulating text compared to typical review materials, the AI responded unexpectedly. Google's NotebookLM's newly introduced "Audio Overview" feature shined in this experiment. Launched over a year ago, this feature is designed to convert documents into engaging audio discussions using a Large Language Model (LLM), similar to the technology behind ChatGPT. By creating podcast-like scripts read by text-to-speech models, complete with natural speech elements like "ums," interruptions, and dramatic pauses, the AI creates a seemingly human audio experience.</w:t>
      </w:r>
      <w:r/>
    </w:p>
    <w:p>
      <w:r/>
      <w:r>
        <w:t>The recent test kicked off with a playful prompt for the AI to review the document filled exclusively with the words "poop" and "fart." The AI's reaction? An engaging and surprisingly coherent discussion that drew comparisons to modern art and cognitive patterns. The AI-driven podcast started with light-hearted observations about the unique source material and quickly gravitated towards a deeper analysis. It likened the repetition in the document to Andy Warhol's iconic soup can paintings and minimalist music, which can possess an unexpected depth and resonance.</w:t>
      </w:r>
      <w:r/>
    </w:p>
    <w:p>
      <w:r/>
      <w:r>
        <w:t>The virtual hosts of the AI-generated podcast ventured into comparisons with 20th-century art movements. The document was viewed through the lens of Dadaism, an avant-garde movement that embraced absurdity and irrationality. The AI even pronounced “Dadaist” as “daday-ist,” adding a quirky charm to the narrative. The podcast also mentioned the vase/faces optical illusion, suggesting that much like the dual perception of the illusion, the document invites viewers to search for deeper patterns or meanings within its apparent simplicity.</w:t>
      </w:r>
      <w:r/>
    </w:p>
    <w:p>
      <w:r/>
      <w:r>
        <w:t>Further delving into the psychology behind human cognition, the AI highlighted our innate drive to find patterns amidst chaos and order within disarray. It likened the experience of interpreting the document to participating in an “accidental Rorschach test” — where individuals impose their interpretations on ambiguous stimuli, reflecting deeper psychological insights. The hosts articulated the human impulse to organise and make sense of the world's information overload.</w:t>
      </w:r>
      <w:r/>
    </w:p>
    <w:p>
      <w:r/>
      <w:r>
        <w:t>Amidst these highbrow reflections, the podcast didn’t shy away from addressing the inherent absurdity of the task. It touched upon the existential contemplation of searching for meaning in everything, concluding whimsically with the idea that “sometimes a poop is just a poop and a fart is just a fart,” acknowledging the potential futility in overthinking benign subjects.</w:t>
      </w:r>
      <w:r/>
    </w:p>
    <w:p>
      <w:r/>
      <w:r>
        <w:t xml:space="preserve">The outcome of this unusual experiment showcases the versatility and unexpected creativity of AI systems like Google's NotebookLM. By transforming a content-light, repetitive document into an insightful and entertaining discussion, the AI has demonstrated its ability to engage with any material, regardless of its initial superficiality. </w:t>
      </w:r>
      <w:r/>
    </w:p>
    <w:p>
      <w:r/>
      <w:r>
        <w:t xml:space="preserve">The ramifications of this test could be far-reaching, offering insights into how AI-powered models can reshape our understanding and engagement with seemingly mundane or nonsensical content. As Google's NotebookLM continues to evolve, so too might our interactions with AI-driven media and its role in interpreting and presenting information in innovative ways. </w:t>
      </w:r>
      <w:r/>
    </w:p>
    <w:p>
      <w:r/>
      <w:r>
        <w:t>This experiment has undoubtedly opened new possibilities for AI applications in creative and philosophical discourse, proving that even the simplest or least engaging inputs can spark profound and thought-provoking conversations.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https://www.techradar.com/computing/artificial-intelligence/i-tried-google-s-new-one-click-ai-podcast-creator-and-now-i-don-t-know-what-s-real-anymore</w:t>
        </w:r>
      </w:hyperlink>
      <w:r>
        <w:t xml:space="preserve"> - This article discusses Google's NotebookLM AI model, which can convert documents into engaging audio discussions, similar to the technology described in the experiment.</w:t>
      </w:r>
      <w:r/>
    </w:p>
    <w:p>
      <w:pPr>
        <w:pStyle w:val="ListNumber"/>
        <w:spacing w:line="240" w:lineRule="auto"/>
        <w:ind w:left="720"/>
      </w:pPr>
      <w:r/>
      <w:hyperlink r:id="rId11">
        <w:r>
          <w:rPr>
            <w:color w:val="0000EE"/>
            <w:u w:val="single"/>
          </w:rPr>
          <w:t>https://techreviewer.co/blog/podcasts-to-learn-more-about-artificial-intelligence</w:t>
        </w:r>
      </w:hyperlink>
      <w:r>
        <w:t xml:space="preserve"> - This article mentions various AI podcasts and their capabilities, including generating insightful discussions, which aligns with the AI-generated podcast described in the experiment.</w:t>
      </w:r>
      <w:r/>
    </w:p>
    <w:p>
      <w:pPr>
        <w:pStyle w:val="ListNumber"/>
        <w:spacing w:line="240" w:lineRule="auto"/>
        <w:ind w:left="720"/>
      </w:pPr>
      <w:r/>
      <w:hyperlink r:id="rId12">
        <w:r>
          <w:rPr>
            <w:color w:val="0000EE"/>
            <w:u w:val="single"/>
          </w:rPr>
          <w:t>https://www.digitalocean.com/resources/articles/ai-podcasts</w:t>
        </w:r>
      </w:hyperlink>
      <w:r>
        <w:t xml:space="preserve"> - This resource lists several AI podcasts that explore AI capabilities, including converting documents into audio discussions, similar to Google's NotebookLM.</w:t>
      </w:r>
      <w:r/>
    </w:p>
    <w:p>
      <w:pPr>
        <w:pStyle w:val="ListNumber"/>
        <w:spacing w:line="240" w:lineRule="auto"/>
        <w:ind w:left="720"/>
      </w:pPr>
      <w:r/>
      <w:hyperlink r:id="rId13">
        <w:r>
          <w:rPr>
            <w:color w:val="0000EE"/>
            <w:u w:val="single"/>
          </w:rPr>
          <w:t>https://podcasts.apple.com/us/podcast/the-ai-daily-brief-formerly-the-ai-breakdown/id1680633614</w:t>
        </w:r>
      </w:hyperlink>
      <w:r>
        <w:t xml:space="preserve"> - This podcast discusses various AI models and their applications, including generating content and engaging discussions, which is relevant to the AI-generated podcast experiment.</w:t>
      </w:r>
      <w:r/>
    </w:p>
    <w:p>
      <w:pPr>
        <w:pStyle w:val="ListNumber"/>
        <w:spacing w:line="240" w:lineRule="auto"/>
        <w:ind w:left="720"/>
      </w:pPr>
      <w:r/>
      <w:hyperlink r:id="rId14">
        <w:r>
          <w:rPr>
            <w:color w:val="0000EE"/>
            <w:u w:val="single"/>
          </w:rPr>
          <w:t>https://futureoflife.org/project/future-of-life-institute-podcast/</w:t>
        </w:r>
      </w:hyperlink>
      <w:r>
        <w:t xml:space="preserve"> - This podcast series features in-depth discussions on AI and its implications, similar to the philosophical and cognitive themes explored in the AI-generated podcast.</w:t>
      </w:r>
      <w:r/>
    </w:p>
    <w:p>
      <w:pPr>
        <w:pStyle w:val="ListNumber"/>
        <w:spacing w:line="240" w:lineRule="auto"/>
        <w:ind w:left="720"/>
      </w:pPr>
      <w:r/>
      <w:hyperlink r:id="rId10">
        <w:r>
          <w:rPr>
            <w:color w:val="0000EE"/>
            <w:u w:val="single"/>
          </w:rPr>
          <w:t>https://www.techradar.com/computing/artificial-intelligence/i-tried-google-s-new-one-click-ai-podcast-creator-and-now-i-don-t-know-what-s-real-anymore</w:t>
        </w:r>
      </w:hyperlink>
      <w:r>
        <w:t xml:space="preserve"> - This article details how AI can expand on given topics and introduce practical examples, similar to the AI's handling of the 'poop' and 'fart' document.</w:t>
      </w:r>
      <w:r/>
    </w:p>
    <w:p>
      <w:pPr>
        <w:pStyle w:val="ListNumber"/>
        <w:spacing w:line="240" w:lineRule="auto"/>
        <w:ind w:left="720"/>
      </w:pPr>
      <w:r/>
      <w:hyperlink r:id="rId11">
        <w:r>
          <w:rPr>
            <w:color w:val="0000EE"/>
            <w:u w:val="single"/>
          </w:rPr>
          <w:t>https://techreviewer.co/blog/podcasts-to-learn-more-about-artificial-intelligence</w:t>
        </w:r>
      </w:hyperlink>
      <w:r>
        <w:t xml:space="preserve"> - The article mentions AI podcasts that delve into the ethical and societal implications of AI, which is relevant to the broader discussions on meaning and interpretation in the experiment.</w:t>
      </w:r>
      <w:r/>
    </w:p>
    <w:p>
      <w:pPr>
        <w:pStyle w:val="ListNumber"/>
        <w:spacing w:line="240" w:lineRule="auto"/>
        <w:ind w:left="720"/>
      </w:pPr>
      <w:r/>
      <w:hyperlink r:id="rId12">
        <w:r>
          <w:rPr>
            <w:color w:val="0000EE"/>
            <w:u w:val="single"/>
          </w:rPr>
          <w:t>https://www.digitalocean.com/resources/articles/ai-podcasts</w:t>
        </w:r>
      </w:hyperlink>
      <w:r>
        <w:t xml:space="preserve"> - This resource highlights AI podcasts that cover a wide range of AI topics, including the ability to create engaging audio from various types of input, similar to the experiment described.</w:t>
      </w:r>
      <w:r/>
    </w:p>
    <w:p>
      <w:pPr>
        <w:pStyle w:val="ListNumber"/>
        <w:spacing w:line="240" w:lineRule="auto"/>
        <w:ind w:left="720"/>
      </w:pPr>
      <w:r/>
      <w:hyperlink r:id="rId13">
        <w:r>
          <w:rPr>
            <w:color w:val="0000EE"/>
            <w:u w:val="single"/>
          </w:rPr>
          <w:t>https://podcasts.apple.com/us/podcast/the-ai-daily-brief-formerly-the-ai-breakdown/id1680633614</w:t>
        </w:r>
      </w:hyperlink>
      <w:r>
        <w:t xml:space="preserve"> - The podcast discusses AI's ability to handle complex tasks and generate meaningful content, which is in line with the AI's performance in the experiment.</w:t>
      </w:r>
      <w:r/>
    </w:p>
    <w:p>
      <w:pPr>
        <w:pStyle w:val="ListNumber"/>
        <w:spacing w:line="240" w:lineRule="auto"/>
        <w:ind w:left="720"/>
      </w:pPr>
      <w:r/>
      <w:hyperlink r:id="rId14">
        <w:r>
          <w:rPr>
            <w:color w:val="0000EE"/>
            <w:u w:val="single"/>
          </w:rPr>
          <w:t>https://futureoflife.org/project/future-of-life-institute-podcast/</w:t>
        </w:r>
      </w:hyperlink>
      <w:r>
        <w:t xml:space="preserve"> - This podcast series explores the interdisciplinary nature of AI, including its impact on human cognition and the search for meaning, themes that were also discussed in the AI-generated podcast.</w:t>
      </w:r>
      <w:r/>
    </w:p>
    <w:p>
      <w:pPr>
        <w:pStyle w:val="ListNumber"/>
        <w:spacing w:line="240" w:lineRule="auto"/>
        <w:ind w:left="720"/>
      </w:pPr>
      <w:r/>
      <w:hyperlink r:id="rId11">
        <w:r>
          <w:rPr>
            <w:color w:val="0000EE"/>
            <w:u w:val="single"/>
          </w:rPr>
          <w:t>https://techreviewer.co/blog/podcasts-to-learn-more-about-artificial-intelligence</w:t>
        </w:r>
      </w:hyperlink>
      <w:r>
        <w:t xml:space="preserve"> - The article mentions AI's ability to create content that invites deeper analysis and interpretation, similar to the AI-generated podcast's discussion on the 'poop' and 'fart' document.</w:t>
      </w:r>
      <w:r/>
    </w:p>
    <w:p>
      <w:pPr>
        <w:pStyle w:val="ListNumber"/>
        <w:spacing w:line="240" w:lineRule="auto"/>
        <w:ind w:left="720"/>
      </w:pPr>
      <w:r/>
      <w:hyperlink r:id="rId15">
        <w:r>
          <w:rPr>
            <w:color w:val="0000EE"/>
            <w:u w:val="single"/>
          </w:rPr>
          <w:t>https://arstechnica.com/ai/2024/10/ai-digests-repetitive-scatological-document-into-profound-poop-podcast/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omputing/artificial-intelligence/i-tried-google-s-new-one-click-ai-podcast-creator-and-now-i-don-t-know-what-s-real-anymore" TargetMode="External"/><Relationship Id="rId11" Type="http://schemas.openxmlformats.org/officeDocument/2006/relationships/hyperlink" Target="https://techreviewer.co/blog/podcasts-to-learn-more-about-artificial-intelligence" TargetMode="External"/><Relationship Id="rId12" Type="http://schemas.openxmlformats.org/officeDocument/2006/relationships/hyperlink" Target="https://www.digitalocean.com/resources/articles/ai-podcasts" TargetMode="External"/><Relationship Id="rId13" Type="http://schemas.openxmlformats.org/officeDocument/2006/relationships/hyperlink" Target="https://podcasts.apple.com/us/podcast/the-ai-daily-brief-formerly-the-ai-breakdown/id1680633614" TargetMode="External"/><Relationship Id="rId14" Type="http://schemas.openxmlformats.org/officeDocument/2006/relationships/hyperlink" Target="https://futureoflife.org/project/future-of-life-institute-podcast/" TargetMode="External"/><Relationship Id="rId15" Type="http://schemas.openxmlformats.org/officeDocument/2006/relationships/hyperlink" Target="https://arstechnica.com/ai/2024/10/ai-digests-repetitive-scatological-document-into-profound-poop-pod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