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headshot generators: myths and realities uncovered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Headshot Generators: Myths and Realities Uncovered</w:t>
      </w:r>
      <w:r/>
    </w:p>
    <w:p>
      <w:r/>
      <w:r>
        <w:t>In recent years, artificial intelligence (AI) headshot generators like Portrait Pal have gained significant traction, sparking both enthusiasm and skepticism. With the proliferation of these tools, several misconceptions have surfaced. Here's an in-depth look at some of the most prevalent myths surrounding AI headshot generators and the truths behind them.</w:t>
      </w:r>
      <w:r/>
    </w:p>
    <w:p>
      <w:r/>
      <w:r>
        <w:rPr>
          <w:b/>
        </w:rPr>
        <w:t>Misconception 1: AI Headshots Don't Look Real</w:t>
      </w:r>
      <w:r/>
    </w:p>
    <w:p>
      <w:r/>
      <w:r>
        <w:t>A common concern with AI headshot generators is that the resulting images will appear artificial. However, many users would be surprised by the level of realism these tools can achieve. Quality AI headshot generators, when used correctly, produce images that are virtually indistinguishable from real photographs. The key to achieving realistic results often lies in following the guidelines for uploading example photos to the generator. As AI technology evolves through machine learning, the accuracy of these generated images is expected to improve even further. While current photographic output might not be entirely photorealistic, the future promises to push the boundaries towards indistinguishability.</w:t>
      </w:r>
      <w:r/>
    </w:p>
    <w:p>
      <w:r/>
      <w:r>
        <w:rPr>
          <w:b/>
        </w:rPr>
        <w:t>Misconception 2: Traditional Headshots Will Always Look Better</w:t>
      </w:r>
      <w:r/>
    </w:p>
    <w:p>
      <w:r/>
      <w:r>
        <w:t>Contrary to popular belief, traditional in-person headshots are not immune to flaws. Factors such as incorrect makeup, poor lighting, and unskilled photography can lead to subpar results. Both traditional photographers and AI headshot generators vary in quality; hiring a skilled professional or using a reputable AI tool significantly impacts the final product. Preparations like grooming, attire, and hydration are crucial for in-person photoshoots, and similar attention to detail is needed when preparing photos for AI generators. By adhering to specific guidelines, such as providing high-resolution images and multiple angles, users can optimise the quality of their AI-generated headshots.</w:t>
      </w:r>
      <w:r/>
    </w:p>
    <w:p>
      <w:r/>
      <w:r>
        <w:rPr>
          <w:b/>
        </w:rPr>
        <w:t>Misconception 3: AI Headshot Generators Will Replace Photographers</w:t>
      </w:r>
      <w:r/>
    </w:p>
    <w:p>
      <w:r/>
      <w:r>
        <w:t>There is ongoing debate about AI technology potentially replacing human jobs, including photographers. However, it is highly unlikely that AI headshot generators will fully supplant the work of human photographers. Many individuals prefer the personalised experience of a studio photoshoot and the professional guidance offered by photographers. Moreover, AI headshot generators often cater to those who find traditional photography too costly, rather than those seeking to replace the in-person experience entirely.</w:t>
      </w:r>
      <w:r/>
    </w:p>
    <w:p>
      <w:r/>
      <w:r>
        <w:rPr>
          <w:b/>
        </w:rPr>
        <w:t>Misconception 4: AI Can't Accurately Recreate Fine Details</w:t>
      </w:r>
      <w:r/>
    </w:p>
    <w:p>
      <w:r/>
      <w:r>
        <w:t>Concerns about AI's ability to accurately render fine details stem from the limitations observed in AI-generated art. AI art generators, designed to produce a wide variety of images based on user input, sometimes create disproportionate or unrealistic features. However, AI headshot generators function differently. They specialise in creating realistic portraits by "remixing" user-uploaded photos rather than generating entirely new images. This specialisation allows them to produce highly believable and detailed headshots.</w:t>
      </w:r>
      <w:r/>
    </w:p>
    <w:p>
      <w:r/>
      <w:r>
        <w:rPr>
          <w:b/>
        </w:rPr>
        <w:t>Misconception 5: AI Headshots Are Expensive</w:t>
      </w:r>
      <w:r/>
    </w:p>
    <w:p>
      <w:r/>
      <w:r>
        <w:t>While it is true that some new technologies initially carry high price tags, AI headshot generators have been relatively affordable from the outset. The software-based business model enables these companies to serve a large number of clients with minimal overhead compared to traditional photographers who need physical studios. As a result, AI-generated headshots are typically less expensive, opening up access to professional-quality images for a broader audience.</w:t>
      </w:r>
      <w:r/>
    </w:p>
    <w:p>
      <w:r/>
      <w:r>
        <w:rPr>
          <w:b/>
        </w:rPr>
        <w:t>Considerations for Using AI Headshot Generators</w:t>
      </w:r>
      <w:r/>
    </w:p>
    <w:p>
      <w:r/>
      <w:r>
        <w:t>AI headshot generators present a novel and appealing option, but they may not be suitable for everyone. Individuals who prefer the hands-on guidance of a professional photographer, especially those uncomfortable in front of a camera, may benefit more from a traditional photoshoot. However, for those curious about trying new technology or seeking an affordable alternative, exploring AI headshot generators could be worthwhile. Proper research and comparison of different AI tools can help users find an option that produces satisfactory results.</w:t>
      </w:r>
      <w:r/>
    </w:p>
    <w:p>
      <w:r/>
      <w:r>
        <w:t>In conclusion, AI headshot generators offer a compelling blend of technology and practicality, dispelling several myths along the way. Whether one opts for an AI-generated headshot or a traditional photograph, understanding the capabilities and limitations of each option is crucial in making an informed decision.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https://www.washingtonpost.com/technology/2024/02/08/ai-professional-headshots/</w:t>
        </w:r>
      </w:hyperlink>
      <w:r>
        <w:t xml:space="preserve"> - Corroborates the idea that AI headshot generators can produce realistic images and highlights the broader implications and questions raised by these tools.</w:t>
      </w:r>
      <w:r/>
    </w:p>
    <w:p>
      <w:pPr>
        <w:pStyle w:val="ListNumber"/>
        <w:spacing w:line="240" w:lineRule="auto"/>
        <w:ind w:left="720"/>
      </w:pPr>
      <w:r/>
      <w:hyperlink r:id="rId11">
        <w:r>
          <w:rPr>
            <w:color w:val="0000EE"/>
            <w:u w:val="single"/>
          </w:rPr>
          <w:t>https://www.michaelhartzell.com/blog/ai-headshot-generators-reality-in-a-nutshell</w:t>
        </w:r>
      </w:hyperlink>
      <w:r>
        <w:t xml:space="preserve"> - Supports the notion that the quality of AI-generated headshots depends on the input photos and explains the process and benefits of using AI headshot generators.</w:t>
      </w:r>
      <w:r/>
    </w:p>
    <w:p>
      <w:pPr>
        <w:pStyle w:val="ListNumber"/>
        <w:spacing w:line="240" w:lineRule="auto"/>
        <w:ind w:left="720"/>
      </w:pPr>
      <w:r/>
      <w:hyperlink r:id="rId12">
        <w:r>
          <w:rPr>
            <w:color w:val="0000EE"/>
            <w:u w:val="single"/>
          </w:rPr>
          <w:t>https://www.headshotpro.com/blog/ai-myths</w:t>
        </w:r>
      </w:hyperlink>
      <w:r>
        <w:t xml:space="preserve"> - Addresses the myth that AI headshots don't look real and explains how the quality of input photos affects the output, as well as the advancements in AI technology.</w:t>
      </w:r>
      <w:r/>
    </w:p>
    <w:p>
      <w:pPr>
        <w:pStyle w:val="ListNumber"/>
        <w:spacing w:line="240" w:lineRule="auto"/>
        <w:ind w:left="720"/>
      </w:pPr>
      <w:r/>
      <w:hyperlink r:id="rId13">
        <w:r>
          <w:rPr>
            <w:color w:val="0000EE"/>
            <w:u w:val="single"/>
          </w:rPr>
          <w:t>https://www.nlalorphotography.com/blog/are-ai-headshots-worth-it-truth-and-downsides</w:t>
        </w:r>
      </w:hyperlink>
      <w:r>
        <w:t xml:space="preserve"> - Discusses the downsides of AI headshots, including the artificial appearance and inconsistencies, and compares them to traditional headshots.</w:t>
      </w:r>
      <w:r/>
    </w:p>
    <w:p>
      <w:pPr>
        <w:pStyle w:val="ListNumber"/>
        <w:spacing w:line="240" w:lineRule="auto"/>
        <w:ind w:left="720"/>
      </w:pPr>
      <w:r/>
      <w:hyperlink r:id="rId14">
        <w:r>
          <w:rPr>
            <w:color w:val="0000EE"/>
            <w:u w:val="single"/>
          </w:rPr>
          <w:t>https://prophotos.ai/professional-headshots/how-ai-headshot-generators-are-changing-the-face-of-photography/</w:t>
        </w:r>
      </w:hyperlink>
      <w:r>
        <w:t xml:space="preserve"> - Explains how AI headshot generators work and dispels the misconception that they require deep technical expertise, highlighting their ease of use.</w:t>
      </w:r>
      <w:r/>
    </w:p>
    <w:p>
      <w:pPr>
        <w:pStyle w:val="ListNumber"/>
        <w:spacing w:line="240" w:lineRule="auto"/>
        <w:ind w:left="720"/>
      </w:pPr>
      <w:r/>
      <w:hyperlink r:id="rId11">
        <w:r>
          <w:rPr>
            <w:color w:val="0000EE"/>
            <w:u w:val="single"/>
          </w:rPr>
          <w:t>https://www.michaelhartzell.com/blog/ai-headshot-generators-reality-in-a-nutshell</w:t>
        </w:r>
      </w:hyperlink>
      <w:r>
        <w:t xml:space="preserve"> - Clarifies that AI headshot generators do not replace traditional photographers but offer an alternative for those seeking cost-effective and efficient solutions.</w:t>
      </w:r>
      <w:r/>
    </w:p>
    <w:p>
      <w:pPr>
        <w:pStyle w:val="ListNumber"/>
        <w:spacing w:line="240" w:lineRule="auto"/>
        <w:ind w:left="720"/>
      </w:pPr>
      <w:r/>
      <w:hyperlink r:id="rId12">
        <w:r>
          <w:rPr>
            <w:color w:val="0000EE"/>
            <w:u w:val="single"/>
          </w:rPr>
          <w:t>https://www.headshotpro.com/blog/ai-myths</w:t>
        </w:r>
      </w:hyperlink>
      <w:r>
        <w:t xml:space="preserve"> - Addresses the myth that AI cannot accurately recreate fine details, explaining that AI headshot generators specialize in realistic portraits by 'remixing' user-uploaded photos.</w:t>
      </w:r>
      <w:r/>
    </w:p>
    <w:p>
      <w:pPr>
        <w:pStyle w:val="ListNumber"/>
        <w:spacing w:line="240" w:lineRule="auto"/>
        <w:ind w:left="720"/>
      </w:pPr>
      <w:r/>
      <w:hyperlink r:id="rId13">
        <w:r>
          <w:rPr>
            <w:color w:val="0000EE"/>
            <w:u w:val="single"/>
          </w:rPr>
          <w:t>https://www.nlalorphotography.com/blog/are-ai-headshots-worth-it-truth-and-downsides</w:t>
        </w:r>
      </w:hyperlink>
      <w:r>
        <w:t xml:space="preserve"> - Highlights the cost-effectiveness of AI headshot generators compared to traditional photography and the potential drawbacks of relying solely on AI-generated images.</w:t>
      </w:r>
      <w:r/>
    </w:p>
    <w:p>
      <w:pPr>
        <w:pStyle w:val="ListNumber"/>
        <w:spacing w:line="240" w:lineRule="auto"/>
        <w:ind w:left="720"/>
      </w:pPr>
      <w:r/>
      <w:hyperlink r:id="rId10">
        <w:r>
          <w:rPr>
            <w:color w:val="0000EE"/>
            <w:u w:val="single"/>
          </w:rPr>
          <w:t>https://www.washingtonpost.com/technology/2024/02/08/ai-professional-headshots/</w:t>
        </w:r>
      </w:hyperlink>
      <w:r>
        <w:t xml:space="preserve"> - Discusses the affordability and accessibility of AI headshot generators, making professional-quality images available to a broader audience.</w:t>
      </w:r>
      <w:r/>
    </w:p>
    <w:p>
      <w:pPr>
        <w:pStyle w:val="ListNumber"/>
        <w:spacing w:line="240" w:lineRule="auto"/>
        <w:ind w:left="720"/>
      </w:pPr>
      <w:r/>
      <w:hyperlink r:id="rId11">
        <w:r>
          <w:rPr>
            <w:color w:val="0000EE"/>
            <w:u w:val="single"/>
          </w:rPr>
          <w:t>https://www.michaelhartzell.com/blog/ai-headshot-generators-reality-in-a-nutshell</w:t>
        </w:r>
      </w:hyperlink>
      <w:r>
        <w:t xml:space="preserve"> - Provides insights into the considerations for using AI headshot generators, including the need for proper input photos and the potential benefits for those seeking an affordable alternative.</w:t>
      </w:r>
      <w:r/>
    </w:p>
    <w:p>
      <w:pPr>
        <w:pStyle w:val="ListNumber"/>
        <w:spacing w:line="240" w:lineRule="auto"/>
        <w:ind w:left="720"/>
      </w:pPr>
      <w:r/>
      <w:hyperlink r:id="rId13">
        <w:r>
          <w:rPr>
            <w:color w:val="0000EE"/>
            <w:u w:val="single"/>
          </w:rPr>
          <w:t>https://www.nlalorphotography.com/blog/are-ai-headshots-worth-it-truth-and-downsides</w:t>
        </w:r>
      </w:hyperlink>
      <w:r>
        <w:t xml:space="preserve"> - Emphasizes the importance of understanding the capabilities and limitations of AI headshot generators and traditional photography to make an informed decision.</w:t>
      </w:r>
      <w:r/>
    </w:p>
    <w:p>
      <w:pPr>
        <w:pStyle w:val="ListNumber"/>
        <w:spacing w:line="240" w:lineRule="auto"/>
        <w:ind w:left="720"/>
      </w:pPr>
      <w:r/>
      <w:hyperlink r:id="rId15">
        <w:r>
          <w:rPr>
            <w:color w:val="0000EE"/>
            <w:u w:val="single"/>
          </w:rPr>
          <w:t>https://www.thecamarilloacorn.com/articles/5-common-misconceptions-about-ai-headshot-generators/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shingtonpost.com/technology/2024/02/08/ai-professional-headshots/" TargetMode="External"/><Relationship Id="rId11" Type="http://schemas.openxmlformats.org/officeDocument/2006/relationships/hyperlink" Target="https://www.michaelhartzell.com/blog/ai-headshot-generators-reality-in-a-nutshell" TargetMode="External"/><Relationship Id="rId12" Type="http://schemas.openxmlformats.org/officeDocument/2006/relationships/hyperlink" Target="https://www.headshotpro.com/blog/ai-myths" TargetMode="External"/><Relationship Id="rId13" Type="http://schemas.openxmlformats.org/officeDocument/2006/relationships/hyperlink" Target="https://www.nlalorphotography.com/blog/are-ai-headshots-worth-it-truth-and-downsides" TargetMode="External"/><Relationship Id="rId14" Type="http://schemas.openxmlformats.org/officeDocument/2006/relationships/hyperlink" Target="https://prophotos.ai/professional-headshots/how-ai-headshot-generators-are-changing-the-face-of-photography/" TargetMode="External"/><Relationship Id="rId15" Type="http://schemas.openxmlformats.org/officeDocument/2006/relationships/hyperlink" Target="https://www.thecamarilloacorn.com/articles/5-common-misconceptions-about-ai-headshot-genera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