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cat feeder to revolutionise pet care in Los Angeles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Cat Feeder to Revolutionise Pet Care in Los Angeles</w:t>
      </w:r>
      <w:r/>
    </w:p>
    <w:p>
      <w:r/>
      <w:r>
        <w:t>Los Angeles, renowned for its progressive approach to wellness and tech innovations, is about to witness a transformative shift in pet care with the upcoming launch of an AI-powered cat feeder. Set for release in late 2024 by Bay Area startup Sphinx, this cutting-edge device promises to redefine feline feeding practices, merging technology with pet healthcare.</w:t>
      </w:r>
      <w:r/>
    </w:p>
    <w:p>
      <w:r/>
      <w:r>
        <w:t>Sphinx’s AI-powered cat feeder aims to address the growing problem of feline obesity, a concern voiced by veterinarians and pet owners alike. Founder Grant Barnekow is determined to tackle this issue head-on. “Sphinx is like having a personal chef and nutritionist for your cat,” Barnekow stated, emphasising the dual focus on convenience and health.</w:t>
      </w:r>
      <w:r/>
    </w:p>
    <w:p>
      <w:r/>
      <w:r>
        <w:t>The device’s innovative features are designed to optimise feeding routines for cats, which could significantly impact their overall well-being. Notably, the feeder comes equipped with built-in refrigeration to keep food fresh and a warming function that heats meals to the precise body temperature, enhancing the dining experience for cats.</w:t>
      </w:r>
      <w:r/>
    </w:p>
    <w:p>
      <w:r/>
      <w:r>
        <w:t>Central to the feeder’s appeal is its AI-driven portion control system. By measuring each serving with precision, it ensures that cats receive the exact amount of food they need, potentially reducing the risk of both overfeeding and underfeeding. The device also offers customisable feeding schedules that mimic a cat’s natural grazing habits, providing a 24/7 accessible buffet without the risk of overindulgence.</w:t>
      </w:r>
      <w:r/>
    </w:p>
    <w:p>
      <w:r/>
      <w:r>
        <w:t>Health tracking is another significant feature of the Sphinx feeder. An associated app allows pet owners to monitor their cat’s eating habits closely, analogous to a FitBit for felines. This functionality could enable a more proactive approach to managing a cat’s health, identifying potential issues early.</w:t>
      </w:r>
      <w:r/>
    </w:p>
    <w:p>
      <w:r/>
      <w:r>
        <w:t>The eco-friendly aspect of the Sphinx feeder also stands out. It utilises reusable pods, providing an ideal solution for those who prefer to prepare homemade, organic cat food. This not only benefits the pet’s health but also aligns with sustainable practices, appealing to environmentally conscious consumers.</w:t>
      </w:r>
      <w:r/>
    </w:p>
    <w:p>
      <w:r/>
      <w:r>
        <w:t>“In developing Sphinx, our goal was to merge convenience with optimal health outcomes for our pets,” Barnekow shared. “We believe this product elevates pet care to a new standard.”</w:t>
      </w:r>
      <w:r/>
    </w:p>
    <w:p>
      <w:r/>
      <w:r>
        <w:t>Anticipation for the product is already building among pet owners in Los Angeles, known for their enthusiasm for innovative, health-focused solutions. The Sphinx AI-powered cat feeder is expected to become an essential addition to homes, ensuring that feline companions enjoy a healthier, more balanced diet.</w:t>
      </w:r>
      <w:r/>
    </w:p>
    <w:p>
      <w:r/>
      <w:r>
        <w:t>Interested customers will be able to order the Sphinx feeder through the company’s website, sphinxcatfeeder.com, as its late 2024 launch approaches.</w:t>
      </w:r>
      <w:r/>
    </w:p>
    <w:p>
      <w:r/>
      <w:r>
        <w:t>This initiative by Sphinx underscores the broader trend of incorporating advanced technology into everyday pet care, reflecting a shift towards more personalised and health-conscious pet products.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https://thelosangelestribune.com/2024/10/01/ai-powered-sphinx-automatic-feeder-set-to-tackle-obesity-in-cats/</w:t>
        </w:r>
      </w:hyperlink>
      <w:r>
        <w:t xml:space="preserve"> - Corroborates the launch of the AI-powered Sphinx cat feeder, its focus on addressing feline obesity, and its innovative features like refrigeration and warming functions.</w:t>
      </w:r>
      <w:r/>
    </w:p>
    <w:p>
      <w:pPr>
        <w:pStyle w:val="ListNumber"/>
        <w:spacing w:line="240" w:lineRule="auto"/>
        <w:ind w:left="720"/>
      </w:pPr>
      <w:r/>
      <w:hyperlink r:id="rId10">
        <w:r>
          <w:rPr>
            <w:color w:val="0000EE"/>
            <w:u w:val="single"/>
          </w:rPr>
          <w:t>https://thelosangelestribune.com/2024/10/01/ai-powered-sphinx-automatic-feeder-set-to-tackle-obesity-in-cats/</w:t>
        </w:r>
      </w:hyperlink>
      <w:r>
        <w:t xml:space="preserve"> - Supports the quote from Grant Barnekow and the device's comparison to a 'Keurig for wet cat food'.</w:t>
      </w:r>
      <w:r/>
    </w:p>
    <w:p>
      <w:pPr>
        <w:pStyle w:val="ListNumber"/>
        <w:spacing w:line="240" w:lineRule="auto"/>
        <w:ind w:left="720"/>
      </w:pPr>
      <w:r/>
      <w:hyperlink r:id="rId10">
        <w:r>
          <w:rPr>
            <w:color w:val="0000EE"/>
            <w:u w:val="single"/>
          </w:rPr>
          <w:t>https://thelosangelestribune.com/2024/10/01/ai-powered-sphinx-automatic-feeder-set-to-tackle-obesity-in-cats/</w:t>
        </w:r>
      </w:hyperlink>
      <w:r>
        <w:t xml:space="preserve"> - Details the AI-driven portion control system and customizable feeding schedules of the Sphinx feeder.</w:t>
      </w:r>
      <w:r/>
    </w:p>
    <w:p>
      <w:pPr>
        <w:pStyle w:val="ListNumber"/>
        <w:spacing w:line="240" w:lineRule="auto"/>
        <w:ind w:left="720"/>
      </w:pPr>
      <w:r/>
      <w:hyperlink r:id="rId10">
        <w:r>
          <w:rPr>
            <w:color w:val="0000EE"/>
            <w:u w:val="single"/>
          </w:rPr>
          <w:t>https://thelosangelestribune.com/2024/10/01/ai-powered-sphinx-automatic-feeder-set-to-tackle-obesity-in-cats/</w:t>
        </w:r>
      </w:hyperlink>
      <w:r>
        <w:t xml:space="preserve"> - Explains the health tracking feature through an associated app, similar to a FitBit for felines.</w:t>
      </w:r>
      <w:r/>
    </w:p>
    <w:p>
      <w:pPr>
        <w:pStyle w:val="ListNumber"/>
        <w:spacing w:line="240" w:lineRule="auto"/>
        <w:ind w:left="720"/>
      </w:pPr>
      <w:r/>
      <w:hyperlink r:id="rId10">
        <w:r>
          <w:rPr>
            <w:color w:val="0000EE"/>
            <w:u w:val="single"/>
          </w:rPr>
          <w:t>https://thelosangelestribune.com/2024/10/01/ai-powered-sphinx-automatic-feeder-set-to-tackle-obesity-in-cats/</w:t>
        </w:r>
      </w:hyperlink>
      <w:r>
        <w:t xml:space="preserve"> - Mentions the eco-friendly aspect of the Sphinx feeder, including the use of reusable pods for homemade or organic cat food.</w:t>
      </w:r>
      <w:r/>
    </w:p>
    <w:p>
      <w:pPr>
        <w:pStyle w:val="ListNumber"/>
        <w:spacing w:line="240" w:lineRule="auto"/>
        <w:ind w:left="720"/>
      </w:pPr>
      <w:r/>
      <w:hyperlink r:id="rId11">
        <w:r>
          <w:rPr>
            <w:color w:val="0000EE"/>
            <w:u w:val="single"/>
          </w:rPr>
          <w:t>https://www.amazon.com/PETKIT-Automatic-Control-Dispenser-Anti-Stick/dp/B0CFFKBW58</w:t>
        </w:r>
      </w:hyperlink>
      <w:r>
        <w:t xml:space="preserve"> - Provides context on advanced pet feeders with AI and health-focused features, although it is about a different product, it highlights the trend of incorporating technology into pet care.</w:t>
      </w:r>
      <w:r/>
    </w:p>
    <w:p>
      <w:pPr>
        <w:pStyle w:val="ListNumber"/>
        <w:spacing w:line="240" w:lineRule="auto"/>
        <w:ind w:left="720"/>
      </w:pPr>
      <w:r/>
      <w:hyperlink r:id="rId12">
        <w:r>
          <w:rPr>
            <w:color w:val="0000EE"/>
            <w:u w:val="single"/>
          </w:rPr>
          <w:t>https://petkit.com/pages/petkit-yumshare-smart-feeder-with-camera</w:t>
        </w:r>
      </w:hyperlink>
      <w:r>
        <w:t xml:space="preserve"> - Supports the broader trend of using AI and smart technology in pet feeders, similar to the Sphinx feeder's approach.</w:t>
      </w:r>
      <w:r/>
    </w:p>
    <w:p>
      <w:pPr>
        <w:pStyle w:val="ListNumber"/>
        <w:spacing w:line="240" w:lineRule="auto"/>
        <w:ind w:left="720"/>
      </w:pPr>
      <w:r/>
      <w:hyperlink r:id="rId12">
        <w:r>
          <w:rPr>
            <w:color w:val="0000EE"/>
            <w:u w:val="single"/>
          </w:rPr>
          <w:t>https://petkit.com/pages/petkit-yumshare-smart-feeder-with-camera</w:t>
        </w:r>
      </w:hyperlink>
      <w:r>
        <w:t xml:space="preserve"> - Details the use of smart apps and customizable feeding plans in advanced pet feeders, aligning with the Sphinx feeder's features.</w:t>
      </w:r>
      <w:r/>
    </w:p>
    <w:p>
      <w:pPr>
        <w:pStyle w:val="ListNumber"/>
        <w:spacing w:line="240" w:lineRule="auto"/>
        <w:ind w:left="720"/>
      </w:pPr>
      <w:r/>
      <w:hyperlink r:id="rId13">
        <w:r>
          <w:rPr>
            <w:color w:val="0000EE"/>
            <w:u w:val="single"/>
          </w:rPr>
          <w:t>https://www.indiegogo.com/projects/furspark-big-eye-ai-powered-pet-sentry-feeder</w:t>
        </w:r>
      </w:hyperlink>
      <w:r>
        <w:t xml:space="preserve"> - Highlights another example of an AI-powered pet feeder, showing the growing trend of integrating AI into pet care products.</w:t>
      </w:r>
      <w:r/>
    </w:p>
    <w:p>
      <w:pPr>
        <w:pStyle w:val="ListNumber"/>
        <w:spacing w:line="240" w:lineRule="auto"/>
        <w:ind w:left="720"/>
      </w:pPr>
      <w:r/>
      <w:hyperlink r:id="rId14">
        <w:r>
          <w:rPr>
            <w:color w:val="0000EE"/>
            <w:u w:val="single"/>
          </w:rPr>
          <w:t>https://petkit.com</w:t>
        </w:r>
      </w:hyperlink>
      <w:r>
        <w:t xml:space="preserve"> - Provides additional context on the integration of technology and health-focused solutions in pet care products, similar to the Sphinx feeder's approach.</w:t>
      </w:r>
      <w:r/>
    </w:p>
    <w:p>
      <w:pPr>
        <w:pStyle w:val="ListNumber"/>
        <w:spacing w:line="240" w:lineRule="auto"/>
        <w:ind w:left="720"/>
      </w:pPr>
      <w:r/>
      <w:hyperlink r:id="rId14">
        <w:r>
          <w:rPr>
            <w:color w:val="0000EE"/>
            <w:u w:val="single"/>
          </w:rPr>
          <w:t>https://petkit.com</w:t>
        </w:r>
      </w:hyperlink>
      <w:r>
        <w:t xml:space="preserve"> - Supports the idea of personalized and health-conscious pet products, reflecting the broader trend mentioned in the article.</w:t>
      </w:r>
      <w:r/>
    </w:p>
    <w:p>
      <w:pPr>
        <w:pStyle w:val="ListNumber"/>
        <w:spacing w:line="240" w:lineRule="auto"/>
        <w:ind w:left="720"/>
      </w:pPr>
      <w:r/>
      <w:hyperlink r:id="rId15">
        <w:r>
          <w:rPr>
            <w:color w:val="0000EE"/>
            <w:u w:val="single"/>
          </w:rPr>
          <w:t>https://www.pumpitupmagazine.com/the-ai-powered-cat-feeder-set-to-transform-feline-health/?utm_source=rss&amp;utm_medium=rss&amp;utm_campaign=the-ai-powered-cat-feeder-set-to-transform-feline-health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losangelestribune.com/2024/10/01/ai-powered-sphinx-automatic-feeder-set-to-tackle-obesity-in-cats/" TargetMode="External"/><Relationship Id="rId11" Type="http://schemas.openxmlformats.org/officeDocument/2006/relationships/hyperlink" Target="https://www.amazon.com/PETKIT-Automatic-Control-Dispenser-Anti-Stick/dp/B0CFFKBW58" TargetMode="External"/><Relationship Id="rId12" Type="http://schemas.openxmlformats.org/officeDocument/2006/relationships/hyperlink" Target="https://petkit.com/pages/petkit-yumshare-smart-feeder-with-camera" TargetMode="External"/><Relationship Id="rId13" Type="http://schemas.openxmlformats.org/officeDocument/2006/relationships/hyperlink" Target="https://www.indiegogo.com/projects/furspark-big-eye-ai-powered-pet-sentry-feeder" TargetMode="External"/><Relationship Id="rId14" Type="http://schemas.openxmlformats.org/officeDocument/2006/relationships/hyperlink" Target="https://petkit.com" TargetMode="External"/><Relationship Id="rId15" Type="http://schemas.openxmlformats.org/officeDocument/2006/relationships/hyperlink" Target="https://www.pumpitupmagazine.com/the-ai-powered-cat-feeder-set-to-transform-feline-health/?utm_source=rss&amp;utm_medium=rss&amp;utm_campaign=the-ai-powered-cat-feeder-set-to-transform-feline-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