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AI-powered chatbots and automation revolutionise website development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AI-Powered Chatbots and Automation Revolutionise Website Development</w:t>
      </w:r>
      <w:r/>
    </w:p>
    <w:p>
      <w:r/>
      <w:r>
        <w:t>In recent years, the digital landscape has been transformed by the integration of AI-powered chatbots and automation in website development. Pioneered by development firms like ThoughtLabs, these technologies are equipping businesses with smarter, more responsive websites, effectively enhancing customer service whilst simultaneously reducing operational costs.</w:t>
      </w:r>
      <w:r/>
    </w:p>
    <w:p>
      <w:pPr>
        <w:pStyle w:val="Heading3"/>
      </w:pPr>
      <w:r>
        <w:t>Defining AI-Powered Chatbots and Automation</w:t>
      </w:r>
      <w:r/>
    </w:p>
    <w:p>
      <w:pPr>
        <w:pStyle w:val="Heading5"/>
      </w:pPr>
      <w:r>
        <w:t>Understanding AI-Powered Chatbots</w:t>
      </w:r>
      <w:r/>
    </w:p>
    <w:p>
      <w:r/>
      <w:r>
        <w:t>AI-powered chatbots are sophisticated virtual assistants capable of simulating human-like interactions with users. Unlike traditional bots that operate on predefined routes, AI chatbots leverage natural language processing (NLP) to comprehend user queries, delivering personalised and context-aware responses. With the capability to learn from previous interactions, these chatbots improve in accuracy and utility over time.</w:t>
      </w:r>
      <w:r/>
    </w:p>
    <w:p>
      <w:pPr>
        <w:pStyle w:val="Heading5"/>
      </w:pPr>
      <w:r>
        <w:t>The Role of Automation in Website Development</w:t>
      </w:r>
      <w:r/>
    </w:p>
    <w:p>
      <w:r/>
      <w:r>
        <w:t>Automation in website development entails the use of software to manage repetitive tasks, thereby freeing up developers and support teams to tackle more intricate issues. AI-driven automation tools can efficiently handle functions ranging from data collection and analysis to customer follow-up emails and website maintenance.</w:t>
      </w:r>
      <w:r/>
    </w:p>
    <w:p>
      <w:pPr>
        <w:pStyle w:val="Heading3"/>
      </w:pPr>
      <w:r>
        <w:t>Benefits of AI-Powered Chatbots on Websites</w:t>
      </w:r>
      <w:r/>
    </w:p>
    <w:p>
      <w:pPr>
        <w:pStyle w:val="Heading5"/>
      </w:pPr>
      <w:r>
        <w:t>24/7 Customer Support</w:t>
      </w:r>
      <w:r/>
    </w:p>
    <w:p>
      <w:r/>
      <w:r>
        <w:t>One prominent advantage of AI chatbots is their capacity to provide uninterrupted customer support. Unlike human agents, chatbots do not require breaks, enabling them to engage with customers and address common queries at any time. This constant availability enhances customer satisfaction, as users receive timely responses without having to wait for business hours.</w:t>
      </w:r>
      <w:r/>
    </w:p>
    <w:p>
      <w:pPr>
        <w:pStyle w:val="Heading5"/>
      </w:pPr>
      <w:r>
        <w:t>Personalised User Experiences</w:t>
      </w:r>
      <w:r/>
    </w:p>
    <w:p>
      <w:r/>
      <w:r>
        <w:t>AI chatbots utilise data analytics to customise interactions with website visitors. By analysing user behaviour and preferences, chatbots can recommend products, offer tailored solutions, and assist with website navigation. This level of personalisation fosters greater user engagement and higher conversion rates as customers receive solutions that meet their specific needs.</w:t>
      </w:r>
      <w:r/>
    </w:p>
    <w:p>
      <w:pPr>
        <w:pStyle w:val="Heading5"/>
      </w:pPr>
      <w:r>
        <w:t>Reduced Operational Costs</w:t>
      </w:r>
      <w:r/>
    </w:p>
    <w:p>
      <w:r/>
      <w:r>
        <w:t>Automating customer support and lead generation with chatbots significantly cuts operational expenses. Businesses no longer need extensive customer service teams to manage routine queries. AI chatbots can handle these inquiries, allowing human agents to focus on more complex issues, thereby reducing staffing costs and improving service efficiency.</w:t>
      </w:r>
      <w:r/>
    </w:p>
    <w:p>
      <w:pPr>
        <w:pStyle w:val="Heading5"/>
      </w:pPr>
      <w:r>
        <w:t>Faster Response Time</w:t>
      </w:r>
      <w:r/>
    </w:p>
    <w:p>
      <w:r/>
      <w:r>
        <w:t>AI chatbots provide instantaneous responses to user queries, decreasing wait times and holding the attention of potential customers. In today’s fast-paced world, quick answers are crucial. The reduced response times contribute to higher satisfaction and increased conversions as users are less likely to abandon the website.</w:t>
      </w:r>
      <w:r/>
    </w:p>
    <w:p>
      <w:pPr>
        <w:pStyle w:val="Heading5"/>
      </w:pPr>
      <w:r>
        <w:t>Scalability</w:t>
      </w:r>
      <w:r/>
    </w:p>
    <w:p>
      <w:r/>
      <w:r>
        <w:t>As businesses expand, so does the demand for customer support. AI chatbots are highly scalable, efficiently managing increased traffic without requiring additional resources. Whether a site receives 10 visitors or 10,000, chatbots can handle the workload effectively, ensuring that every user receives the necessary support.</w:t>
      </w:r>
      <w:r/>
    </w:p>
    <w:p>
      <w:pPr>
        <w:pStyle w:val="Heading3"/>
      </w:pPr>
      <w:r>
        <w:t>Enhancing Website Functionality Through Automation</w:t>
      </w:r>
      <w:r/>
    </w:p>
    <w:p>
      <w:pPr>
        <w:pStyle w:val="Heading5"/>
      </w:pPr>
      <w:r>
        <w:t>Streamlining Workflows</w:t>
      </w:r>
      <w:r/>
    </w:p>
    <w:p>
      <w:r/>
      <w:r>
        <w:t>Website automation significantly streamlines internal workflows by managing repetitive tasks such as data entry, form submissions, and customer follow-up emails. Custom automation tools handle these tasks in real time, reducing manual errors and increasing speed, enabling the team to focus on strategic growth activities.</w:t>
      </w:r>
      <w:r/>
    </w:p>
    <w:p>
      <w:pPr>
        <w:pStyle w:val="Heading5"/>
      </w:pPr>
      <w:r>
        <w:t>Enhancing Data Collection and Analysis</w:t>
      </w:r>
      <w:r/>
    </w:p>
    <w:p>
      <w:r/>
      <w:r>
        <w:t>AI-driven automation tools can collect, analyse, and interpret vast amounts of real-time data from website visitors. This data facilitates personalised content delivery and marketing campaigns, giving users a more engaging experience. Automation also enables businesses to make informed decisions, optimising website performance based on user behaviour.</w:t>
      </w:r>
      <w:r/>
    </w:p>
    <w:p>
      <w:pPr>
        <w:pStyle w:val="Heading5"/>
      </w:pPr>
      <w:r>
        <w:t>Lead Generation and Follow-Up Automation</w:t>
      </w:r>
      <w:r/>
    </w:p>
    <w:p>
      <w:r/>
      <w:r>
        <w:t>Automation is a potent tool for lead generation and nurturing. AI tools can capture leads, dispatch personalised follow-up emails, and engage users based on their browsing history or site interactions. Automating this process ensures that no potential customer is overlooked while maintaining a personal touch.</w:t>
      </w:r>
      <w:r/>
    </w:p>
    <w:p>
      <w:pPr>
        <w:pStyle w:val="Heading5"/>
      </w:pPr>
      <w:r>
        <w:t>Automated Testing and Maintenance</w:t>
      </w:r>
      <w:r/>
    </w:p>
    <w:p>
      <w:r/>
      <w:r>
        <w:t>Maintaining a website's functionality and security is vital for any business. AI-driven automation can manage routine testing and maintenance tasks such as performance monitoring, security scans, and bug detection, ensuring the website remains optimised and secure without requiring constant manual oversight.</w:t>
      </w:r>
      <w:r/>
    </w:p>
    <w:p>
      <w:pPr>
        <w:pStyle w:val="Heading3"/>
      </w:pPr>
      <w:r>
        <w:t>Implementing AI-Powered Chatbots: Best Practices</w:t>
      </w:r>
      <w:r/>
    </w:p>
    <w:p>
      <w:pPr>
        <w:pStyle w:val="Heading5"/>
      </w:pPr>
      <w:r>
        <w:t>Identifying Key Use Cases</w:t>
      </w:r>
      <w:r/>
    </w:p>
    <w:p>
      <w:r/>
      <w:r>
        <w:t>It is crucial to identify key areas where an AI chatbot can have the most impact before implementation. This could be customer support, sales, product recommendations, or helping users navigate the website. Focusing on areas aligned with business goals and customer needs maximises effectiveness.</w:t>
      </w:r>
      <w:r/>
    </w:p>
    <w:p>
      <w:pPr>
        <w:pStyle w:val="Heading5"/>
      </w:pPr>
      <w:r>
        <w:t>Keeping the User in Mind</w:t>
      </w:r>
      <w:r/>
    </w:p>
    <w:p>
      <w:r/>
      <w:r>
        <w:t>Designing chatbot interactions with user experience as a priority is essential. Conversations should be intuitive, natural, and easy to follow. Additionally, ensure the chatbot can escalate more complex issues to a human agent as necessary, striking a balance between automation and human support.</w:t>
      </w:r>
      <w:r/>
    </w:p>
    <w:p>
      <w:pPr>
        <w:pStyle w:val="Heading5"/>
      </w:pPr>
      <w:r>
        <w:t>Regular Updates and Training</w:t>
      </w:r>
      <w:r/>
    </w:p>
    <w:p>
      <w:r/>
      <w:r>
        <w:t>Regular updates and training are necessary for maintaining chatbot effectiveness. Using real user interactions and feedback to train the chatbot ensures it continues to provide accurate responses. Continuous improvement is key, as more data enhances performance over time.</w:t>
      </w:r>
      <w:r/>
    </w:p>
    <w:p>
      <w:pPr>
        <w:pStyle w:val="Heading5"/>
      </w:pPr>
      <w:r>
        <w:t>Integration with Other Tools</w:t>
      </w:r>
      <w:r/>
    </w:p>
    <w:p>
      <w:r/>
      <w:r>
        <w:t>Ensure the chatbot integrates with other key business tools such as CRM systems, email marketing platforms, and analytics tools. This facilitates seamless data flow and allows the chatbot to fetch relevant information for better service. Integration also helps automate tasks like lead follow-ups and customer segmentation.</w:t>
      </w:r>
      <w:r/>
    </w:p>
    <w:p>
      <w:pPr>
        <w:pStyle w:val="Heading3"/>
      </w:pPr>
      <w:r>
        <w:t>Tools and Platforms for AI Chatbots and Automation</w:t>
      </w:r>
      <w:r/>
    </w:p>
    <w:p>
      <w:pPr>
        <w:pStyle w:val="Heading5"/>
      </w:pPr>
      <w:r>
        <w:t>Popular AI Chatbot Platforms</w:t>
      </w:r>
      <w:r/>
    </w:p>
    <w:p>
      <w:r/>
      <w:r>
        <w:t>Several robust AI chatbot platforms are available for businesses of all sizes. Drift, Intercom, Tidio, and ManyChat are popular choices that offer AI capabilities, easy integration with existing tools, and user-friendly interfaces, allowing quick setup and deployment without extensive coding.</w:t>
      </w:r>
      <w:r/>
    </w:p>
    <w:p>
      <w:pPr>
        <w:pStyle w:val="Heading5"/>
      </w:pPr>
      <w:r>
        <w:t>Automation Tools for Websites</w:t>
      </w:r>
      <w:r/>
    </w:p>
    <w:p>
      <w:r/>
      <w:r>
        <w:t>Automation tools like Zapier, Automate.io, and Integromat are excellent for integrating website workflows with other business processes. These tools automate customer support, lead management, and website testing, improving efficiency and streamlining operations.</w:t>
      </w:r>
      <w:r/>
    </w:p>
    <w:p>
      <w:pPr>
        <w:pStyle w:val="Heading3"/>
      </w:pPr>
      <w:r>
        <w:t>Success Stories of AI-Powered Websites</w:t>
      </w:r>
      <w:r/>
    </w:p>
    <w:p>
      <w:pPr>
        <w:pStyle w:val="Heading5"/>
      </w:pPr>
      <w:r>
        <w:t>E-commerce Example</w:t>
      </w:r>
      <w:r/>
    </w:p>
    <w:p>
      <w:r/>
      <w:r>
        <w:t>An e-commerce site that implemented AI-powered chatbots for customer service noted a significant hike in conversion rates. The chatbot provided instant responses and personalised product recommendations, guiding users through their shopping journey, reducing cart abandonment rates, and enhancing user satisfaction.</w:t>
      </w:r>
      <w:r/>
    </w:p>
    <w:p>
      <w:pPr>
        <w:pStyle w:val="Heading5"/>
      </w:pPr>
      <w:r>
        <w:t>SaaS Business Example</w:t>
      </w:r>
      <w:r/>
    </w:p>
    <w:p>
      <w:r/>
      <w:r>
        <w:t>A SaaS company utilised website automation for onboarding and customer support, resulting in higher user retention and satisfaction. Automated tutorials and follow-up emails ensured new users understood the product, reducing churn and increasing engagement.</w:t>
      </w:r>
      <w:r/>
    </w:p>
    <w:p>
      <w:pPr>
        <w:pStyle w:val="Heading5"/>
      </w:pPr>
      <w:r>
        <w:t>B2B Lead Generation</w:t>
      </w:r>
      <w:r/>
    </w:p>
    <w:p>
      <w:r/>
      <w:r>
        <w:t>A B2B business implemented AI chatbots for lead qualification and follow-up, improving the efficiency of their sales pipeline. The chatbot automatically categorised leads based on engagement levels, allowing the sales team to focus on high-potential clients, ultimately boosting sales.</w:t>
      </w:r>
      <w:r/>
    </w:p>
    <w:p>
      <w:pPr>
        <w:pStyle w:val="Heading3"/>
      </w:pPr>
      <w:r>
        <w:t>The Future of AI and Automation in Web Development</w:t>
      </w:r>
      <w:r/>
    </w:p>
    <w:p>
      <w:pPr>
        <w:pStyle w:val="Heading5"/>
      </w:pPr>
      <w:r>
        <w:t>AI-Driven Personalisation at Scale</w:t>
      </w:r>
      <w:r/>
    </w:p>
    <w:p>
      <w:r/>
      <w:r>
        <w:t>As AI continues to advance, even more sophisticated personalisation at scale can be expected. AI will help create highly customised experiences for website users, delivering content and recommendations based on real-time data and behaviour, thereby improving engagement and satisfaction.</w:t>
      </w:r>
      <w:r/>
    </w:p>
    <w:p>
      <w:pPr>
        <w:pStyle w:val="Heading5"/>
      </w:pPr>
      <w:r>
        <w:t>Voice-Activated Chatbots and Virtual Assistants</w:t>
      </w:r>
      <w:r/>
    </w:p>
    <w:p>
      <w:r/>
      <w:r>
        <w:t>Voice technology represents the next frontier for AI chatbots. Voice-activated chatbots and virtual assistants like Alexa and Google Assistant are increasingly integrated into websites, enabling users to navigate and interact with websites via voice commands for a more seamless experience.</w:t>
      </w:r>
      <w:r/>
    </w:p>
    <w:p>
      <w:pPr>
        <w:pStyle w:val="Heading5"/>
      </w:pPr>
      <w:r>
        <w:t>Autonomous Websites</w:t>
      </w:r>
      <w:r/>
    </w:p>
    <w:p>
      <w:r/>
      <w:r>
        <w:t>In the future, websites may evolve into autonomous entities capable of managing their own updates, testing, and user interactions. AI will oversee content updates, performance optimisations, and even design adjustments, creating fully self-sustaining websites.</w:t>
      </w:r>
      <w:r/>
    </w:p>
    <w:p>
      <w:pPr>
        <w:pStyle w:val="Heading3"/>
      </w:pPr>
      <w:r>
        <w:t>Conclusion</w:t>
      </w:r>
      <w:r/>
    </w:p>
    <w:p>
      <w:r/>
      <w:r>
        <w:t>Leveraging AI-powered chatbots and automation in website development is vital for constructing smarter, more efficient, and scalable digital platforms. These technologies not only enhance customer experiences but also reduce operational costs and facilitate greater personalisation. As AI and automation continue to evolve, businesses embracing these tools will be better situated to succeed in an increasingly digital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https://www.linkedin.com/pulse/10-benefits-adding-ai-chatbot-your-website-techmobius</w:t>
        </w:r>
      </w:hyperlink>
      <w:r>
        <w:t xml:space="preserve"> - Corroborates the benefits of AI-powered chatbots, including 24/7 customer support, reducing site bounce rates, and enhancing user experience.</w:t>
      </w:r>
      <w:r/>
    </w:p>
    <w:p>
      <w:pPr>
        <w:pStyle w:val="ListNumber"/>
        <w:spacing w:line="240" w:lineRule="auto"/>
        <w:ind w:left="720"/>
      </w:pPr>
      <w:r/>
      <w:hyperlink r:id="rId11">
        <w:r>
          <w:rPr>
            <w:color w:val="0000EE"/>
            <w:u w:val="single"/>
          </w:rPr>
          <w:t>https://www.chatbot.com</w:t>
        </w:r>
      </w:hyperlink>
      <w:r>
        <w:t xml:space="preserve"> - Supports the idea of AI chatbots providing 24/7 support, automating customer interactions, and enhancing customer satisfaction through personalized responses.</w:t>
      </w:r>
      <w:r/>
    </w:p>
    <w:p>
      <w:pPr>
        <w:pStyle w:val="ListNumber"/>
        <w:spacing w:line="240" w:lineRule="auto"/>
        <w:ind w:left="720"/>
      </w:pPr>
      <w:r/>
      <w:hyperlink r:id="rId12">
        <w:r>
          <w:rPr>
            <w:color w:val="0000EE"/>
            <w:u w:val="single"/>
          </w:rPr>
          <w:t>https://techbullion.com/building-smarter-websites-with-ai-powered-chatbots-automation/</w:t>
        </w:r>
      </w:hyperlink>
      <w:r>
        <w:t xml:space="preserve"> - Explains the role of AI-powered chatbots and automation in website development, including 24/7 customer support, streamlining workflows, and enhancing data collection and analysis.</w:t>
      </w:r>
      <w:r/>
    </w:p>
    <w:p>
      <w:pPr>
        <w:pStyle w:val="ListNumber"/>
        <w:spacing w:line="240" w:lineRule="auto"/>
        <w:ind w:left="720"/>
      </w:pPr>
      <w:r/>
      <w:hyperlink r:id="rId13">
        <w:r>
          <w:rPr>
            <w:color w:val="0000EE"/>
            <w:u w:val="single"/>
          </w:rPr>
          <w:t>https://www.zoho.com/salesiq/chatbot.html</w:t>
        </w:r>
      </w:hyperlink>
      <w:r>
        <w:t xml:space="preserve"> - Details the capabilities of AI chatbots in automating customer conversations, deploying across multiple channels, and providing multilingual support, which aligns with the benefits of reduced operational costs and enhanced customer engagement.</w:t>
      </w:r>
      <w:r/>
    </w:p>
    <w:p>
      <w:pPr>
        <w:pStyle w:val="ListNumber"/>
        <w:spacing w:line="240" w:lineRule="auto"/>
        <w:ind w:left="720"/>
      </w:pPr>
      <w:r/>
      <w:hyperlink r:id="rId14">
        <w:r>
          <w:rPr>
            <w:color w:val="0000EE"/>
            <w:u w:val="single"/>
          </w:rPr>
          <w:t>https://www.userlike.com/en/blog/chatbot-for-website</w:t>
        </w:r>
      </w:hyperlink>
      <w:r>
        <w:t xml:space="preserve"> - Discusses how AI chatbots learn from interactions, improve over time, and provide personalized user experiences, which is crucial for enhancing customer satisfaction and conversion rates.</w:t>
      </w:r>
      <w:r/>
    </w:p>
    <w:p>
      <w:pPr>
        <w:pStyle w:val="ListNumber"/>
        <w:spacing w:line="240" w:lineRule="auto"/>
        <w:ind w:left="720"/>
      </w:pPr>
      <w:r/>
      <w:hyperlink r:id="rId10">
        <w:r>
          <w:rPr>
            <w:color w:val="0000EE"/>
            <w:u w:val="single"/>
          </w:rPr>
          <w:t>https://www.linkedin.com/pulse/10-benefits-adding-ai-chatbot-your-website-techmobius</w:t>
        </w:r>
      </w:hyperlink>
      <w:r>
        <w:t xml:space="preserve"> - Highlights the cost-saving and time-saving aspects of using AI chatbots, allowing businesses to focus on more complex tasks while automating routine customer support.</w:t>
      </w:r>
      <w:r/>
    </w:p>
    <w:p>
      <w:pPr>
        <w:pStyle w:val="ListNumber"/>
        <w:spacing w:line="240" w:lineRule="auto"/>
        <w:ind w:left="720"/>
      </w:pPr>
      <w:r/>
      <w:hyperlink r:id="rId12">
        <w:r>
          <w:rPr>
            <w:color w:val="0000EE"/>
            <w:u w:val="single"/>
          </w:rPr>
          <w:t>https://techbullion.com/building-smarter-websites-with-ai-powered-chatbots-automation/</w:t>
        </w:r>
      </w:hyperlink>
      <w:r>
        <w:t xml:space="preserve"> - Provides examples of how AI chatbots and automation improve lead generation, sales pipeline efficiency, and user retention in various business contexts.</w:t>
      </w:r>
      <w:r/>
    </w:p>
    <w:p>
      <w:pPr>
        <w:pStyle w:val="ListNumber"/>
        <w:spacing w:line="240" w:lineRule="auto"/>
        <w:ind w:left="720"/>
      </w:pPr>
      <w:r/>
      <w:hyperlink r:id="rId11">
        <w:r>
          <w:rPr>
            <w:color w:val="0000EE"/>
            <w:u w:val="single"/>
          </w:rPr>
          <w:t>https://www.chatbot.com</w:t>
        </w:r>
      </w:hyperlink>
      <w:r>
        <w:t xml:space="preserve"> - Explains how AI chatbots can proactively engage website visitors, convert casual browsing into meaningful interactions, and increase engagement and conversion rates.</w:t>
      </w:r>
      <w:r/>
    </w:p>
    <w:p>
      <w:pPr>
        <w:pStyle w:val="ListNumber"/>
        <w:spacing w:line="240" w:lineRule="auto"/>
        <w:ind w:left="720"/>
      </w:pPr>
      <w:r/>
      <w:hyperlink r:id="rId13">
        <w:r>
          <w:rPr>
            <w:color w:val="0000EE"/>
            <w:u w:val="single"/>
          </w:rPr>
          <w:t>https://www.zoho.com/salesiq/chatbot.html</w:t>
        </w:r>
      </w:hyperlink>
      <w:r>
        <w:t xml:space="preserve"> - Describes the integration of AI chatbots with other business tools like CRM systems and email marketing platforms, facilitating seamless data flow and automated tasks.</w:t>
      </w:r>
      <w:r/>
    </w:p>
    <w:p>
      <w:pPr>
        <w:pStyle w:val="ListNumber"/>
        <w:spacing w:line="240" w:lineRule="auto"/>
        <w:ind w:left="720"/>
      </w:pPr>
      <w:r/>
      <w:hyperlink r:id="rId12">
        <w:r>
          <w:rPr>
            <w:color w:val="0000EE"/>
            <w:u w:val="single"/>
          </w:rPr>
          <w:t>https://techbullion.com/building-smarter-websites-with-ai-powered-chatbots-automation/</w:t>
        </w:r>
      </w:hyperlink>
      <w:r>
        <w:t xml:space="preserve"> - Discusses the future of AI and automation in web development, including AI-driven personalization at scale and the potential for autonomous websites.</w:t>
      </w:r>
      <w:r/>
    </w:p>
    <w:p>
      <w:pPr>
        <w:pStyle w:val="ListNumber"/>
        <w:spacing w:line="240" w:lineRule="auto"/>
        <w:ind w:left="720"/>
      </w:pPr>
      <w:r/>
      <w:hyperlink r:id="rId14">
        <w:r>
          <w:rPr>
            <w:color w:val="0000EE"/>
            <w:u w:val="single"/>
          </w:rPr>
          <w:t>https://www.userlike.com/en/blog/chatbot-for-website</w:t>
        </w:r>
      </w:hyperlink>
      <w:r>
        <w:t xml:space="preserve"> - Outlines the importance of identifying key use cases for AI chatbots and ensuring user-centric design to maximize effectiveness and user satisfaction.</w:t>
      </w:r>
      <w:r/>
    </w:p>
    <w:p>
      <w:pPr>
        <w:pStyle w:val="ListNumber"/>
        <w:spacing w:line="240" w:lineRule="auto"/>
        <w:ind w:left="720"/>
      </w:pPr>
      <w:r/>
      <w:hyperlink r:id="rId12">
        <w:r>
          <w:rPr>
            <w:color w:val="0000EE"/>
            <w:u w:val="single"/>
          </w:rPr>
          <w:t>https://techbullion.com/building-smarter-websites-with-ai-powered-chatbots-automation/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linkedin.com/pulse/10-benefits-adding-ai-chatbot-your-website-techmobius" TargetMode="External"/><Relationship Id="rId11" Type="http://schemas.openxmlformats.org/officeDocument/2006/relationships/hyperlink" Target="https://www.chatbot.com" TargetMode="External"/><Relationship Id="rId12" Type="http://schemas.openxmlformats.org/officeDocument/2006/relationships/hyperlink" Target="https://techbullion.com/building-smarter-websites-with-ai-powered-chatbots-automation/" TargetMode="External"/><Relationship Id="rId13" Type="http://schemas.openxmlformats.org/officeDocument/2006/relationships/hyperlink" Target="https://www.zoho.com/salesiq/chatbot.html" TargetMode="External"/><Relationship Id="rId14" Type="http://schemas.openxmlformats.org/officeDocument/2006/relationships/hyperlink" Target="https://www.userlike.com/en/blog/chatbot-for-websit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