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AI-powered meal planning alleviates Thanksgiving stress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AI-Powered Meal Planning Alleviates Thanksgiving Stress</w:t>
      </w:r>
      <w:r/>
    </w:p>
    <w:p>
      <w:r/>
      <w:r>
        <w:t>With only eight weeks remaining until the Thanksgiving celebrations, many hosts are beginning to plan their festive menus. The annual holiday, while often enchanting, also brings a unique stress to households nationwide. For many, the prospect of preparing a grand feast can be daunting, especially with the added pressure of pleasing a broad spectrum of palates and managing potential familial tensions.</w:t>
      </w:r>
      <w:r/>
    </w:p>
    <w:p>
      <w:r/>
      <w:r>
        <w:t>For those fortunate enough to indulge in the season's culinary delights, Thanksgiving is a chance to celebrate abundance. However, it is also a time when family dynamics can be tested, often by discussions at the dinner table that range from contentious topics to culinary critiques.</w:t>
      </w:r>
      <w:r/>
    </w:p>
    <w:p>
      <w:r/>
      <w:r>
        <w:t>The rise of technology offers a modern solution to these age-old problems. Microsoft's in-browser AI tool, Copilot, has emerged as a valuable resource for those looking to streamline their Thanksgiving preparations. Copilot leverages large language model (LLM) processing and scours the internet for reliable sources, responding to conversational search queries and analysing web pages in real-time.</w:t>
      </w:r>
      <w:r/>
    </w:p>
    <w:p>
      <w:pPr>
        <w:pStyle w:val="Heading3"/>
      </w:pPr>
      <w:r>
        <w:t>AI-Enhanced Culinary Guidance</w:t>
      </w:r>
      <w:r/>
    </w:p>
    <w:p>
      <w:r/>
      <w:r>
        <w:rPr>
          <w:b/>
        </w:rPr>
        <w:t>Assessing Your Skill Level</w:t>
      </w:r>
      <w:r/>
    </w:p>
    <w:p>
      <w:r/>
      <w:r>
        <w:t>For the less experienced cooks, Copilot provides practical assistance by offering recipes that match their cooking prowess. By informing the AI of your culinary skill level, you can receive recommendations for simple, easy-to-make dishes. For example, a novice might be directed to prepare green bean almondine, a straightforward yet elegant dish consisting of green beans topped with sliced almonds.</w:t>
      </w:r>
      <w:r/>
    </w:p>
    <w:p>
      <w:r/>
      <w:r>
        <w:rPr>
          <w:b/>
        </w:rPr>
        <w:t>Scaling Recipes</w:t>
      </w:r>
      <w:r/>
    </w:p>
    <w:p>
      <w:r/>
      <w:r>
        <w:t>Whether hosting an intimate gathering or a large family feast, accurately scaling recipes is crucial. Users can input the number of guests, and Copilot will adjust ingredient quantities accordingly. This feature ensures that meals like gravies or side dishes are prepared in sufficient quantities, sparing hosts the embarrassment of running short on food.</w:t>
      </w:r>
      <w:r/>
    </w:p>
    <w:p>
      <w:r/>
      <w:r>
        <w:rPr>
          <w:b/>
        </w:rPr>
        <w:t>Customising Recipes</w:t>
      </w:r>
      <w:r/>
    </w:p>
    <w:p>
      <w:r/>
      <w:r>
        <w:t>Dietary preferences and restrictions can complicate menu planning, especially in a diverse group. Copilot excels in suggesting ingredient substitutions to accommodate various needs. For instance, it can provide alternatives to onions in a green bean casserole for those with sensitivities, ensuring that everyone can enjoy the meal without discomfort.</w:t>
      </w:r>
      <w:r/>
    </w:p>
    <w:p>
      <w:r/>
      <w:r>
        <w:rPr>
          <w:b/>
        </w:rPr>
        <w:t>Budget Management</w:t>
      </w:r>
      <w:r/>
    </w:p>
    <w:p>
      <w:r/>
      <w:r>
        <w:t>Thanksgiving doesn't have to break the bank. By specifying a budget, users can receive cost-effective meal recommendations. Copilot suggests affordable ingredients and keeps an eye out for sales and discounts, providing an itemised price breakdown to help manage expenses. However, users should double-check local prices as variations can occur. For instance, while Copilot may estimate whipped cream at $2 per container, local prices could be higher, with genuine whipped cream sometimes costing closer to $4.50.</w:t>
      </w:r>
      <w:r/>
    </w:p>
    <w:p>
      <w:r/>
      <w:r>
        <w:rPr>
          <w:b/>
        </w:rPr>
        <w:t>Adapting to Kitchen Constraints</w:t>
      </w:r>
      <w:r/>
    </w:p>
    <w:p>
      <w:r/>
      <w:r>
        <w:t>Surprises can happen during holiday preparations, such as unexpected appliance malfunctions. Should your oven become unusable, Copilot is prepared with alternative cooking methods. For instance, the AI can suggest ways to prepare a turkey without an oven, such as poaching it in a large pot. These adaptable suggestions ensure that hosts can proceed with their plans despite unforeseen obstacles.</w:t>
      </w:r>
      <w:r/>
    </w:p>
    <w:p>
      <w:r/>
      <w:r>
        <w:t>In summary, Microsoft's Copilot stands as a versatile assistant to help alleviate some of the stresses associated with Thanksgiving meal planning. By tailoring recipes to skill level, scaling portions, accommodating dietary needs, managing budgets, and adapting to kitchen equipment constraints, Copilot adds a layer of assurance to holiday preparations. Hosts may find themselves more relaxed and better prepared, even if the final verdict on the meal still rests with their discerning relatives.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https://www.kathilipp.com/2024/07/625-meal-planning-made-easy-with-ai-kathis-insider-tips/</w:t>
        </w:r>
      </w:hyperlink>
      <w:r>
        <w:t xml:space="preserve"> - This article discusses using AI for meal planning, including generating recipes, managing dietary restrictions, and creating categorized shopping lists, which aligns with the customizing recipes and scaling recipes aspects.</w:t>
      </w:r>
      <w:r/>
    </w:p>
    <w:p>
      <w:pPr>
        <w:pStyle w:val="ListNumber"/>
        <w:spacing w:line="240" w:lineRule="auto"/>
        <w:ind w:left="720"/>
      </w:pPr>
      <w:r/>
      <w:hyperlink r:id="rId11">
        <w:r>
          <w:rPr>
            <w:color w:val="0000EE"/>
            <w:u w:val="single"/>
          </w:rPr>
          <w:t>https://www.linkedin.com/pulse/simplify-thanksgiving-ai-5-ways-can-transform-your-dinner-shields-fenwe</w:t>
        </w:r>
      </w:hyperlink>
      <w:r>
        <w:t xml:space="preserve"> - This article highlights how AI can transform Thanksgiving dinner by crafting shopping lists, refining recipes, and simplifying cooking, which supports the scaling recipes and customising recipes sections.</w:t>
      </w:r>
      <w:r/>
    </w:p>
    <w:p>
      <w:pPr>
        <w:pStyle w:val="ListNumber"/>
        <w:spacing w:line="240" w:lineRule="auto"/>
        <w:ind w:left="720"/>
      </w:pPr>
      <w:r/>
      <w:hyperlink r:id="rId12">
        <w:r>
          <w:rPr>
            <w:color w:val="0000EE"/>
            <w:u w:val="single"/>
          </w:rPr>
          <w:t>https://supremerestaurant.nyc/ai-meal-generator/</w:t>
        </w:r>
      </w:hyperlink>
      <w:r>
        <w:t xml:space="preserve"> - This article explains how AI meal generators create personalized meal plans based on dietary preferences and nutritional needs, reduce food waste, and ensure nutritional balance, supporting the customising recipes and budget management sections.</w:t>
      </w:r>
      <w:r/>
    </w:p>
    <w:p>
      <w:pPr>
        <w:pStyle w:val="ListNumber"/>
        <w:spacing w:line="240" w:lineRule="auto"/>
        <w:ind w:left="720"/>
      </w:pPr>
      <w:r/>
      <w:hyperlink r:id="rId13">
        <w:r>
          <w:rPr>
            <w:color w:val="0000EE"/>
            <w:u w:val="single"/>
          </w:rPr>
          <w:t>https://aigptjournal.com/home/ai-thanksgiving-dinner/</w:t>
        </w:r>
      </w:hyperlink>
      <w:r>
        <w:t xml:space="preserve"> - This article details how AI tools like ChatGPT can help with menu planning, guest management, and shopping assistance for Thanksgiving, aligning with the customising recipes, scaling recipes, and budget management aspects.</w:t>
      </w:r>
      <w:r/>
    </w:p>
    <w:p>
      <w:pPr>
        <w:pStyle w:val="ListNumber"/>
        <w:spacing w:line="240" w:lineRule="auto"/>
        <w:ind w:left="720"/>
      </w:pPr>
      <w:r/>
      <w:hyperlink r:id="rId14">
        <w:r>
          <w:rPr>
            <w:color w:val="0000EE"/>
            <w:u w:val="single"/>
          </w:rPr>
          <w:t>https://www.thinkowl.com/blog/ai-serves-a-feast-of-thanksgiving-recipes</w:t>
        </w:r>
      </w:hyperlink>
      <w:r>
        <w:t xml:space="preserve"> - This article discusses AI tools like Pic2Recipe that recognize food from images and suggest recipes, which can help with customizing and scaling recipes for Thanksgiving.</w:t>
      </w:r>
      <w:r/>
    </w:p>
    <w:p>
      <w:pPr>
        <w:pStyle w:val="ListNumber"/>
        <w:spacing w:line="240" w:lineRule="auto"/>
        <w:ind w:left="720"/>
      </w:pPr>
      <w:r/>
      <w:hyperlink r:id="rId10">
        <w:r>
          <w:rPr>
            <w:color w:val="0000EE"/>
            <w:u w:val="single"/>
          </w:rPr>
          <w:t>https://www.kathilipp.com/2024/07/625-meal-planning-made-easy-with-ai-kathis-insider-tips/</w:t>
        </w:r>
      </w:hyperlink>
      <w:r>
        <w:t xml:space="preserve"> - This article also mentions using AI to handle dietary restrictions and allergies, which is crucial for customizing recipes to accommodate various needs.</w:t>
      </w:r>
      <w:r/>
    </w:p>
    <w:p>
      <w:pPr>
        <w:pStyle w:val="ListNumber"/>
        <w:spacing w:line="240" w:lineRule="auto"/>
        <w:ind w:left="720"/>
      </w:pPr>
      <w:r/>
      <w:hyperlink r:id="rId12">
        <w:r>
          <w:rPr>
            <w:color w:val="0000EE"/>
            <w:u w:val="single"/>
          </w:rPr>
          <w:t>https://supremerestaurant.nyc/ai-meal-generator/</w:t>
        </w:r>
      </w:hyperlink>
      <w:r>
        <w:t xml:space="preserve"> - This source explains how AI meal generators can help manage budgets by suggesting cost-effective ingredients and minimizing food waste, supporting the budget management section.</w:t>
      </w:r>
      <w:r/>
    </w:p>
    <w:p>
      <w:pPr>
        <w:pStyle w:val="ListNumber"/>
        <w:spacing w:line="240" w:lineRule="auto"/>
        <w:ind w:left="720"/>
      </w:pPr>
      <w:r/>
      <w:hyperlink r:id="rId13">
        <w:r>
          <w:rPr>
            <w:color w:val="0000EE"/>
            <w:u w:val="single"/>
          </w:rPr>
          <w:t>https://aigptjournal.com/home/ai-thanksgiving-dinner/</w:t>
        </w:r>
      </w:hyperlink>
      <w:r>
        <w:t xml:space="preserve"> - This article mentions how AI can help adapt to kitchen constraints, such as suggesting alternative cooking methods if an oven is unusable, aligning with the adapting to kitchen constraints section.</w:t>
      </w:r>
      <w:r/>
    </w:p>
    <w:p>
      <w:pPr>
        <w:pStyle w:val="ListNumber"/>
        <w:spacing w:line="240" w:lineRule="auto"/>
        <w:ind w:left="720"/>
      </w:pPr>
      <w:r/>
      <w:hyperlink r:id="rId11">
        <w:r>
          <w:rPr>
            <w:color w:val="0000EE"/>
            <w:u w:val="single"/>
          </w:rPr>
          <w:t>https://www.linkedin.com/pulse/simplify-thanksgiving-ai-5-ways-can-transform-your-dinner-shields-fenwe</w:t>
        </w:r>
      </w:hyperlink>
      <w:r>
        <w:t xml:space="preserve"> - This article highlights the overall benefit of using AI for Thanksgiving planning, including managing various aspects like recipes, shopping, and cooking, which supports the summary of AI's role in alleviating Thanksgiving stress.</w:t>
      </w:r>
      <w:r/>
    </w:p>
    <w:p>
      <w:pPr>
        <w:pStyle w:val="ListNumber"/>
        <w:spacing w:line="240" w:lineRule="auto"/>
        <w:ind w:left="720"/>
      </w:pPr>
      <w:r/>
      <w:hyperlink r:id="rId12">
        <w:r>
          <w:rPr>
            <w:color w:val="0000EE"/>
            <w:u w:val="single"/>
          </w:rPr>
          <w:t>https://supremerestaurant.nyc/ai-meal-generator/</w:t>
        </w:r>
      </w:hyperlink>
      <w:r>
        <w:t xml:space="preserve"> - This source details the time-saving and personalized nature of AI meal planning, which aligns with the benefits of using AI for assessing skill level and managing kitchen constraints.</w:t>
      </w:r>
      <w:r/>
    </w:p>
    <w:p>
      <w:pPr>
        <w:pStyle w:val="ListNumber"/>
        <w:spacing w:line="240" w:lineRule="auto"/>
        <w:ind w:left="720"/>
      </w:pPr>
      <w:r/>
      <w:hyperlink r:id="rId13">
        <w:r>
          <w:rPr>
            <w:color w:val="0000EE"/>
            <w:u w:val="single"/>
          </w:rPr>
          <w:t>https://aigptjournal.com/home/ai-thanksgiving-dinner/</w:t>
        </w:r>
      </w:hyperlink>
      <w:r>
        <w:t xml:space="preserve"> - This article provides a comprehensive guide on using AI for Thanksgiving planning, including menu creation, guest management, and shopping assistance, which supports the overall versatility of AI in holiday meal planning.</w:t>
      </w:r>
      <w:r/>
    </w:p>
    <w:p>
      <w:pPr>
        <w:pStyle w:val="ListNumber"/>
        <w:spacing w:line="240" w:lineRule="auto"/>
        <w:ind w:left="720"/>
      </w:pPr>
      <w:r/>
      <w:hyperlink r:id="rId15">
        <w:r>
          <w:rPr>
            <w:color w:val="0000EE"/>
            <w:u w:val="single"/>
          </w:rPr>
          <w:t>https://www.cnet.com/tech/services-and-software/how-to-plan-your-thanksgiving-meal-using-ai/#ftag=CADf328eec</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kathilipp.com/2024/07/625-meal-planning-made-easy-with-ai-kathis-insider-tips/" TargetMode="External"/><Relationship Id="rId11" Type="http://schemas.openxmlformats.org/officeDocument/2006/relationships/hyperlink" Target="https://www.linkedin.com/pulse/simplify-thanksgiving-ai-5-ways-can-transform-your-dinner-shields-fenwe" TargetMode="External"/><Relationship Id="rId12" Type="http://schemas.openxmlformats.org/officeDocument/2006/relationships/hyperlink" Target="https://supremerestaurant.nyc/ai-meal-generator/" TargetMode="External"/><Relationship Id="rId13" Type="http://schemas.openxmlformats.org/officeDocument/2006/relationships/hyperlink" Target="https://aigptjournal.com/home/ai-thanksgiving-dinner/" TargetMode="External"/><Relationship Id="rId14" Type="http://schemas.openxmlformats.org/officeDocument/2006/relationships/hyperlink" Target="https://www.thinkowl.com/blog/ai-serves-a-feast-of-thanksgiving-recipes" TargetMode="External"/><Relationship Id="rId15" Type="http://schemas.openxmlformats.org/officeDocument/2006/relationships/hyperlink" Target="https://www.cnet.com/tech/services-and-software/how-to-plan-your-thanksgiving-meal-using-ai/#ftag=CADf328ee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