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tools revolutionise website building for portfolios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Tools Revolutionise Website Building for Portfolios</w:t>
      </w:r>
      <w:r/>
    </w:p>
    <w:p>
      <w:r/>
      <w:r>
        <w:t>In rapid technological advancements, AI-powered tools are increasingly eclipsing traditional methods of creating websites, especially those focused on portfolio development. These cutting-edge tools provide a variety of advantages that are transforming the landscape of web design.</w:t>
      </w:r>
      <w:r/>
    </w:p>
    <w:p>
      <w:r/>
      <w:r>
        <w:rPr>
          <w:b/>
        </w:rPr>
        <w:t>Speed and Efficiency</w:t>
      </w:r>
      <w:r/>
    </w:p>
    <w:p>
      <w:r/>
      <w:r>
        <w:t>One of the most compelling benefits of using AI tools for website creation is the significant reduction in time required to build a portfolio. Traditional website builders often involve numerous manual steps, which can extend the process over several days or even weeks. In contrast, AI tools can automate many of these procedures, delivering a fully functional website in a matter of hours. This automation allows for rapid iteration and adjustment, offering professionals and creatives the agility to keep their portfolios updated effortlessly.</w:t>
      </w:r>
      <w:r/>
    </w:p>
    <w:p>
      <w:r/>
      <w:r>
        <w:rPr>
          <w:b/>
        </w:rPr>
        <w:t>Highly Customised Designs</w:t>
      </w:r>
      <w:r/>
    </w:p>
    <w:p>
      <w:r/>
      <w:r>
        <w:t>Customisation has always been a crucial aspect of portfolio building. AI tools excel in this area by providing design suggestions tailored to the user’s specific preferences and needs. Utilising advanced algorithms, these tools can analyse user inputs, such as design preferences and industry specifics, to offer bespoke solutions. As a result, each portfolio stands out with a unique look, reflecting the individuality of its creator.</w:t>
      </w:r>
      <w:r/>
    </w:p>
    <w:p>
      <w:r/>
      <w:r>
        <w:rPr>
          <w:b/>
        </w:rPr>
        <w:t>User-Friendly Experience</w:t>
      </w:r>
      <w:r/>
    </w:p>
    <w:p>
      <w:r/>
      <w:r>
        <w:t>These AI-powered solutions are designed to be exceptionally beginner-friendly. Unlike traditional website builders that may require some level of coding or design knowledge, AI tools simplify the process to a point where anyone with basic computer skills can create a professional-grade portfolio. The intuitive interfaces and guided workflows make these tools accessible to a broad audience, smashing the barriers that previously made website building a specialised skill.</w:t>
      </w:r>
      <w:r/>
    </w:p>
    <w:p>
      <w:r/>
      <w:r>
        <w:rPr>
          <w:b/>
        </w:rPr>
        <w:t>Optimisation for Modern Standards</w:t>
      </w:r>
      <w:r/>
    </w:p>
    <w:p>
      <w:r/>
      <w:r>
        <w:t>In today’s digital age, having a website that performs well on different devices and ranks favourably on search engines is critical. AI tools bring robust capabilities in this domain, offering built-in features for mobile optimisation, search engine optimisation (SEO), and page speed enhancements. These features ensure that the user experience is seamless across different devices, while also making the portfolio easily discoverable through search engines.</w:t>
      </w:r>
      <w:r/>
    </w:p>
    <w:p>
      <w:r/>
      <w:r>
        <w:rPr>
          <w:b/>
        </w:rPr>
        <w:t>Popular AI Tools Leading the Charge</w:t>
      </w:r>
      <w:r/>
    </w:p>
    <w:p>
      <w:r/>
      <w:r>
        <w:t>There are several prominent AI-based website builders currently available, each bringing its own unique strengths to the table. These tools cater to various aspects of website building, from aesthetic design to functional optimisation.</w:t>
      </w:r>
      <w:r/>
    </w:p>
    <w:p>
      <w:r/>
      <w:r>
        <w:t>While traditional methods still have their place, the competitive edge provided by AI tools is undeniable. By offering speed, customisation, ease of use, and modern optimisation, AI-powered website builders are setting new standards in portfolio creation, making it easier than ever for individuals to present their work to the world in a professional and visually appealing manner.</w:t>
      </w:r>
      <w:r/>
    </w:p>
    <w:p>
      <w:r/>
      <w:r>
        <w:t>The revolution brought by AI tools in web design represents a significant advancement, providing an accessible, efficient, and highly customisable approach to creating professional portfolios.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https://www.hostinger.com/portfolio-website</w:t>
        </w:r>
      </w:hyperlink>
      <w:r>
        <w:t xml:space="preserve"> - This link supports the claim that AI tools can create a portfolio website quickly and efficiently, with features like AI builder, designer-made templates, and mobile-friendly designs.</w:t>
      </w:r>
      <w:r/>
    </w:p>
    <w:p>
      <w:pPr>
        <w:pStyle w:val="ListNumber"/>
        <w:spacing w:line="240" w:lineRule="auto"/>
        <w:ind w:left="720"/>
      </w:pPr>
      <w:r/>
      <w:hyperlink r:id="rId11">
        <w:r>
          <w:rPr>
            <w:color w:val="0000EE"/>
            <w:u w:val="single"/>
          </w:rPr>
          <w:t>https://www.techradar.com/pro/website-building/ai-website-building-tools-that-every-small-business-should-be-using</w:t>
        </w:r>
      </w:hyperlink>
      <w:r>
        <w:t xml:space="preserve"> - This article corroborates the speed and efficiency of AI tools in website creation, highlighting tools like Wix AI and GetResponse that generate websites rapidly based on user inputs.</w:t>
      </w:r>
      <w:r/>
    </w:p>
    <w:p>
      <w:pPr>
        <w:pStyle w:val="ListNumber"/>
        <w:spacing w:line="240" w:lineRule="auto"/>
        <w:ind w:left="720"/>
      </w:pPr>
      <w:r/>
      <w:hyperlink r:id="rId12">
        <w:r>
          <w:rPr>
            <w:color w:val="0000EE"/>
            <w:u w:val="single"/>
          </w:rPr>
          <w:t>https://mobirise.com/how-to/portfolio.html</w:t>
        </w:r>
      </w:hyperlink>
      <w:r>
        <w:t xml:space="preserve"> - This link explains how AI tools like Mobirise provide highly customized designs through drag-and-drop interfaces and pre-designed blocks, allowing for easy customization and mobile optimization.</w:t>
      </w:r>
      <w:r/>
    </w:p>
    <w:p>
      <w:pPr>
        <w:pStyle w:val="ListNumber"/>
        <w:spacing w:line="240" w:lineRule="auto"/>
        <w:ind w:left="720"/>
      </w:pPr>
      <w:r/>
      <w:hyperlink r:id="rId13">
        <w:r>
          <w:rPr>
            <w:color w:val="0000EE"/>
            <w:u w:val="single"/>
          </w:rPr>
          <w:t>https://unicornplatform.com/blog/generate-an-ai-portfolio-quickly-with-no-code/</w:t>
        </w:r>
      </w:hyperlink>
      <w:r>
        <w:t xml:space="preserve"> - This article supports the user-friendly experience of AI tools, detailing how Unicorn Platform allows users to create professional portfolios quickly without any coding skills.</w:t>
      </w:r>
      <w:r/>
    </w:p>
    <w:p>
      <w:pPr>
        <w:pStyle w:val="ListNumber"/>
        <w:spacing w:line="240" w:lineRule="auto"/>
        <w:ind w:left="720"/>
      </w:pPr>
      <w:r/>
      <w:hyperlink r:id="rId14">
        <w:r>
          <w:rPr>
            <w:color w:val="0000EE"/>
            <w:u w:val="single"/>
          </w:rPr>
          <w:t>https://creative.artisantalent.com/ai-tools-for-your-portfolio</w:t>
        </w:r>
      </w:hyperlink>
      <w:r>
        <w:t xml:space="preserve"> - This link highlights the ease of use and customization offered by AI tools like Durable and Framer, which generate unique designs based on user preferences and industry specifics.</w:t>
      </w:r>
      <w:r/>
    </w:p>
    <w:p>
      <w:pPr>
        <w:pStyle w:val="ListNumber"/>
        <w:spacing w:line="240" w:lineRule="auto"/>
        <w:ind w:left="720"/>
      </w:pPr>
      <w:r/>
      <w:hyperlink r:id="rId10">
        <w:r>
          <w:rPr>
            <w:color w:val="0000EE"/>
            <w:u w:val="single"/>
          </w:rPr>
          <w:t>https://www.hostinger.com/portfolio-website</w:t>
        </w:r>
      </w:hyperlink>
      <w:r>
        <w:t xml:space="preserve"> - This link explains how AI tools ensure optimization for modern standards, including mobile optimization and SEO features, to make portfolios easily discoverable.</w:t>
      </w:r>
      <w:r/>
    </w:p>
    <w:p>
      <w:pPr>
        <w:pStyle w:val="ListNumber"/>
        <w:spacing w:line="240" w:lineRule="auto"/>
        <w:ind w:left="720"/>
      </w:pPr>
      <w:r/>
      <w:hyperlink r:id="rId11">
        <w:r>
          <w:rPr>
            <w:color w:val="0000EE"/>
            <w:u w:val="single"/>
          </w:rPr>
          <w:t>https://www.techradar.com/pro/website-building/ai-website-building-tools-that-every-small-business-should-be-using</w:t>
        </w:r>
      </w:hyperlink>
      <w:r>
        <w:t xml:space="preserve"> - This article lists popular AI tools like Wix AI, GetResponse, and Jimdo Dolphin, each offering unique strengths in website building and portfolio creation.</w:t>
      </w:r>
      <w:r/>
    </w:p>
    <w:p>
      <w:pPr>
        <w:pStyle w:val="ListNumber"/>
        <w:spacing w:line="240" w:lineRule="auto"/>
        <w:ind w:left="720"/>
      </w:pPr>
      <w:r/>
      <w:hyperlink r:id="rId12">
        <w:r>
          <w:rPr>
            <w:color w:val="0000EE"/>
            <w:u w:val="single"/>
          </w:rPr>
          <w:t>https://mobirise.com/how-to/portfolio.html</w:t>
        </w:r>
      </w:hyperlink>
      <w:r>
        <w:t xml:space="preserve"> - This link supports the claim that AI tools provide robust capabilities for mobile optimization and SEO, ensuring a seamless user experience across different devices.</w:t>
      </w:r>
      <w:r/>
    </w:p>
    <w:p>
      <w:pPr>
        <w:pStyle w:val="ListNumber"/>
        <w:spacing w:line="240" w:lineRule="auto"/>
        <w:ind w:left="720"/>
      </w:pPr>
      <w:r/>
      <w:hyperlink r:id="rId13">
        <w:r>
          <w:rPr>
            <w:color w:val="0000EE"/>
            <w:u w:val="single"/>
          </w:rPr>
          <w:t>https://unicornplatform.com/blog/generate-an-ai-portfolio-quickly-with-no-code/</w:t>
        </w:r>
      </w:hyperlink>
      <w:r>
        <w:t xml:space="preserve"> - This article details how AI tools like Unicorn Platform offer built-in features for SEO optimization and page speed enhancements, making portfolios easily discoverable.</w:t>
      </w:r>
      <w:r/>
    </w:p>
    <w:p>
      <w:pPr>
        <w:pStyle w:val="ListNumber"/>
        <w:spacing w:line="240" w:lineRule="auto"/>
        <w:ind w:left="720"/>
      </w:pPr>
      <w:r/>
      <w:hyperlink r:id="rId14">
        <w:r>
          <w:rPr>
            <w:color w:val="0000EE"/>
            <w:u w:val="single"/>
          </w:rPr>
          <w:t>https://creative.artisantalent.com/ai-tools-for-your-portfolio</w:t>
        </w:r>
      </w:hyperlink>
      <w:r>
        <w:t xml:space="preserve"> - This link explains how AI tools like Webflow and Format provide an accessible and efficient approach to creating professional portfolios, even for those without coding skills.</w:t>
      </w:r>
      <w:r/>
    </w:p>
    <w:p>
      <w:pPr>
        <w:pStyle w:val="ListNumber"/>
        <w:spacing w:line="240" w:lineRule="auto"/>
        <w:ind w:left="720"/>
      </w:pPr>
      <w:r/>
      <w:hyperlink r:id="rId10">
        <w:r>
          <w:rPr>
            <w:color w:val="0000EE"/>
            <w:u w:val="single"/>
          </w:rPr>
          <w:t>https://www.hostinger.com/portfolio-website</w:t>
        </w:r>
      </w:hyperlink>
      <w:r>
        <w:t xml:space="preserve"> - This link supports the overall revolution brought by AI tools in web design, offering an accessible, efficient, and highly customizable approach to portfolio creation.</w:t>
      </w:r>
      <w:r/>
    </w:p>
    <w:p>
      <w:pPr>
        <w:pStyle w:val="ListNumber"/>
        <w:spacing w:line="240" w:lineRule="auto"/>
        <w:ind w:left="720"/>
      </w:pPr>
      <w:r/>
      <w:hyperlink r:id="rId15">
        <w:r>
          <w:rPr>
            <w:color w:val="0000EE"/>
            <w:u w:val="single"/>
          </w:rPr>
          <w:t>https://www.analyticsinsight.net/artificial-intelligence/ai-tools-to-build-a-personal-portfolio-website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hostinger.com/portfolio-website" TargetMode="External"/><Relationship Id="rId11" Type="http://schemas.openxmlformats.org/officeDocument/2006/relationships/hyperlink" Target="https://www.techradar.com/pro/website-building/ai-website-building-tools-that-every-small-business-should-be-using" TargetMode="External"/><Relationship Id="rId12" Type="http://schemas.openxmlformats.org/officeDocument/2006/relationships/hyperlink" Target="https://mobirise.com/how-to/portfolio.html" TargetMode="External"/><Relationship Id="rId13" Type="http://schemas.openxmlformats.org/officeDocument/2006/relationships/hyperlink" Target="https://unicornplatform.com/blog/generate-an-ai-portfolio-quickly-with-no-code/" TargetMode="External"/><Relationship Id="rId14" Type="http://schemas.openxmlformats.org/officeDocument/2006/relationships/hyperlink" Target="https://creative.artisantalent.com/ai-tools-for-your-portfolio" TargetMode="External"/><Relationship Id="rId15" Type="http://schemas.openxmlformats.org/officeDocument/2006/relationships/hyperlink" Target="https://www.analyticsinsight.net/artificial-intelligence/ai-tools-to-build-a-personal-portfolio-websit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