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to launch AI-driven smart home devices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to Launch AI-Driven Smart Home Devices in 2024</w:t>
      </w:r>
      <w:r/>
    </w:p>
    <w:p>
      <w:r/>
      <w:r>
        <w:rPr>
          <w:b/>
        </w:rPr>
        <w:t>Cupertino, California -</w:t>
      </w:r>
      <w:r>
        <w:t xml:space="preserve"> Apple Inc. is reportedly poised to enter the smart home device market with two innovative products set to launch as early as 2024. This move marks a significant expansion of Apple's product lineup and underscores their commitment to integrating artificial intelligence (AI) at the heart of their new devices. These forthcoming products are expected to diversify Apple's portfolio in the smart home niche, leveraging their established software ecosystem to offer a unique user experience.</w:t>
      </w:r>
      <w:r/>
    </w:p>
    <w:p>
      <w:pPr>
        <w:pStyle w:val="Heading3"/>
      </w:pPr>
      <w:r>
        <w:rPr>
          <w:b/>
        </w:rPr>
        <w:t>Two Devices, Varied Prices</w:t>
      </w:r>
      <w:r/>
    </w:p>
    <w:p>
      <w:r/>
      <w:r>
        <w:t xml:space="preserve">According to sources, Apple is preparing to unveil two distinct smart home devices. The first, codenamed </w:t>
      </w:r>
      <w:r>
        <w:rPr>
          <w:b/>
        </w:rPr>
        <w:t>J595</w:t>
      </w:r>
      <w:r>
        <w:t>, is a high-end machine featuring a large screen reminiscent of an iPad and robotic limbs. This device is positioned as a premium offering within the range, potentially targeting users looking for sophisticated functionality and hardware innovations.</w:t>
      </w:r>
      <w:r/>
    </w:p>
    <w:p>
      <w:r/>
      <w:r>
        <w:t xml:space="preserve">The second device, identified internally as </w:t>
      </w:r>
      <w:r>
        <w:rPr>
          <w:b/>
        </w:rPr>
        <w:t>J490</w:t>
      </w:r>
      <w:r>
        <w:t>, is designed to be more affordable. It is akin to existing smart displays with a screen mounted on a speaker base. This model is intended to serve primarily as a FaceTime communication tool and a hub for controlling smart home devices.</w:t>
      </w:r>
      <w:r/>
    </w:p>
    <w:p>
      <w:pPr>
        <w:pStyle w:val="Heading3"/>
      </w:pPr>
      <w:r>
        <w:rPr>
          <w:b/>
        </w:rPr>
        <w:t>Innovative AI Integration</w:t>
      </w:r>
      <w:r/>
    </w:p>
    <w:p>
      <w:r/>
      <w:r>
        <w:t xml:space="preserve">The standout feature for both devices will be the new AI-powered software approach, tentatively branded as </w:t>
      </w:r>
      <w:r>
        <w:rPr>
          <w:b/>
        </w:rPr>
        <w:t>homeOS</w:t>
      </w:r>
      <w:r>
        <w:t xml:space="preserve">. This new operating system is expected to play a crucial role in differentiating Apple's products from competitors like Amazon's Echo Show and Google’s Nest Hub. By integrating AI heavily into these devices, Apple aims to enhance the user experience beyond what is currently on the market. The term </w:t>
      </w:r>
      <w:r>
        <w:rPr>
          <w:b/>
        </w:rPr>
        <w:t>Apple Intelligence</w:t>
      </w:r>
      <w:r>
        <w:t xml:space="preserve"> has been coined to refer to these advanced AI capabilities that will sit at the core of both smart displays.</w:t>
      </w:r>
      <w:r/>
    </w:p>
    <w:p>
      <w:pPr>
        <w:pStyle w:val="Heading3"/>
      </w:pPr>
      <w:r>
        <w:rPr>
          <w:b/>
        </w:rPr>
        <w:t>Software and Functionality</w:t>
      </w:r>
      <w:r/>
    </w:p>
    <w:p>
      <w:r/>
      <w:r>
        <w:t>homeOS is being developed for seamless integration with Apple’s existing apps like Calendar, Notes, and Home, providing users with quick access to essential information and the ability to manage connected devices efficiently. This operating system is also being optimized to ensure intuitive control over home appliances, allowing users to make adjustments and monitor their home environment conveniently.</w:t>
      </w:r>
      <w:r/>
    </w:p>
    <w:p>
      <w:pPr>
        <w:pStyle w:val="Heading3"/>
      </w:pPr>
      <w:r>
        <w:rPr>
          <w:b/>
        </w:rPr>
        <w:t>Design and Engineering</w:t>
      </w:r>
      <w:r/>
    </w:p>
    <w:p>
      <w:r/>
      <w:r>
        <w:t>The J595 and J490 devices are reported to be the result of a collaboration between Apple’s AI and hardware engineering teams. During the prototype phase, several design concepts were explored, including magnetic mounts for wall attachment, emphasizing user convenience and versatile installation options.</w:t>
      </w:r>
      <w:r/>
    </w:p>
    <w:p>
      <w:pPr>
        <w:pStyle w:val="Heading3"/>
      </w:pPr>
      <w:r>
        <w:rPr>
          <w:b/>
        </w:rPr>
        <w:t>Pricing and Market Positioning</w:t>
      </w:r>
      <w:r/>
    </w:p>
    <w:p>
      <w:r/>
      <w:r>
        <w:t>While an official price has not been confirmed, the high-end device is speculated to be priced at around $1,000. This premium price point may be justified by the advanced silicon hardware required to support the comprehensive AI functionalities, along with a high-quality screen and audio components.</w:t>
      </w:r>
      <w:r/>
    </w:p>
    <w:p>
      <w:pPr>
        <w:pStyle w:val="Heading3"/>
      </w:pPr>
      <w:r>
        <w:rPr>
          <w:b/>
        </w:rPr>
        <w:t>Challenges Ahead</w:t>
      </w:r>
      <w:r/>
    </w:p>
    <w:p>
      <w:r/>
      <w:r>
        <w:t>Apple faces the strategic challenge of convincing smart home enthusiasts to opt for these new products over existing solutions that support the Matter protocol, an industry standard that enables interoperability among smart home devices. Apple's marketing narrative is likely to highlight the seamless integration within its ecosystem as a key selling point.</w:t>
      </w:r>
      <w:r/>
    </w:p>
    <w:p>
      <w:r/>
      <w:r>
        <w:t>With these new ventures into the smart home device market, Apple continues to push the boundaries of innovation, aiming to enhance and simplify the tech-driven home living experience. Further details and official announcements are expected as the launch date approaches, shedding more light on how these products will position themselves in an increasingly competitive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https://www.cepro.com/control/interfaces-devices/apple-could-release-new-smart-home-displays-os-next-year/</w:t>
        </w:r>
      </w:hyperlink>
      <w:r>
        <w:t xml:space="preserve"> - Corroborates the development of two new smart home devices, including a tabletop device with a robotic limb and a lower-end smart home display, and the introduction of homeOS.</w:t>
      </w:r>
      <w:r/>
    </w:p>
    <w:p>
      <w:pPr>
        <w:pStyle w:val="ListNumber"/>
        <w:spacing w:line="240" w:lineRule="auto"/>
        <w:ind w:left="720"/>
      </w:pPr>
      <w:r/>
      <w:hyperlink r:id="rId11">
        <w:r>
          <w:rPr>
            <w:color w:val="0000EE"/>
            <w:u w:val="single"/>
          </w:rPr>
          <w:t>https://www.techradar.com/home/smart-home/apple-s-rumored-apple-intelligence-powered-smart-displays-could-see-it-finally-crack-the-smart-home-market</w:t>
        </w:r>
      </w:hyperlink>
      <w:r>
        <w:t xml:space="preserve"> - Details the features of the two smart display products, including Apple Intelligence integration and the expected launch of the lower-end device next year.</w:t>
      </w:r>
      <w:r/>
    </w:p>
    <w:p>
      <w:pPr>
        <w:pStyle w:val="ListNumber"/>
        <w:spacing w:line="240" w:lineRule="auto"/>
        <w:ind w:left="720"/>
      </w:pPr>
      <w:r/>
      <w:hyperlink r:id="rId12">
        <w:r>
          <w:rPr>
            <w:color w:val="0000EE"/>
            <w:u w:val="single"/>
          </w:rPr>
          <w:t>https://www.androidauthority.com/apple-homepod-homeaccessory-rumors-3485794/</w:t>
        </w:r>
      </w:hyperlink>
      <w:r>
        <w:t xml:space="preserve"> - Provides information on the 'HomeAccessory' device, which combines features of the HomePod, iPad, and AI, and is expected to be released in early 2025.</w:t>
      </w:r>
      <w:r/>
    </w:p>
    <w:p>
      <w:pPr>
        <w:pStyle w:val="ListNumber"/>
        <w:spacing w:line="240" w:lineRule="auto"/>
        <w:ind w:left="720"/>
      </w:pPr>
      <w:r/>
      <w:hyperlink r:id="rId13">
        <w:r>
          <w:rPr>
            <w:color w:val="0000EE"/>
            <w:u w:val="single"/>
          </w:rPr>
          <w:t>https://tech.hindustantimes.com/tech/news/apples-next-big-bet-in-the-smart-home-category-could-be-an-ai-powered-magnetic-smart-display-71727673535821.html</w:t>
        </w:r>
      </w:hyperlink>
      <w:r>
        <w:t xml:space="preserve"> - Discusses the AI-powered magnetic smart display, its potential to run on homeOS, and its integration with Apple's ecosystem.</w:t>
      </w:r>
      <w:r/>
    </w:p>
    <w:p>
      <w:pPr>
        <w:pStyle w:val="ListNumber"/>
        <w:spacing w:line="240" w:lineRule="auto"/>
        <w:ind w:left="720"/>
      </w:pPr>
      <w:r/>
      <w:hyperlink r:id="rId14">
        <w:r>
          <w:rPr>
            <w:color w:val="0000EE"/>
            <w:u w:val="single"/>
          </w:rPr>
          <w:t>https://www.pymnts.com/apple/2024/report-apple-to-introduce-new-smart-home-device-in-spring/</w:t>
        </w:r>
      </w:hyperlink>
      <w:r>
        <w:t xml:space="preserve"> - Reports on the upcoming smart home device codenamed J490, its features including a square display and built-in camera, and the expected spring 2025 release.</w:t>
      </w:r>
      <w:r/>
    </w:p>
    <w:p>
      <w:pPr>
        <w:pStyle w:val="ListNumber"/>
        <w:spacing w:line="240" w:lineRule="auto"/>
        <w:ind w:left="720"/>
      </w:pPr>
      <w:r/>
      <w:hyperlink r:id="rId10">
        <w:r>
          <w:rPr>
            <w:color w:val="0000EE"/>
            <w:u w:val="single"/>
          </w:rPr>
          <w:t>https://www.cepro.com/control/interfaces-devices/apple-could-release-new-smart-home-displays-os-next-year/</w:t>
        </w:r>
      </w:hyperlink>
      <w:r>
        <w:t xml:space="preserve"> - Explains the collaboration between Apple’s AI and home device groups and the integration of Apple Intelligence in the new devices.</w:t>
      </w:r>
      <w:r/>
    </w:p>
    <w:p>
      <w:pPr>
        <w:pStyle w:val="ListNumber"/>
        <w:spacing w:line="240" w:lineRule="auto"/>
        <w:ind w:left="720"/>
      </w:pPr>
      <w:r/>
      <w:hyperlink r:id="rId11">
        <w:r>
          <w:rPr>
            <w:color w:val="0000EE"/>
            <w:u w:val="single"/>
          </w:rPr>
          <w:t>https://www.techradar.com/home/smart-home/apple-s-rumored-apple-intelligence-powered-smart-displays-could-see-it-finally-crack-the-smart-home-market</w:t>
        </w:r>
      </w:hyperlink>
      <w:r>
        <w:t xml:space="preserve"> - Details the homeOS operating system, its basis on tvOS, and the expectation that it will run on every Apple home device.</w:t>
      </w:r>
      <w:r/>
    </w:p>
    <w:p>
      <w:pPr>
        <w:pStyle w:val="ListNumber"/>
        <w:spacing w:line="240" w:lineRule="auto"/>
        <w:ind w:left="720"/>
      </w:pPr>
      <w:r/>
      <w:hyperlink r:id="rId13">
        <w:r>
          <w:rPr>
            <w:color w:val="0000EE"/>
            <w:u w:val="single"/>
          </w:rPr>
          <w:t>https://tech.hindustantimes.com/tech/news/apples-next-big-bet-in-the-smart-home-category-could-be-an-ai-powered-magnetic-smart-display-71727673535821.html</w:t>
        </w:r>
      </w:hyperlink>
      <w:r>
        <w:t xml:space="preserve"> - Describes the design and engineering aspects, including magnetic mounts for wall attachment and the device's ability to run apps like Calendar, Notes, and Home.</w:t>
      </w:r>
      <w:r/>
    </w:p>
    <w:p>
      <w:pPr>
        <w:pStyle w:val="ListNumber"/>
        <w:spacing w:line="240" w:lineRule="auto"/>
        <w:ind w:left="720"/>
      </w:pPr>
      <w:r/>
      <w:hyperlink r:id="rId14">
        <w:r>
          <w:rPr>
            <w:color w:val="0000EE"/>
            <w:u w:val="single"/>
          </w:rPr>
          <w:t>https://www.pymnts.com/apple/2024/report-apple-to-introduce-new-smart-home-device-in-spring/</w:t>
        </w:r>
      </w:hyperlink>
      <w:r>
        <w:t xml:space="preserve"> - Mentions the high-end device J595 with a robotic arm and its speculated price point of around $1,000, as well as the lower-end device J490.</w:t>
      </w:r>
      <w:r/>
    </w:p>
    <w:p>
      <w:pPr>
        <w:pStyle w:val="ListNumber"/>
        <w:spacing w:line="240" w:lineRule="auto"/>
        <w:ind w:left="720"/>
      </w:pPr>
      <w:r/>
      <w:hyperlink r:id="rId12">
        <w:r>
          <w:rPr>
            <w:color w:val="0000EE"/>
            <w:u w:val="single"/>
          </w:rPr>
          <w:t>https://www.androidauthority.com/apple-homepod-homeaccessory-rumors-3485794/</w:t>
        </w:r>
      </w:hyperlink>
      <w:r>
        <w:t xml:space="preserve"> - Discusses the built-in camera and its uses for video conferencing, hand gesture recognition, and user identification in the new smart home device.</w:t>
      </w:r>
      <w:r/>
    </w:p>
    <w:p>
      <w:pPr>
        <w:pStyle w:val="ListNumber"/>
        <w:spacing w:line="240" w:lineRule="auto"/>
        <w:ind w:left="720"/>
      </w:pPr>
      <w:r/>
      <w:hyperlink r:id="rId10">
        <w:r>
          <w:rPr>
            <w:color w:val="0000EE"/>
            <w:u w:val="single"/>
          </w:rPr>
          <w:t>https://www.cepro.com/control/interfaces-devices/apple-could-release-new-smart-home-displays-os-next-year/</w:t>
        </w:r>
      </w:hyperlink>
      <w:r>
        <w:t xml:space="preserve"> - Highlights the challenge Apple faces in convincing users to opt for these new products over existing solutions that support the Matter protocol.</w:t>
      </w:r>
      <w:r/>
    </w:p>
    <w:p>
      <w:pPr>
        <w:pStyle w:val="ListNumber"/>
        <w:spacing w:line="240" w:lineRule="auto"/>
        <w:ind w:left="720"/>
      </w:pPr>
      <w:r/>
      <w:hyperlink r:id="rId15">
        <w:r>
          <w:rPr>
            <w:color w:val="0000EE"/>
            <w:u w:val="single"/>
          </w:rPr>
          <w:t>https://www.digitaltrends.com/mobile/apple-smart-home-display-home-os-launch-apple-intelligence-report/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epro.com/control/interfaces-devices/apple-could-release-new-smart-home-displays-os-next-year/" TargetMode="External"/><Relationship Id="rId11" Type="http://schemas.openxmlformats.org/officeDocument/2006/relationships/hyperlink" Target="https://www.techradar.com/home/smart-home/apple-s-rumored-apple-intelligence-powered-smart-displays-could-see-it-finally-crack-the-smart-home-market" TargetMode="External"/><Relationship Id="rId12" Type="http://schemas.openxmlformats.org/officeDocument/2006/relationships/hyperlink" Target="https://www.androidauthority.com/apple-homepod-homeaccessory-rumors-3485794/" TargetMode="External"/><Relationship Id="rId13" Type="http://schemas.openxmlformats.org/officeDocument/2006/relationships/hyperlink" Target="https://tech.hindustantimes.com/tech/news/apples-next-big-bet-in-the-smart-home-category-could-be-an-ai-powered-magnetic-smart-display-71727673535821.html" TargetMode="External"/><Relationship Id="rId14" Type="http://schemas.openxmlformats.org/officeDocument/2006/relationships/hyperlink" Target="https://www.pymnts.com/apple/2024/report-apple-to-introduce-new-smart-home-device-in-spring/" TargetMode="External"/><Relationship Id="rId15" Type="http://schemas.openxmlformats.org/officeDocument/2006/relationships/hyperlink" Target="https://www.digitaltrends.com/mobile/apple-smart-home-display-home-os-launch-apple-intelligence-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