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revolutionising SEO through predictive analytics and optimisation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SEO through Predictive Analytics and Optimisation</w:t>
      </w:r>
      <w:r/>
    </w:p>
    <w:p>
      <w:r/>
      <w:r>
        <w:t>As the digital landscape continues to evolve, artificial intelligence (AI) emerges as an increasingly pivotal component for businesses aiming to optimise their online presence. Among the multitude of benefits AI brings to the field of Search Engine Optimisation (SEO), predictive analytics stands out as one of the most powerful tools. By meticulously analysing historical data and current trends, AI can forecast future search behaviour, effectively allowing businesses to stay ahead of the curve.</w:t>
      </w:r>
      <w:r/>
    </w:p>
    <w:p>
      <w:r/>
      <w:r>
        <w:rPr>
          <w:b/>
        </w:rPr>
        <w:t>Predictive Analytics in SEO</w:t>
      </w:r>
      <w:r/>
    </w:p>
    <w:p>
      <w:r/>
      <w:r>
        <w:t>Predictive analytics entails using past data and algorithms to predict future outcomes. For SEO specifically, this translates to identifying up-and-coming keywords, content topics, and search trends before they become mainstream. The foresight afforded by predictive analytics is invaluable for businesses, as it enables them to prepare and optimise their content and websites well in advance. Thus, businesses can publish relevant information that captures the interest of future potential searches, keeping their online presence robust and proactive.</w:t>
      </w:r>
      <w:r/>
    </w:p>
    <w:p>
      <w:r/>
      <w:r>
        <w:t>Additionally, AI can predict the potential impact of changes to a website, whether they be content-related or technical. Understanding these impacts before they occur allows for strategic planning and optimisation efforts that enhance a website’s SEO performance and visibility.</w:t>
      </w:r>
      <w:r/>
    </w:p>
    <w:p>
      <w:r/>
      <w:r>
        <w:rPr>
          <w:b/>
        </w:rPr>
        <w:t>Transforming SEO Practices</w:t>
      </w:r>
      <w:r/>
    </w:p>
    <w:p>
      <w:r/>
      <w:r>
        <w:t>AI's utility in the realm of SEO extends beyond predictive analytics. The technology is reshaping how businesses undertake their digital marketing efforts in numerous ways:</w:t>
      </w:r>
      <w:r/>
    </w:p>
    <w:p>
      <w:r/>
      <w:r>
        <w:t xml:space="preserve">1. </w:t>
      </w:r>
      <w:r>
        <w:rPr>
          <w:b/>
        </w:rPr>
        <w:t>Keyword Research</w:t>
      </w:r>
      <w:r>
        <w:t>: AI tools can efficiently identify the most relevant keywords by analysing competitor strategies and real-time data, providing accurate recommendations to improve search rankings.</w:t>
      </w:r>
      <w:r/>
    </w:p>
    <w:p>
      <w:r/>
      <w:r>
        <w:t xml:space="preserve">2. </w:t>
      </w:r>
      <w:r>
        <w:rPr>
          <w:b/>
        </w:rPr>
        <w:t>Content Optimisation</w:t>
      </w:r>
      <w:r>
        <w:t>: AI assists in crafting content that aligns with search engine algorithms and user intent, ensuring higher relevance and engagement.</w:t>
      </w:r>
      <w:r/>
    </w:p>
    <w:p>
      <w:r/>
      <w:r>
        <w:t xml:space="preserve">3. </w:t>
      </w:r>
      <w:r>
        <w:rPr>
          <w:b/>
        </w:rPr>
        <w:t>User Experience Improvement</w:t>
      </w:r>
      <w:r>
        <w:t>: By evaluating user behaviour, AI can highlight areas where user experience can be enhanced, leading to higher satisfaction and retention rates.</w:t>
      </w:r>
      <w:r/>
    </w:p>
    <w:p>
      <w:r/>
      <w:r>
        <w:t xml:space="preserve">4. </w:t>
      </w:r>
      <w:r>
        <w:rPr>
          <w:b/>
        </w:rPr>
        <w:t>Automation of Repetitive Tasks</w:t>
      </w:r>
      <w:r>
        <w:t>: Time-consuming tasks such as site audits and routine updates can be automated, freeing up resources for more strategic initiatives.</w:t>
      </w:r>
      <w:r/>
    </w:p>
    <w:p>
      <w:r/>
      <w:r>
        <w:rPr>
          <w:b/>
        </w:rPr>
        <w:t>Future Prospects</w:t>
      </w:r>
      <w:r/>
    </w:p>
    <w:p>
      <w:r/>
      <w:r>
        <w:t>With search engines continually evolving, the integration of AI into SEO strategies is not just advantageous but essential for businesses aiming for long-term success in the digital world. At the organisational level, adopting AI-powered SEO approaches enhances online presence, improves user experience, and aligns with emerging search trends, ensuring businesses remain competitive and relevant.</w:t>
      </w:r>
      <w:r/>
    </w:p>
    <w:p>
      <w:r/>
      <w:r>
        <w:t>In conclusion, AI-powered predictive analytics and optimisation represent a significant leap forward for digital marketing. Businesses that harness this technology are better positioned to anticipate changes in search behaviour, tailor their content accordingly, and maintain a strong, adaptable online presence. As AI continues to advance, its role in SEO is set to become even more integral, offering innovative solutions to complex challenges in the ever-changing digital marketing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https://www.interodigital.com/blog/predictive-ai-seo-tools-to-improve-marketing-analytics/</w:t>
        </w:r>
      </w:hyperlink>
      <w:r>
        <w:t xml:space="preserve"> - This article explains how predictive AI in SEO analyzes historical data and real-time trends to predict future search behavior, identify emerging keywords, and optimize content and website structure.</w:t>
      </w:r>
      <w:r/>
    </w:p>
    <w:p>
      <w:pPr>
        <w:pStyle w:val="ListNumber"/>
        <w:spacing w:line="240" w:lineRule="auto"/>
        <w:ind w:left="720"/>
      </w:pPr>
      <w:r/>
      <w:hyperlink r:id="rId11">
        <w:r>
          <w:rPr>
            <w:color w:val="0000EE"/>
            <w:u w:val="single"/>
          </w:rPr>
          <w:t>https://beomniscient.com/blog/predictive-analytics-seo/</w:t>
        </w:r>
      </w:hyperlink>
      <w:r>
        <w:t xml:space="preserve"> - It discusses predictive analytics in SEO, including using historical data, statistical algorithms, and machine learning to forecast market trends, user behavior, and search engine algorithm changes.</w:t>
      </w:r>
      <w:r/>
    </w:p>
    <w:p>
      <w:pPr>
        <w:pStyle w:val="ListNumber"/>
        <w:spacing w:line="240" w:lineRule="auto"/>
        <w:ind w:left="720"/>
      </w:pPr>
      <w:r/>
      <w:hyperlink r:id="rId12">
        <w:r>
          <w:rPr>
            <w:color w:val="0000EE"/>
            <w:u w:val="single"/>
          </w:rPr>
          <w:t>https://codiant.com/blog/evolution-of-seo-the-impact-of-ai-and-predictive-analytics/</w:t>
        </w:r>
      </w:hyperlink>
      <w:r>
        <w:t xml:space="preserve"> - This article highlights how AI and predictive analytics are transforming SEO by predicting future search trends, enhancing content relevance, and delivering personalized user experiences.</w:t>
      </w:r>
      <w:r/>
    </w:p>
    <w:p>
      <w:pPr>
        <w:pStyle w:val="ListNumber"/>
        <w:spacing w:line="240" w:lineRule="auto"/>
        <w:ind w:left="720"/>
      </w:pPr>
      <w:r/>
      <w:hyperlink r:id="rId13">
        <w:r>
          <w:rPr>
            <w:color w:val="0000EE"/>
            <w:u w:val="single"/>
          </w:rPr>
          <w:t>https://seovendor.co/how-to-leverage-ai-in-seo-for-data-insights-and-content-efficiency/</w:t>
        </w:r>
      </w:hyperlink>
      <w:r>
        <w:t xml:space="preserve"> - It details how AI in SEO helps in forecasting keyword popularity, optimizing content, and adapting to algorithm updates, thereby improving search engine rankings and user experience.</w:t>
      </w:r>
      <w:r/>
    </w:p>
    <w:p>
      <w:pPr>
        <w:pStyle w:val="ListNumber"/>
        <w:spacing w:line="240" w:lineRule="auto"/>
        <w:ind w:left="720"/>
      </w:pPr>
      <w:r/>
      <w:hyperlink r:id="rId14">
        <w:r>
          <w:rPr>
            <w:color w:val="0000EE"/>
            <w:u w:val="single"/>
          </w:rPr>
          <w:t>https://screpy.com/predictive-analytics-and-seo-a-perfect-match/</w:t>
        </w:r>
      </w:hyperlink>
      <w:r>
        <w:t xml:space="preserve"> - This article explains the role of predictive analytics in SEO, including predicting keyword performance, content impact, and user behavior, and how it enhances SEO strategies and user satisfaction.</w:t>
      </w:r>
      <w:r/>
    </w:p>
    <w:p>
      <w:pPr>
        <w:pStyle w:val="ListNumber"/>
        <w:spacing w:line="240" w:lineRule="auto"/>
        <w:ind w:left="720"/>
      </w:pPr>
      <w:r/>
      <w:hyperlink r:id="rId10">
        <w:r>
          <w:rPr>
            <w:color w:val="0000EE"/>
            <w:u w:val="single"/>
          </w:rPr>
          <w:t>https://www.interodigital.com/blog/predictive-ai-seo-tools-to-improve-marketing-analytics/</w:t>
        </w:r>
      </w:hyperlink>
      <w:r>
        <w:t xml:space="preserve"> - It discusses how AI can predict the potential impact of changes to a website, whether content-related or technical, allowing for strategic planning and optimization.</w:t>
      </w:r>
      <w:r/>
    </w:p>
    <w:p>
      <w:pPr>
        <w:pStyle w:val="ListNumber"/>
        <w:spacing w:line="240" w:lineRule="auto"/>
        <w:ind w:left="720"/>
      </w:pPr>
      <w:r/>
      <w:hyperlink r:id="rId11">
        <w:r>
          <w:rPr>
            <w:color w:val="0000EE"/>
            <w:u w:val="single"/>
          </w:rPr>
          <w:t>https://beomniscient.com/blog/predictive-analytics-seo/</w:t>
        </w:r>
      </w:hyperlink>
      <w:r>
        <w:t xml:space="preserve"> - The article mentions the use of AI tools for keyword research, content optimization, and competitive analysis, which are crucial for improving search rankings and online visibility.</w:t>
      </w:r>
      <w:r/>
    </w:p>
    <w:p>
      <w:pPr>
        <w:pStyle w:val="ListNumber"/>
        <w:spacing w:line="240" w:lineRule="auto"/>
        <w:ind w:left="720"/>
      </w:pPr>
      <w:r/>
      <w:hyperlink r:id="rId12">
        <w:r>
          <w:rPr>
            <w:color w:val="0000EE"/>
            <w:u w:val="single"/>
          </w:rPr>
          <w:t>https://codiant.com/blog/evolution-of-seo-the-impact-of-ai-and-predictive-analytics/</w:t>
        </w:r>
      </w:hyperlink>
      <w:r>
        <w:t xml:space="preserve"> - It explains how AI assists in crafting content that aligns with search engine algorithms and user intent, ensuring higher relevance and engagement.</w:t>
      </w:r>
      <w:r/>
    </w:p>
    <w:p>
      <w:pPr>
        <w:pStyle w:val="ListNumber"/>
        <w:spacing w:line="240" w:lineRule="auto"/>
        <w:ind w:left="720"/>
      </w:pPr>
      <w:r/>
      <w:hyperlink r:id="rId13">
        <w:r>
          <w:rPr>
            <w:color w:val="0000EE"/>
            <w:u w:val="single"/>
          </w:rPr>
          <w:t>https://seovendor.co/how-to-leverage-ai-in-seo-for-data-insights-and-content-efficiency/</w:t>
        </w:r>
      </w:hyperlink>
      <w:r>
        <w:t xml:space="preserve"> - The article highlights the automation of repetitive tasks such as site audits and routine updates, freeing up resources for more strategic initiatives in SEO.</w:t>
      </w:r>
      <w:r/>
    </w:p>
    <w:p>
      <w:pPr>
        <w:pStyle w:val="ListNumber"/>
        <w:spacing w:line="240" w:lineRule="auto"/>
        <w:ind w:left="720"/>
      </w:pPr>
      <w:r/>
      <w:hyperlink r:id="rId14">
        <w:r>
          <w:rPr>
            <w:color w:val="0000EE"/>
            <w:u w:val="single"/>
          </w:rPr>
          <w:t>https://screpy.com/predictive-analytics-and-seo-a-perfect-match/</w:t>
        </w:r>
      </w:hyperlink>
      <w:r>
        <w:t xml:space="preserve"> - It provides examples of how predictive analytics enhances user experience by evaluating user behavior and highlighting areas for improvement.</w:t>
      </w:r>
      <w:r/>
    </w:p>
    <w:p>
      <w:pPr>
        <w:pStyle w:val="ListNumber"/>
        <w:spacing w:line="240" w:lineRule="auto"/>
        <w:ind w:left="720"/>
      </w:pPr>
      <w:r/>
      <w:hyperlink r:id="rId12">
        <w:r>
          <w:rPr>
            <w:color w:val="0000EE"/>
            <w:u w:val="single"/>
          </w:rPr>
          <w:t>https://codiant.com/blog/evolution-of-seo-the-impact-of-ai-and-predictive-analytics/</w:t>
        </w:r>
      </w:hyperlink>
      <w:r>
        <w:t xml:space="preserve"> - The article emphasizes the future prospects of AI in SEO, including its essential role in maintaining a strong and adaptable online presence in a continually evolving digital landscape.</w:t>
      </w:r>
      <w:r/>
    </w:p>
    <w:p>
      <w:pPr>
        <w:pStyle w:val="ListNumber"/>
        <w:spacing w:line="240" w:lineRule="auto"/>
        <w:ind w:left="720"/>
      </w:pPr>
      <w:r/>
      <w:hyperlink r:id="rId15">
        <w:r>
          <w:rPr>
            <w:color w:val="0000EE"/>
            <w:u w:val="single"/>
          </w:rPr>
          <w:t>https://www.analyticsinsight.net/artificial-intelligence/the-power-of-ai-in-optimizing-seo-for-business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rodigital.com/blog/predictive-ai-seo-tools-to-improve-marketing-analytics/" TargetMode="External"/><Relationship Id="rId11" Type="http://schemas.openxmlformats.org/officeDocument/2006/relationships/hyperlink" Target="https://beomniscient.com/blog/predictive-analytics-seo/" TargetMode="External"/><Relationship Id="rId12" Type="http://schemas.openxmlformats.org/officeDocument/2006/relationships/hyperlink" Target="https://codiant.com/blog/evolution-of-seo-the-impact-of-ai-and-predictive-analytics/" TargetMode="External"/><Relationship Id="rId13" Type="http://schemas.openxmlformats.org/officeDocument/2006/relationships/hyperlink" Target="https://seovendor.co/how-to-leverage-ai-in-seo-for-data-insights-and-content-efficiency/" TargetMode="External"/><Relationship Id="rId14" Type="http://schemas.openxmlformats.org/officeDocument/2006/relationships/hyperlink" Target="https://screpy.com/predictive-analytics-and-seo-a-perfect-match/" TargetMode="External"/><Relationship Id="rId15" Type="http://schemas.openxmlformats.org/officeDocument/2006/relationships/hyperlink" Target="https://www.analyticsinsight.net/artificial-intelligence/the-power-of-ai-in-optimizing-seo-fo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