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ASUS unveils Zenbook S14: showcasing Intel's latest efficient performance chip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ASUS Unveils Zenbook S14: Showcasing Intel's Latest Efficient Performance Chip</w:t>
      </w:r>
      <w:r/>
    </w:p>
    <w:p>
      <w:r/>
      <w:r>
        <w:rPr>
          <w:b/>
        </w:rPr>
        <w:t>Tech Innovation Arrives with Intel's New "Lunar Lake" Processor</w:t>
      </w:r>
      <w:r/>
    </w:p>
    <w:p>
      <w:r/>
      <w:r>
        <w:t>ASUS has introduced its newest ultraportable laptop, the Zenbook S14, marking an advancement in portable computing technology. The Zenbook S14 is among the first to incorporate Intel's latest Core Ultra 7 258V processor, part of the "Lunar Lake" lineup, noted for its efficiency and mid-range performance within the series. This launch offers significant improvements in battery life while balancing performance capacities across various tasks.</w:t>
      </w:r>
      <w:r/>
    </w:p>
    <w:p>
      <w:r/>
      <w:r>
        <w:rPr>
          <w:b/>
        </w:rPr>
        <w:t>A Deeper Look into the Specs and Performance</w:t>
      </w:r>
      <w:r/>
    </w:p>
    <w:p>
      <w:r/>
      <w:r>
        <w:t>The Zenbook S14 has made a significant impact in terms of battery longevity. In testing, the laptop demonstrated an impressive battery life of 16 hours and eight minutes on the PCMark 10 battery benchmark. This surpasses the 12 hours and 47 minutes achieved by the Zenbook S16, which uses AMD’s new Ryzen AI 9 365 chip. Such performance places the Zenbook S14 close to the 17 hours and 45 minutes attained by Dell’s XPS 13 Copilot+, powered by Qualcomm’s Snapdragon X Elite processor.</w:t>
      </w:r>
      <w:r/>
    </w:p>
    <w:p>
      <w:r/>
      <w:r>
        <w:t>However, the high efficiency comes with certain trade-offs. The new chip’s raw performance in benchmarks showed limited improvement over Intel’s previous generation Core Ultra series. In multithreaded tasks, AMD’s Ryzen AI outperformed Intel’s offering in several tests. Nevertheless, benchmarks are only part of the story, and the overall user experience remained consistently responsive.</w:t>
      </w:r>
      <w:r/>
    </w:p>
    <w:p>
      <w:r/>
      <w:r>
        <w:rPr>
          <w:b/>
        </w:rPr>
        <w:t>Design and Build Quality</w:t>
      </w:r>
      <w:r/>
    </w:p>
    <w:p>
      <w:r/>
      <w:r>
        <w:t>The Zenbook S14 introduces a modern aesthetic with fresh design elements. Moving away from its predecessors, which many criticized for their dated look, the new design features a unique material termed "Ceraluminum" – a hybrid of ceramic and aluminum. This combination delivers a premium feel while ensuring improved durability. The laptop consists of a solid metal body, supplemented by a geometric grille above the keyboard, housing 2,715 cooling vents to enhance airflow and mitigate dust accumulation.</w:t>
      </w:r>
      <w:r/>
    </w:p>
    <w:p>
      <w:r/>
      <w:r>
        <w:t>Its 14-inch 3K "Lumina" OLED display stands out, boasting a vibrant and bright screen with a 120Hz refresh rate and peak brightness of 500 nits. While the bezels are an improvement over older models, they do not yet rival those of Dell’s InfinityEdge screens. Regardless, the OLED display promises exceptional colour depth and dark black levels.</w:t>
      </w:r>
      <w:r/>
    </w:p>
    <w:p>
      <w:r/>
      <w:r>
        <w:rPr>
          <w:b/>
        </w:rPr>
        <w:t>User Experience and Functionality</w:t>
      </w:r>
      <w:r/>
    </w:p>
    <w:p>
      <w:r/>
      <w:r>
        <w:t>In practical use, the Zenbook S14’s Core Ultra 7 258V chip provides a swift and efficient experience, particularly impressive during the Windows setup and typical multitasking scenarios. Moving between applications like Spotify, Slack, and Evernote remained seamless, devoid of the usual lags associated with bloatware-laden systems.</w:t>
      </w:r>
      <w:r/>
    </w:p>
    <w:p>
      <w:r/>
      <w:r>
        <w:t>However, not all aspects meet high expectations. The laptop’s audio system, while functional, lacks depth and detail at higher volumes. The webcam, integrated for Windows Hello login, offers 1080p resolution but appears grainier compared to competitors like Dell’s XPS series and Apple’s MacBook Air.</w:t>
      </w:r>
      <w:r/>
    </w:p>
    <w:p>
      <w:r/>
      <w:r>
        <w:t>The keyboard also falls short, offering minimal tactile feedback, which continues to be a point of critique for ASUS’s designs. Conversely, the large and responsive trackpad is a notable improvement, featuring useful gesture controls and intuitive adjustments for settings such as volume.</w:t>
      </w:r>
      <w:r/>
    </w:p>
    <w:p>
      <w:r/>
      <w:r>
        <w:rPr>
          <w:b/>
        </w:rPr>
        <w:t>AI Capabilities and Future Prospects</w:t>
      </w:r>
      <w:r/>
    </w:p>
    <w:p>
      <w:r/>
      <w:r>
        <w:t>A significant highlight of the Zenbook S14 is its upgraded NPU (Neural Processing Unit), boasting up to 47 TOPS (trillions of operations per second) of AI performance. This is a marked increase from previous Intel chips and comparable with AMD’s latest. The NPU’s enhanced capabilities should enable more efficient handling of AI-intensive tasks, albeit the current scarcity of software leveraging local NPUs limits immediate benefits.</w:t>
      </w:r>
      <w:r/>
    </w:p>
    <w:p>
      <w:r/>
      <w:r>
        <w:t>Intel's latest Arc 140V GPU also shows promise, enabling playable frame rates for games like Halo Infinite at lower settings — a remarkable feat for integrated graphics.</w:t>
      </w:r>
      <w:r/>
    </w:p>
    <w:p>
      <w:r/>
      <w:r>
        <w:rPr>
          <w:b/>
        </w:rPr>
        <w:t>Pricing and Market Positioning</w:t>
      </w:r>
      <w:r/>
    </w:p>
    <w:p>
      <w:r/>
      <w:r>
        <w:t>The ASUS Zenbook S14 is competitively priced, starting at $1,500, but currently discounted to $1,400 at Best Buy. This price point includes a Core Ultra 7 chip, 16GB of RAM, and a 1TB SSD, offering substantial value compared to similar models like the Dell XPS 13 Copilot+ and Apple's MacBook Air, especially considering the latter’s higher cost and lower screen refresh rate.</w:t>
      </w:r>
      <w:r/>
    </w:p>
    <w:p>
      <w:r/>
      <w:r>
        <w:rPr>
          <w:b/>
        </w:rPr>
        <w:t>Conclusion</w:t>
      </w:r>
      <w:r/>
    </w:p>
    <w:p>
      <w:r/>
      <w:r>
        <w:t>The Zenbook S14 signifies a milestone for ASUS and Intel, emphasising efficiency with longer battery life without drastically sacrificing performance. Its innovative design elements and excellent display further solidify its standing. While there are areas for improvement, particularly in keyboard feedback and audio quality, the Zenbook S14 remains an attractive and formidable option in the ultraportable laptop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https://www.asus.com/us/news/hsf6lme4rcnfy3ve/</w:t>
        </w:r>
      </w:hyperlink>
      <w:r>
        <w:t xml:space="preserve"> - Corroborates the introduction of the ASUS Zenbook S 14 with Intel's Core Ultra 7 258V processor and its availability in the United States.</w:t>
      </w:r>
      <w:r/>
    </w:p>
    <w:p>
      <w:pPr>
        <w:pStyle w:val="ListNumber"/>
        <w:spacing w:line="240" w:lineRule="auto"/>
        <w:ind w:left="720"/>
      </w:pPr>
      <w:r/>
      <w:hyperlink r:id="rId11">
        <w:r>
          <w:rPr>
            <w:color w:val="0000EE"/>
            <w:u w:val="single"/>
          </w:rPr>
          <w:t>https://www.cnet.com/tech/computing/asus-zenbook-s-14-review-a-finely-crafted-home-for-new-intel-ai-pc-chips/</w:t>
        </w:r>
      </w:hyperlink>
      <w:r>
        <w:t xml:space="preserve"> - Supports the information on the Zenbook S 14's performance, including its benchmarks and comparison with other laptops.</w:t>
      </w:r>
      <w:r/>
    </w:p>
    <w:p>
      <w:pPr>
        <w:pStyle w:val="ListNumber"/>
        <w:spacing w:line="240" w:lineRule="auto"/>
        <w:ind w:left="720"/>
      </w:pPr>
      <w:r/>
      <w:hyperlink r:id="rId11">
        <w:r>
          <w:rPr>
            <w:color w:val="0000EE"/>
            <w:u w:val="single"/>
          </w:rPr>
          <w:t>https://www.cnet.com/tech/computing/asus-zenbook-s-14-review-a-finely-crafted-home-for-new-intel-ai-pc-chips/</w:t>
        </w:r>
      </w:hyperlink>
      <w:r>
        <w:t xml:space="preserve"> - Details the lack of hyperthreading in the Core Ultra 7 258V and its impact on multi-core performance.</w:t>
      </w:r>
      <w:r/>
    </w:p>
    <w:p>
      <w:pPr>
        <w:pStyle w:val="ListNumber"/>
        <w:spacing w:line="240" w:lineRule="auto"/>
        <w:ind w:left="720"/>
      </w:pPr>
      <w:r/>
      <w:hyperlink r:id="rId12">
        <w:r>
          <w:rPr>
            <w:color w:val="0000EE"/>
            <w:u w:val="single"/>
          </w:rPr>
          <w:t>https://www.engadget.com/computing/laptops/asus-zenbook-s14-review-a-showpiece-for-intels-lunar-lake-ai-pc-chips-171642261.html</w:t>
        </w:r>
      </w:hyperlink>
      <w:r>
        <w:t xml:space="preserve"> - Confirms the battery life of 16 hours and eight minutes on the PCMark 10 battery benchmark and compares it to other laptops.</w:t>
      </w:r>
      <w:r/>
    </w:p>
    <w:p>
      <w:pPr>
        <w:pStyle w:val="ListNumber"/>
        <w:spacing w:line="240" w:lineRule="auto"/>
        <w:ind w:left="720"/>
      </w:pPr>
      <w:r/>
      <w:hyperlink r:id="rId12">
        <w:r>
          <w:rPr>
            <w:color w:val="0000EE"/>
            <w:u w:val="single"/>
          </w:rPr>
          <w:t>https://www.engadget.com/computing/laptops/asus-zenbook-s14-review-a-showpiece-for-intels-lunar-lake-ai-pc-chips-171642261.html</w:t>
        </w:r>
      </w:hyperlink>
      <w:r>
        <w:t xml:space="preserve"> - Describes the user experience, including the responsiveness during Windows setup and multitasking, and the limitations of the keyboard.</w:t>
      </w:r>
      <w:r/>
    </w:p>
    <w:p>
      <w:pPr>
        <w:pStyle w:val="ListNumber"/>
        <w:spacing w:line="240" w:lineRule="auto"/>
        <w:ind w:left="720"/>
      </w:pPr>
      <w:r/>
      <w:hyperlink r:id="rId10">
        <w:r>
          <w:rPr>
            <w:color w:val="0000EE"/>
            <w:u w:val="single"/>
          </w:rPr>
          <w:t>https://www.asus.com/us/news/hsf6lme4rcnfy3ve/</w:t>
        </w:r>
      </w:hyperlink>
      <w:r>
        <w:t xml:space="preserve"> - Explains the new design elements, including the use of 'Ceraluminum' and the geometric grille for cooling.</w:t>
      </w:r>
      <w:r/>
    </w:p>
    <w:p>
      <w:pPr>
        <w:pStyle w:val="ListNumber"/>
        <w:spacing w:line="240" w:lineRule="auto"/>
        <w:ind w:left="720"/>
      </w:pPr>
      <w:r/>
      <w:hyperlink r:id="rId13">
        <w:r>
          <w:rPr>
            <w:color w:val="0000EE"/>
            <w:u w:val="single"/>
          </w:rPr>
          <w:t>https://www.tomshardware.com/laptops/asus-zenbook-s14-review-lunar-lake-ultra-7-258v</w:t>
        </w:r>
      </w:hyperlink>
      <w:r>
        <w:t xml:space="preserve"> - Details the specifications of the Zenbook S 14, including the 14-inch 3K OLED display and the Intel Arc 140V GPU.</w:t>
      </w:r>
      <w:r/>
    </w:p>
    <w:p>
      <w:pPr>
        <w:pStyle w:val="ListNumber"/>
        <w:spacing w:line="240" w:lineRule="auto"/>
        <w:ind w:left="720"/>
      </w:pPr>
      <w:r/>
      <w:hyperlink r:id="rId13">
        <w:r>
          <w:rPr>
            <w:color w:val="0000EE"/>
            <w:u w:val="single"/>
          </w:rPr>
          <w:t>https://www.tomshardware.com/laptops/asus-zenbook-s14-review-lunar-lake-ultra-7-258v</w:t>
        </w:r>
      </w:hyperlink>
      <w:r>
        <w:t xml:space="preserve"> - Discusses the NPU capabilities, with up to 47 TOPS of AI performance, and the integrated GPU's gaming performance.</w:t>
      </w:r>
      <w:r/>
    </w:p>
    <w:p>
      <w:pPr>
        <w:pStyle w:val="ListNumber"/>
        <w:spacing w:line="240" w:lineRule="auto"/>
        <w:ind w:left="720"/>
      </w:pPr>
      <w:r/>
      <w:hyperlink r:id="rId12">
        <w:r>
          <w:rPr>
            <w:color w:val="0000EE"/>
            <w:u w:val="single"/>
          </w:rPr>
          <w:t>https://www.engadget.com/computing/laptops/asus-zenbook-s14-review-a-showpiece-for-intels-lunar-lake-ai-pc-chips-171642261.html</w:t>
        </w:r>
      </w:hyperlink>
      <w:r>
        <w:t xml:space="preserve"> - Provides pricing information, starting at $1,500 but discounted to $1,400 at Best Buy, and compares it to other models.</w:t>
      </w:r>
      <w:r/>
    </w:p>
    <w:p>
      <w:pPr>
        <w:pStyle w:val="ListNumber"/>
        <w:spacing w:line="240" w:lineRule="auto"/>
        <w:ind w:left="720"/>
      </w:pPr>
      <w:r/>
      <w:hyperlink r:id="rId11">
        <w:r>
          <w:rPr>
            <w:color w:val="0000EE"/>
            <w:u w:val="single"/>
          </w:rPr>
          <w:t>https://www.cnet.com/tech/computing/asus-zenbook-s-14-review-a-finely-crafted-home-for-new-intel-ai-pc-chips/</w:t>
        </w:r>
      </w:hyperlink>
      <w:r>
        <w:t xml:space="preserve"> - Highlights the trade-offs in raw performance and multi-core tasks compared to previous Intel Core Ultra series and AMD's Ryzen AI.</w:t>
      </w:r>
      <w:r/>
    </w:p>
    <w:p>
      <w:pPr>
        <w:pStyle w:val="ListNumber"/>
        <w:spacing w:line="240" w:lineRule="auto"/>
        <w:ind w:left="720"/>
      </w:pPr>
      <w:r/>
      <w:hyperlink r:id="rId13">
        <w:r>
          <w:rPr>
            <w:color w:val="0000EE"/>
            <w:u w:val="single"/>
          </w:rPr>
          <w:t>https://www.tomshardware.com/laptops/asus-zenbook-s14-review-lunar-lake-ultra-7-258v</w:t>
        </w:r>
      </w:hyperlink>
      <w:r>
        <w:t xml:space="preserve"> - Mentions the limitations in areas such as keyboard feedback and audio quality despite the overall positive user experience.</w:t>
      </w:r>
      <w:r/>
    </w:p>
    <w:p>
      <w:pPr>
        <w:pStyle w:val="ListNumber"/>
        <w:spacing w:line="240" w:lineRule="auto"/>
        <w:ind w:left="720"/>
      </w:pPr>
      <w:r/>
      <w:hyperlink r:id="rId14">
        <w:r>
          <w:rPr>
            <w:color w:val="0000EE"/>
            <w:u w:val="single"/>
          </w:rPr>
          <w:t>https://www.engadget.com/computing/laptops/asus-zenbook-s14-review-a-showpiece-for-intels-lunar-lake-ai-pc-chips-171642261.html?src=rss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sus.com/us/news/hsf6lme4rcnfy3ve/" TargetMode="External"/><Relationship Id="rId11" Type="http://schemas.openxmlformats.org/officeDocument/2006/relationships/hyperlink" Target="https://www.cnet.com/tech/computing/asus-zenbook-s-14-review-a-finely-crafted-home-for-new-intel-ai-pc-chips/" TargetMode="External"/><Relationship Id="rId12" Type="http://schemas.openxmlformats.org/officeDocument/2006/relationships/hyperlink" Target="https://www.engadget.com/computing/laptops/asus-zenbook-s14-review-a-showpiece-for-intels-lunar-lake-ai-pc-chips-171642261.html" TargetMode="External"/><Relationship Id="rId13" Type="http://schemas.openxmlformats.org/officeDocument/2006/relationships/hyperlink" Target="https://www.tomshardware.com/laptops/asus-zenbook-s14-review-lunar-lake-ultra-7-258v" TargetMode="External"/><Relationship Id="rId14" Type="http://schemas.openxmlformats.org/officeDocument/2006/relationships/hyperlink" Target="https://www.engadget.com/computing/laptops/asus-zenbook-s14-review-a-showpiece-for-intels-lunar-lake-ai-pc-chips-171642261.html?src=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