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Common misconceptions around ChatGPT generating Ethereum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Common Misconceptions Around ChatGPT Generating Ethereum: Understanding the AI's Capabilities</w:t>
      </w:r>
      <w:r/>
    </w:p>
    <w:p>
      <w:r/>
      <w:r>
        <w:t>In the evolving landscape of technology and digital currencies, it is essential to dispel misconceptions to harness the full potential of innovative tools. Recently, there has been a widespread misunderstanding regarding the capabilities of ChatGPT, specifically the idea that this AI model can generate Ethereum. This belief is incorrect and stems from a confusion about what ChatGPT is designed to do and its practical applications.</w:t>
      </w:r>
      <w:r/>
    </w:p>
    <w:p>
      <w:r/>
      <w:r>
        <w:rPr>
          <w:b/>
        </w:rPr>
        <w:t>What is ChatGPT?</w:t>
      </w:r>
      <w:r/>
    </w:p>
    <w:p>
      <w:r/>
      <w:r>
        <w:t>ChatGPT, developed by OpenAI, is an advanced artificial intelligence model primarily designed to generate text-based responses. It excels at engaging in conversations, providing information, and assisting with a wide array of text-related tasks. However, its functionalities do not extend to creating or mining cryptocurrencies such as Ethereum.</w:t>
      </w:r>
      <w:r/>
    </w:p>
    <w:p>
      <w:r/>
      <w:r>
        <w:rPr>
          <w:b/>
        </w:rPr>
        <w:t>Understanding Ethereum and Its Generation</w:t>
      </w:r>
      <w:r/>
    </w:p>
    <w:p>
      <w:r/>
      <w:r>
        <w:t>Ethereum, a decentralized platform that enables smart contracts and decentralized applications (DApps) to run without any downtime, fraud, control, or interference from a third party, requires specific computational processes to generate. Producing Ethereum involves either mining, which harnesses substantial computational power to solve complex cryptographic puzzles, or through staking in Ethereum 2.0, where users validate transactions and blocks in exchange for rewards. Both methods necessitate dedicated hardware and software setups.</w:t>
      </w:r>
      <w:r/>
    </w:p>
    <w:p>
      <w:r/>
      <w:r>
        <w:rPr>
          <w:b/>
        </w:rPr>
        <w:t>How Can ChatGPT Support Within the Ethereum Ecosystem?</w:t>
      </w:r>
      <w:r/>
    </w:p>
    <w:p>
      <w:r/>
      <w:r>
        <w:t>While ChatGPT cannot directly produce Ethereum, its capabilities are still invaluable within the Ethereum ecosystem. Here are several ways it can provide support:</w:t>
      </w:r>
      <w:r/>
    </w:p>
    <w:p>
      <w:r/>
      <w:r>
        <w:t xml:space="preserve">1. </w:t>
      </w:r>
      <w:r>
        <w:rPr>
          <w:b/>
        </w:rPr>
        <w:t>Guidance on Setting Up Smart Contracts:</w:t>
      </w:r>
      <w:r>
        <w:t>ChatGPT can offer step-by-step guidance on how to create and deploy smart contracts on the Ethereum blockchain. It can explain coding standards, common practices, and tools needed, such as Solidity, Remix IDE, and Truffle.</w:t>
      </w:r>
      <w:r/>
    </w:p>
    <w:p>
      <w:r/>
      <w:r>
        <w:t xml:space="preserve">2. </w:t>
      </w:r>
      <w:r>
        <w:rPr>
          <w:b/>
        </w:rPr>
        <w:t>Development Environment Assistance:</w:t>
      </w:r>
      <w:r>
        <w:t>It can help users set up their development environment by recommending necessary software and configurations. For instance, ChatGPT can guide users on installing Node.js, configuring MetaMask, or using frameworks like Hardhat and Brownie.</w:t>
      </w:r>
      <w:r/>
    </w:p>
    <w:p>
      <w:r/>
      <w:r>
        <w:t xml:space="preserve">3. </w:t>
      </w:r>
      <w:r>
        <w:rPr>
          <w:b/>
        </w:rPr>
        <w:t>Educational Insights:</w:t>
      </w:r>
      <w:r>
        <w:t>ChatGPT is a valuable resource for learning about blockchain technologies, explaining concepts such as gas fees, DApps, ERC-20 tokens, and more. It can help both beginners and experienced developers understand the intricacies of Ethereum.</w:t>
      </w:r>
      <w:r/>
    </w:p>
    <w:p>
      <w:r/>
      <w:r>
        <w:t xml:space="preserve">4. </w:t>
      </w:r>
      <w:r>
        <w:rPr>
          <w:b/>
        </w:rPr>
        <w:t>Problem Solving and Troubleshooting:</w:t>
      </w:r>
      <w:r>
        <w:t>Developers facing issues with their smart contracts or blockchain projects can turn to ChatGPT for troubleshooting tips. The AI can suggest solutions to common errors, optimizations, and debugging practices.</w:t>
      </w:r>
      <w:r/>
    </w:p>
    <w:p>
      <w:r/>
      <w:r>
        <w:rPr>
          <w:b/>
        </w:rPr>
        <w:t>Final Thoughts</w:t>
      </w:r>
      <w:r/>
    </w:p>
    <w:p>
      <w:r/>
      <w:r>
        <w:t>While ChatGPT is a powerful conversational agent and a robust assistant in navigating the complex Ethereum landscape, it is crucial to recognize its limitations. Generating Ethereum is a task that requires specific hardware and software capabilities beyond the scope of text-based AI models. By understanding what ChatGPT can and cannot do, users can better leverage its strengths in supporting their Ethereum-related projects and benefiting from the expansive world of digital currencies.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https://www.analyticsinsight.net/chatgpt/can-you-generate-ethereum-with-chatgpt</w:t>
        </w:r>
      </w:hyperlink>
      <w:r>
        <w:t xml:space="preserve"> - This article explains that ChatGPT cannot generate or mine Ethereum, but it can provide guidance on setting up smart contracts, development environments, and offer educational insights on Ethereum.</w:t>
      </w:r>
      <w:r/>
    </w:p>
    <w:p>
      <w:pPr>
        <w:pStyle w:val="ListNumber"/>
        <w:spacing w:line="240" w:lineRule="auto"/>
        <w:ind w:left="720"/>
      </w:pPr>
      <w:r/>
      <w:hyperlink r:id="rId10">
        <w:r>
          <w:rPr>
            <w:color w:val="0000EE"/>
            <w:u w:val="single"/>
          </w:rPr>
          <w:t>https://www.analyticsinsight.net/chatgpt/can-you-generate-ethereum-with-chatgpt</w:t>
        </w:r>
      </w:hyperlink>
      <w:r>
        <w:t xml:space="preserve"> - It clarifies that generating Ethereum involves mining or staking, which require hardware or staking capital, and that ChatGPT cannot interact directly with the Ethereum blockchain.</w:t>
      </w:r>
      <w:r/>
    </w:p>
    <w:p>
      <w:pPr>
        <w:pStyle w:val="ListNumber"/>
        <w:spacing w:line="240" w:lineRule="auto"/>
        <w:ind w:left="720"/>
      </w:pPr>
      <w:r/>
      <w:hyperlink r:id="rId10">
        <w:r>
          <w:rPr>
            <w:color w:val="0000EE"/>
            <w:u w:val="single"/>
          </w:rPr>
          <w:t>https://www.analyticsinsight.net/chatgpt/can-you-generate-ethereum-with-chatgpt</w:t>
        </w:r>
      </w:hyperlink>
      <w:r>
        <w:t xml:space="preserve"> - The article highlights ChatGPT's role in assisting with smart contract debugging, strategic planning, and understanding Ethereum-specific concepts like gas fees and token standards.</w:t>
      </w:r>
      <w:r/>
    </w:p>
    <w:p>
      <w:pPr>
        <w:pStyle w:val="ListNumber"/>
        <w:spacing w:line="240" w:lineRule="auto"/>
        <w:ind w:left="720"/>
      </w:pPr>
      <w:r/>
      <w:hyperlink r:id="rId11">
        <w:r>
          <w:rPr>
            <w:color w:val="0000EE"/>
            <w:u w:val="single"/>
          </w:rPr>
          <w:t>https://blockchain.news/news/vitalik-buterin-discusses-making-ethereum-eth-alignment-clearer</w:t>
        </w:r>
      </w:hyperlink>
      <w:r>
        <w:t xml:space="preserve"> - This article discusses the broader Ethereum ecosystem and the importance of alignment within it, which is relevant to understanding the context in which ChatGPT can be useful.</w:t>
      </w:r>
      <w:r/>
    </w:p>
    <w:p>
      <w:pPr>
        <w:pStyle w:val="ListNumber"/>
        <w:spacing w:line="240" w:lineRule="auto"/>
        <w:ind w:left="720"/>
      </w:pPr>
      <w:r/>
      <w:hyperlink r:id="rId11">
        <w:r>
          <w:rPr>
            <w:color w:val="0000EE"/>
            <w:u w:val="single"/>
          </w:rPr>
          <w:t>https://blockchain.news/news/vitalik-buterin-discusses-making-ethereum-eth-alignment-clearer</w:t>
        </w:r>
      </w:hyperlink>
      <w:r>
        <w:t xml:space="preserve"> - It explains the need for open source, open standards, decentralization, and security in Ethereum projects, which aligns with the educational support ChatGPT can offer.</w:t>
      </w:r>
      <w:r/>
    </w:p>
    <w:p>
      <w:pPr>
        <w:pStyle w:val="ListNumber"/>
        <w:spacing w:line="240" w:lineRule="auto"/>
        <w:ind w:left="720"/>
      </w:pPr>
      <w:r/>
      <w:hyperlink r:id="rId12">
        <w:r>
          <w:rPr>
            <w:color w:val="0000EE"/>
            <w:u w:val="single"/>
          </w:rPr>
          <w:t>https://arxiv.org/pdf/2309.05520.pdf</w:t>
        </w:r>
      </w:hyperlink>
      <w:r>
        <w:t xml:space="preserve"> - This paper discusses ChatGPT's capabilities and limitations in detecting smart contract vulnerabilities, which is another aspect of how ChatGPT can support Ethereum development.</w:t>
      </w:r>
      <w:r/>
    </w:p>
    <w:p>
      <w:pPr>
        <w:pStyle w:val="ListNumber"/>
        <w:spacing w:line="240" w:lineRule="auto"/>
        <w:ind w:left="720"/>
      </w:pPr>
      <w:r/>
      <w:hyperlink r:id="rId12">
        <w:r>
          <w:rPr>
            <w:color w:val="0000EE"/>
            <w:u w:val="single"/>
          </w:rPr>
          <w:t>https://arxiv.org/pdf/2309.05520.pdf</w:t>
        </w:r>
      </w:hyperlink>
      <w:r>
        <w:t xml:space="preserve"> - It highlights the precision and recall rates of ChatGPT in identifying vulnerabilities and compares its performance with other detection tools.</w:t>
      </w:r>
      <w:r/>
    </w:p>
    <w:p>
      <w:pPr>
        <w:pStyle w:val="ListNumber"/>
        <w:spacing w:line="240" w:lineRule="auto"/>
        <w:ind w:left="720"/>
      </w:pPr>
      <w:r/>
      <w:hyperlink r:id="rId10">
        <w:r>
          <w:rPr>
            <w:color w:val="0000EE"/>
            <w:u w:val="single"/>
          </w:rPr>
          <w:t>https://www.analyticsinsight.net/chatgpt/can-you-generate-ethereum-with-chatgpt</w:t>
        </w:r>
      </w:hyperlink>
      <w:r>
        <w:t xml:space="preserve"> - The article emphasizes that ChatGPT cannot execute transactions or interact with wallets like MetaMask, reinforcing its limitations in direct blockchain interactions.</w:t>
      </w:r>
      <w:r/>
    </w:p>
    <w:p>
      <w:pPr>
        <w:pStyle w:val="ListNumber"/>
        <w:spacing w:line="240" w:lineRule="auto"/>
        <w:ind w:left="720"/>
      </w:pPr>
      <w:r/>
      <w:hyperlink r:id="rId13">
        <w:r>
          <w:rPr>
            <w:color w:val="0000EE"/>
            <w:u w:val="single"/>
          </w:rPr>
          <w:t>https://ethresear.ch/t/decentralized-and-verifiable-cloud-service-on-ethereum/20292</w:t>
        </w:r>
      </w:hyperlink>
      <w:r>
        <w:t xml:space="preserve"> - This proposal for a decentralized cloud service on Ethereum illustrates how AI and blockchain can integrate, though it does not involve ChatGPT generating Ethereum.</w:t>
      </w:r>
      <w:r/>
    </w:p>
    <w:p>
      <w:pPr>
        <w:pStyle w:val="ListNumber"/>
        <w:spacing w:line="240" w:lineRule="auto"/>
        <w:ind w:left="720"/>
      </w:pPr>
      <w:r/>
      <w:hyperlink r:id="rId10">
        <w:r>
          <w:rPr>
            <w:color w:val="0000EE"/>
            <w:u w:val="single"/>
          </w:rPr>
          <w:t>https://www.analyticsinsight.net/chatgpt/can-you-generate-ethereum-with-chatgpt</w:t>
        </w:r>
      </w:hyperlink>
      <w:r>
        <w:t xml:space="preserve"> - The article concludes that while ChatGPT is a valuable tool for Ethereum developers, it is not a replacement for the hardware and software needed to generate Ethereum.</w:t>
      </w:r>
      <w:r/>
    </w:p>
    <w:p>
      <w:pPr>
        <w:pStyle w:val="ListNumber"/>
        <w:spacing w:line="240" w:lineRule="auto"/>
        <w:ind w:left="720"/>
      </w:pPr>
      <w:r/>
      <w:hyperlink r:id="rId14">
        <w:r>
          <w:rPr>
            <w:color w:val="0000EE"/>
            <w:u w:val="single"/>
          </w:rPr>
          <w:t>https://www.reddit.com/r/ethereum/comments/11zhe5c/will_eth_be_the_currency_of_choice_for_the_coming/</w:t>
        </w:r>
      </w:hyperlink>
      <w:r>
        <w:t xml:space="preserve"> - This discussion on Reddit touches on the broader context of Ethereum and AI, though it does not directly address ChatGPT's capabilities but highlights the importance of cost and decentralization in Ethereum's use.</w:t>
      </w:r>
      <w:r/>
    </w:p>
    <w:p>
      <w:pPr>
        <w:pStyle w:val="ListNumber"/>
        <w:spacing w:line="240" w:lineRule="auto"/>
        <w:ind w:left="720"/>
      </w:pPr>
      <w:r/>
      <w:hyperlink r:id="rId10">
        <w:r>
          <w:rPr>
            <w:color w:val="0000EE"/>
            <w:u w:val="single"/>
          </w:rPr>
          <w:t>https://www.analyticsinsight.net/chatgpt/can-you-generate-ethereum-with-chatgpt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alyticsinsight.net/chatgpt/can-you-generate-ethereum-with-chatgpt" TargetMode="External"/><Relationship Id="rId11" Type="http://schemas.openxmlformats.org/officeDocument/2006/relationships/hyperlink" Target="https://blockchain.news/news/vitalik-buterin-discusses-making-ethereum-eth-alignment-clearer" TargetMode="External"/><Relationship Id="rId12" Type="http://schemas.openxmlformats.org/officeDocument/2006/relationships/hyperlink" Target="https://arxiv.org/pdf/2309.05520.pdf" TargetMode="External"/><Relationship Id="rId13" Type="http://schemas.openxmlformats.org/officeDocument/2006/relationships/hyperlink" Target="https://ethresear.ch/t/decentralized-and-verifiable-cloud-service-on-ethereum/20292" TargetMode="External"/><Relationship Id="rId14" Type="http://schemas.openxmlformats.org/officeDocument/2006/relationships/hyperlink" Target="https://www.reddit.com/r/ethereum/comments/11zhe5c/will_eth_be_the_currency_of_choice_for_the_com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