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Competitive landscape shifts as Meta unveils AI-powered wearables at Meta Connect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Competitive Landscape Shifts as Meta Unveils AI-Powered Wearables at Meta Connect 2024</w:t>
      </w:r>
      <w:r/>
    </w:p>
    <w:p>
      <w:r/>
      <w:r>
        <w:rPr>
          <w:b/>
        </w:rPr>
        <w:t>Silicon Valley, USA</w:t>
      </w:r>
      <w:r>
        <w:t xml:space="preserve"> - Meta has set the tech world abuzz with its latest announcements at Meta Connect 2024, showcasing a new wave of AI-driven wearable technology. Central to this suite of innovations are the upgraded Ray-Ban Meta Smart Glasses and the forthcoming Orion smart glasses, both of which promise to reshape user interactions with the digital and physical realms. This move places Meta at the forefront of the burgeoning smart wearables market, igniting speculation about how its main competitor, Apple, will respond.</w:t>
      </w:r>
      <w:r/>
    </w:p>
    <w:p>
      <w:r/>
      <w:r>
        <w:rPr>
          <w:b/>
        </w:rPr>
        <w:t>Meta's Wearable Innovations</w:t>
      </w:r>
      <w:r>
        <w:t>At the heart of Meta's announcements is the enhanced Ray-Ban Meta Smart Glasses. These glasses represent a significant leap in wearable tech, integrating features such as photo capture, live video streaming, and hands-free access to a plethora of services. The device is orchestrated through voice commands and powered by the Meta AI assistant, which can process requests conversationally, enhancing user convenience and interaction.</w:t>
      </w:r>
      <w:r/>
    </w:p>
    <w:p>
      <w:r/>
      <w:r>
        <w:t>However, the spotlight was stolen by the preview of the Orion smart glasses, which go a step further by incorporating augmented reality (AR). The Orion glasses aim to blend digital content seamlessly with the physical world through a sophisticated holographic display. This innovative approach promises a more immersive experience, enabling users to interact with digital elements as if they were part of their real-world surroundings.</w:t>
      </w:r>
      <w:r/>
    </w:p>
    <w:p>
      <w:r/>
      <w:r>
        <w:rPr>
          <w:b/>
        </w:rPr>
        <w:t>Apple's Rumoured Response</w:t>
      </w:r>
      <w:r>
        <w:t>In the wake of Meta's announcements, attention has turned to Apple and its potential counter-moves in the wearable tech arena. Rumours suggest that Apple might integrate advanced hardware and AI capabilities into the next-generation AirPods Pro, rather than following Meta's lead with smart glasses. The anticipated Apple AirPods Pro are speculated to feature infrared cameras and AI functionalities designed for contextual awareness. These enhancements could improve navigation, fitness tracking, and gesture control, augmenting the user experience without capturing visual media directly from the ears.</w:t>
      </w:r>
      <w:r/>
    </w:p>
    <w:p>
      <w:r/>
      <w:r>
        <w:t>Moreover, the integration of these AI features with Apple's Vision Pro headset could offer a more accurate spatial audio experience, adjusting sound according to head movements and environmental context. This synergy within Apple's ecosystem could present a compelling alternative to Meta's visually oriented smart glasses.</w:t>
      </w:r>
      <w:r/>
    </w:p>
    <w:p>
      <w:r/>
      <w:r>
        <w:rPr>
          <w:b/>
        </w:rPr>
        <w:t>Divergent Approaches, Shared Vision</w:t>
      </w:r>
      <w:r>
        <w:t>The divergent strategies of Meta and Apple highlight contrasting philosophies in the wearable tech market. Meta's Ray-Ban and Orion smart glasses emphasise capturing and sharing visual experiences, providing users with dynamic ways to interact with their environment. In contrast, Apple's approach with the prospective AI-enhanced AirPods Pro and Vision Pro headset seems geared towards augmenting environmental awareness and enhancing passive AI interactions.</w:t>
      </w:r>
      <w:r/>
    </w:p>
    <w:p>
      <w:r/>
      <w:r>
        <w:t>While Meta's Orion glasses present a lightweight, everyday wearable solution with a sleek design using magnesium and silicon carbide materials, Apple's Vision Pro headset offers a more robust, albeit bulkier, immersive experience through "passthrough" technology that projects the user's surroundings onto internal screens. Each approach has its merits, potentially catering to different segments of the market based on user preferences and needs.</w:t>
      </w:r>
      <w:r/>
    </w:p>
    <w:p>
      <w:r/>
      <w:r>
        <w:rPr>
          <w:b/>
        </w:rPr>
        <w:t>The Road Ahead</w:t>
      </w:r>
      <w:r>
        <w:t>As these tech giants vie for dominance in the wearable tech landscape, the competition is likely to spur further innovation and advancements. Meta's integration of AI and AR into everyday eyewear sets a high bar, while Apple's rumoured plans for AI-integrated AirPods could redefine how users interact with digital assistants and their environment.</w:t>
      </w:r>
      <w:r/>
    </w:p>
    <w:p>
      <w:r/>
      <w:r>
        <w:t>With Meta's tangible advancements in smart glasses and Apple's anticipated moves in AI-enhanced audio wearables, the battle lines are drawn. The next few months will be critical, as consumers and industry watchers alike await further developments in this evolving saga of technological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https://www.zdnet.com/article/meta-takes-some-big-ai-swings-at-meta-connect-2024/</w:t>
        </w:r>
      </w:hyperlink>
      <w:r>
        <w:t xml:space="preserve"> - Corroborates the enhancements to Ray-Ban Meta Smart Glasses, including photo capture, live video streaming, and hands-free access through voice commands powered by Meta AI.</w:t>
      </w:r>
      <w:r/>
    </w:p>
    <w:p>
      <w:pPr>
        <w:pStyle w:val="ListNumber"/>
        <w:spacing w:line="240" w:lineRule="auto"/>
        <w:ind w:left="720"/>
      </w:pPr>
      <w:r/>
      <w:hyperlink r:id="rId10">
        <w:r>
          <w:rPr>
            <w:color w:val="0000EE"/>
            <w:u w:val="single"/>
          </w:rPr>
          <w:t>https://www.zdnet.com/article/meta-takes-some-big-ai-swings-at-meta-connect-2024/</w:t>
        </w:r>
      </w:hyperlink>
      <w:r>
        <w:t xml:space="preserve"> - Supports the announcement of the Orion smart glasses with augmented reality capabilities and holographic display.</w:t>
      </w:r>
      <w:r/>
    </w:p>
    <w:p>
      <w:pPr>
        <w:pStyle w:val="ListNumber"/>
        <w:spacing w:line="240" w:lineRule="auto"/>
        <w:ind w:left="720"/>
      </w:pPr>
      <w:r/>
      <w:hyperlink r:id="rId11">
        <w:r>
          <w:rPr>
            <w:color w:val="0000EE"/>
            <w:u w:val="single"/>
          </w:rPr>
          <w:t>https://www.forbes.com/sites/esatdedezade/2024/09/26/the-biggest-announcements-from-meta-connect-2024-prototype-ar-glasses-quest-3s-and-ai/</w:t>
        </w:r>
      </w:hyperlink>
      <w:r>
        <w:t xml:space="preserve"> - Details the features of the Orion smart glasses, including their holographic projections and potential to blend digital content with the physical world.</w:t>
      </w:r>
      <w:r/>
    </w:p>
    <w:p>
      <w:pPr>
        <w:pStyle w:val="ListNumber"/>
        <w:spacing w:line="240" w:lineRule="auto"/>
        <w:ind w:left="720"/>
      </w:pPr>
      <w:r/>
      <w:hyperlink r:id="rId11">
        <w:r>
          <w:rPr>
            <w:color w:val="0000EE"/>
            <w:u w:val="single"/>
          </w:rPr>
          <w:t>https://www.forbes.com/sites/esatdedezade/2024/09/26/the-biggest-announcements-from-meta-connect-2024-prototype-ar-glasses-quest-3s-and-ai/</w:t>
        </w:r>
      </w:hyperlink>
      <w:r>
        <w:t xml:space="preserve"> - Explains the integration of AI and AR in Meta's wearable tech, including real-time translation and video dubbing features.</w:t>
      </w:r>
      <w:r/>
    </w:p>
    <w:p>
      <w:pPr>
        <w:pStyle w:val="ListNumber"/>
        <w:spacing w:line="240" w:lineRule="auto"/>
        <w:ind w:left="720"/>
      </w:pPr>
      <w:r/>
      <w:hyperlink r:id="rId12">
        <w:r>
          <w:rPr>
            <w:color w:val="0000EE"/>
            <w:u w:val="single"/>
          </w:rPr>
          <w:t>https://www.linezero.com/blog/meta-connect-2024-summary</w:t>
        </w:r>
      </w:hyperlink>
      <w:r>
        <w:t xml:space="preserve"> - Describes the advancements in Ray-Ban Meta Smart Glasses, such as real-time AI video processing, reminders, and integration with music streaming apps.</w:t>
      </w:r>
      <w:r/>
    </w:p>
    <w:p>
      <w:pPr>
        <w:pStyle w:val="ListNumber"/>
        <w:spacing w:line="240" w:lineRule="auto"/>
        <w:ind w:left="720"/>
      </w:pPr>
      <w:r/>
      <w:hyperlink r:id="rId12">
        <w:r>
          <w:rPr>
            <w:color w:val="0000EE"/>
            <w:u w:val="single"/>
          </w:rPr>
          <w:t>https://www.linezero.com/blog/meta-connect-2024-summary</w:t>
        </w:r>
      </w:hyperlink>
      <w:r>
        <w:t xml:space="preserve"> - Provides details on the Orion smart glasses, their design, and the goal of creating AR glasses that blend into daily life seamlessly.</w:t>
      </w:r>
      <w:r/>
    </w:p>
    <w:p>
      <w:pPr>
        <w:pStyle w:val="ListNumber"/>
        <w:spacing w:line="240" w:lineRule="auto"/>
        <w:ind w:left="720"/>
      </w:pPr>
      <w:r/>
      <w:hyperlink r:id="rId13">
        <w:r>
          <w:rPr>
            <w:color w:val="0000EE"/>
            <w:u w:val="single"/>
          </w:rPr>
          <w:t>https://techcrunch.com/2024/09/26/meta-connect-2024-orion-glasses-quest-3s-headset-meta-ai-upgrades-ray-ban-meta-real-time-video-and-more-revealed/</w:t>
        </w:r>
      </w:hyperlink>
      <w:r>
        <w:t xml:space="preserve"> - Supports the announcement of the Orion smart glasses as the future of Meta’s AR efforts, including their light weight and neural interface capabilities.</w:t>
      </w:r>
      <w:r/>
    </w:p>
    <w:p>
      <w:pPr>
        <w:pStyle w:val="ListNumber"/>
        <w:spacing w:line="240" w:lineRule="auto"/>
        <w:ind w:left="720"/>
      </w:pPr>
      <w:r/>
      <w:hyperlink r:id="rId13">
        <w:r>
          <w:rPr>
            <w:color w:val="0000EE"/>
            <w:u w:val="single"/>
          </w:rPr>
          <w:t>https://techcrunch.com/2024/09/26/meta-connect-2024-orion-glasses-quest-3s-headset-meta-ai-upgrades-ray-ban-meta-real-time-video-and-more-revealed/</w:t>
        </w:r>
      </w:hyperlink>
      <w:r>
        <w:t xml:space="preserve"> - Details the enhancements to Ray-Ban Meta Smart Glasses, including real-time AI video processing and live language translation.</w:t>
      </w:r>
      <w:r/>
    </w:p>
    <w:p>
      <w:pPr>
        <w:pStyle w:val="ListNumber"/>
        <w:spacing w:line="240" w:lineRule="auto"/>
        <w:ind w:left="720"/>
      </w:pPr>
      <w:r/>
      <w:hyperlink r:id="rId10">
        <w:r>
          <w:rPr>
            <w:color w:val="0000EE"/>
            <w:u w:val="single"/>
          </w:rPr>
          <w:t>https://www.zdnet.com/article/meta-takes-some-big-ai-swings-at-meta-connect-2024/</w:t>
        </w:r>
      </w:hyperlink>
      <w:r>
        <w:t xml:space="preserve"> - Explains the voice interaction capabilities of Meta AI, including celebrity voice options and hands-free access through various apps.</w:t>
      </w:r>
      <w:r/>
    </w:p>
    <w:p>
      <w:pPr>
        <w:pStyle w:val="ListNumber"/>
        <w:spacing w:line="240" w:lineRule="auto"/>
        <w:ind w:left="720"/>
      </w:pPr>
      <w:r/>
      <w:hyperlink r:id="rId11">
        <w:r>
          <w:rPr>
            <w:color w:val="0000EE"/>
            <w:u w:val="single"/>
          </w:rPr>
          <w:t>https://www.forbes.com/sites/esatdedezade/2024/09/26/the-biggest-announcements-from-meta-connect-2024-prototype-ar-glasses-quest-3s-and-ai/</w:t>
        </w:r>
      </w:hyperlink>
      <w:r>
        <w:t xml:space="preserve"> - Discusses the contrast between Meta's visually oriented smart glasses and Apple's potential approach with AI-enhanced AirPods Pro and Vision Pro headset.</w:t>
      </w:r>
      <w:r/>
    </w:p>
    <w:p>
      <w:pPr>
        <w:pStyle w:val="ListNumber"/>
        <w:spacing w:line="240" w:lineRule="auto"/>
        <w:ind w:left="720"/>
      </w:pPr>
      <w:r/>
      <w:hyperlink r:id="rId12">
        <w:r>
          <w:rPr>
            <w:color w:val="0000EE"/>
            <w:u w:val="single"/>
          </w:rPr>
          <w:t>https://www.linezero.com/blog/meta-connect-2024-summary</w:t>
        </w:r>
      </w:hyperlink>
      <w:r>
        <w:t xml:space="preserve"> - Highlights the competitive landscape and the different approaches of Meta and Apple in the wearable tech market, focusing on user interaction and environmental awareness.</w:t>
      </w:r>
      <w:r/>
    </w:p>
    <w:p>
      <w:pPr>
        <w:pStyle w:val="ListNumber"/>
        <w:spacing w:line="240" w:lineRule="auto"/>
        <w:ind w:left="720"/>
      </w:pPr>
      <w:r/>
      <w:hyperlink r:id="rId14">
        <w:r>
          <w:rPr>
            <w:color w:val="0000EE"/>
            <w:u w:val="single"/>
          </w:rPr>
          <w:t>https://www.techradar.com/computing/artificial-intelligence/can-apple-beat-metas-smart-glasses-by-adding-cameras-and-ai-to-airpods-pro</w:t>
        </w:r>
      </w:hyperlink>
      <w:r>
        <w:t xml:space="preserve"> - Please view link - unable to able to access data</w:t>
      </w:r>
      <w:r/>
    </w:p>
    <w:p>
      <w:pPr>
        <w:pStyle w:val="ListNumber"/>
        <w:spacing w:line="240" w:lineRule="auto"/>
        <w:ind w:left="720"/>
      </w:pPr>
      <w:r/>
      <w:hyperlink r:id="rId15">
        <w:r>
          <w:rPr>
            <w:color w:val="0000EE"/>
            <w:u w:val="single"/>
          </w:rPr>
          <w:t>https://www.analyticsinsight.net/tech-news/apples-vision-pro-vs-metas-orion-ar-glasses-a-comparison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meta-takes-some-big-ai-swings-at-meta-connect-2024/" TargetMode="External"/><Relationship Id="rId11" Type="http://schemas.openxmlformats.org/officeDocument/2006/relationships/hyperlink" Target="https://www.forbes.com/sites/esatdedezade/2024/09/26/the-biggest-announcements-from-meta-connect-2024-prototype-ar-glasses-quest-3s-and-ai/" TargetMode="External"/><Relationship Id="rId12" Type="http://schemas.openxmlformats.org/officeDocument/2006/relationships/hyperlink" Target="https://www.linezero.com/blog/meta-connect-2024-summary" TargetMode="External"/><Relationship Id="rId13" Type="http://schemas.openxmlformats.org/officeDocument/2006/relationships/hyperlink" Target="https://techcrunch.com/2024/09/26/meta-connect-2024-orion-glasses-quest-3s-headset-meta-ai-upgrades-ray-ban-meta-real-time-video-and-more-revealed/" TargetMode="External"/><Relationship Id="rId14" Type="http://schemas.openxmlformats.org/officeDocument/2006/relationships/hyperlink" Target="https://www.techradar.com/computing/artificial-intelligence/can-apple-beat-metas-smart-glasses-by-adding-cameras-and-ai-to-airpods-pro" TargetMode="External"/><Relationship Id="rId15" Type="http://schemas.openxmlformats.org/officeDocument/2006/relationships/hyperlink" Target="https://www.analyticsinsight.net/tech-news/apples-vision-pro-vs-metas-orion-ar-glasses-a-comparis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