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Controversy erupts over PearAI’s launch and licensing issues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Controversy Erupts Over PearAI’s Launch and Licensing Issues</w:t>
      </w:r>
      <w:r/>
    </w:p>
    <w:p>
      <w:r/>
      <w:r>
        <w:t>A newly-launched startup, PearAI, has ignited a storm of controversy within the tech community. The startup, incubated by Y Combinator (YC), introduced its AI coding editor with an X post thread and an accompanying YouTube video on Saturday. The founder, Duke Pan, soon found himself embroiled in a licensing debacle that has sparked significant backlash, both for PearAI and YC.</w:t>
      </w:r>
      <w:r/>
    </w:p>
    <w:p>
      <w:r/>
      <w:r>
        <w:t xml:space="preserve">PearAI’s AI coding editor is a direct clone of an already existing AI editor called Continue, which operates under the Apache open source license. The controversy arose when PearAI initially imposed its own fabricated closed license, dubbed the Pear Enterprise License. Duke Pan admitted that this license was not only made up but also hastily written by ChatGPT. This move was highly problematic in the open source community, which values transparency, collaboration, and respect for licensing. </w:t>
      </w:r>
      <w:r/>
    </w:p>
    <w:p>
      <w:r/>
      <w:r>
        <w:t xml:space="preserve">On Monday, Pan issued an apology, acknowledging the violation and announcing that PearAI would now follow the Apache open source license, bringing it in line with Continue's licensing terms. Despite this correction, the damage was already done, as the announcement thread had gone viral, attracting thousands of comments. While some responses were congratulatory, many were critical, condemning PearAI for its lack of originality and transparency. </w:t>
      </w:r>
      <w:r/>
    </w:p>
    <w:p>
      <w:r/>
      <w:r>
        <w:t>The controversy intensified as X, a social media platform, appended a community note to the launch thread, clarifying that PearAI was a fork of Continue. The note also accused PearAI of misleading people by replacing all references to 'Continue' with 'PearAI.' Although this note was later removed for being inaccurate—given that PearAI had mentioned in its documentation that it was a clone—the criticism persisted.</w:t>
      </w:r>
      <w:r/>
    </w:p>
    <w:p>
      <w:r/>
      <w:r>
        <w:t>Pan further admitted the missteps in a detailed apology. He confessed that PearAI and its co-founder Nang Ang failed to clearly communicate that PearAI was a derivative of Continue and the original project used by Continue, VS Code. Pan admitted that their public announcements appeared to claim credit for others’ work.</w:t>
      </w:r>
      <w:r/>
    </w:p>
    <w:p>
      <w:r/>
      <w:r>
        <w:t>As the criticism mounted, Continue responded with a subtle but pointed remark about the ethics of open-source projects. They highlighted the importance of trust, respect for contributions, licenses, and intellectual property in the open source movement, indirectly addressing the PearAI issue.</w:t>
      </w:r>
      <w:r/>
    </w:p>
    <w:p>
      <w:r/>
      <w:r>
        <w:t>YC’s CEO, Garry Tan, also weighed in to defend PearAI. He tweeted that the backlash was unwarranted given that the project's open-source nature was aligned with the Apache license ethos. However, critics pointed out that PearAI’s adherence to the Apache license came only after the public outcry.</w:t>
      </w:r>
      <w:r/>
    </w:p>
    <w:p>
      <w:r/>
      <w:r>
        <w:t>Further criticism surrounded Pan's announcement that he had left a lucrative $270,000 job at Coinbase to pursue the startup, which many felt lacked originality. This was compounded by the fact that YC has already funded two other AI code editors, Void and Melty, further fuelling the debate over PearAI’s value and originality.</w:t>
      </w:r>
      <w:r/>
    </w:p>
    <w:p>
      <w:r/>
      <w:r>
        <w:t>Furthermore, scrutiny turned to YC’s selection process. Commentators argued that the acceptance of PearAI underscored a failure in diligence and oversight. Some described it as indicative of YC's declining standards, prioritising quantity over quality as it plans to double its cohorts from two per year to four.</w:t>
      </w:r>
      <w:r/>
    </w:p>
    <w:p>
      <w:r/>
      <w:r>
        <w:t>This incident has not only put PearAI under the microscope but also raised questions about venture capitalists’ eagerness to fund AI startups without robust validation processes. The situation paints a broader picture of the growing fervour to invest in AI, sometimes at the expense of thorough due diligence.</w:t>
      </w:r>
      <w:r/>
    </w:p>
    <w:p>
      <w:r/>
      <w:r>
        <w:t>Garry Tan and PearAI did not provide further comments in light of the ongoing discussions. As the tech community continues to deliberate the implications, PearAI and YC’s trajectories will be closely watched.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https://www.aibase.com/news/12163</w:t>
        </w:r>
      </w:hyperlink>
      <w:r>
        <w:t xml:space="preserve"> - Corroborates that PearAI's AI coding editor is a clone of Continue, the initial use of a proprietary closed-source license, and the subsequent switch to the Apache open-source license under public pressure.</w:t>
      </w:r>
      <w:r/>
    </w:p>
    <w:p>
      <w:pPr>
        <w:pStyle w:val="ListNumber"/>
        <w:spacing w:line="240" w:lineRule="auto"/>
        <w:ind w:left="720"/>
      </w:pPr>
      <w:r/>
      <w:hyperlink r:id="rId11">
        <w:r>
          <w:rPr>
            <w:color w:val="0000EE"/>
            <w:u w:val="single"/>
          </w:rPr>
          <w:t>https://protos.com/former-coinbase-employee-accused-of-stealing-code-for-pearai/</w:t>
        </w:r>
      </w:hyperlink>
      <w:r>
        <w:t xml:space="preserve"> - Details the accusations of code theft and illegal relicensing, and Duke Pan's admission of using ChatGPT to generate the Pear Enterprise License.</w:t>
      </w:r>
      <w:r/>
    </w:p>
    <w:p>
      <w:pPr>
        <w:pStyle w:val="ListNumber"/>
        <w:spacing w:line="240" w:lineRule="auto"/>
        <w:ind w:left="720"/>
      </w:pPr>
      <w:r/>
      <w:hyperlink r:id="rId12">
        <w:r>
          <w:rPr>
            <w:color w:val="0000EE"/>
            <w:u w:val="single"/>
          </w:rPr>
          <w:t>https://techcrunch.com/2024/09/30/y-combinator-is-being-criticized-after-it-backed-an-ai-startup-that-admits-it-basically-cloned-another-ai-startup/</w:t>
        </w:r>
      </w:hyperlink>
      <w:r>
        <w:t xml:space="preserve"> - Provides information on the controversy surrounding PearAI's launch, the licensing issues, and the criticism faced by Y Combinator for backing the startup.</w:t>
      </w:r>
      <w:r/>
    </w:p>
    <w:p>
      <w:pPr>
        <w:pStyle w:val="ListNumber"/>
        <w:spacing w:line="240" w:lineRule="auto"/>
        <w:ind w:left="720"/>
      </w:pPr>
      <w:r/>
      <w:hyperlink r:id="rId13">
        <w:r>
          <w:rPr>
            <w:color w:val="0000EE"/>
            <w:u w:val="single"/>
          </w:rPr>
          <w:t>https://crazy-unicorns.com/neuron-news/7898/y-combinator-is-being-criticized-after-it-backed-an-ai-startup-that-admits-it-basically-cloned-another-ai-startup-/</w:t>
        </w:r>
      </w:hyperlink>
      <w:r>
        <w:t xml:space="preserve"> - Supports the claims about PearAI's actions violating open-source principles, the ethical and legal ramifications, and the community's reaction.</w:t>
      </w:r>
      <w:r/>
    </w:p>
    <w:p>
      <w:pPr>
        <w:pStyle w:val="ListNumber"/>
        <w:spacing w:line="240" w:lineRule="auto"/>
        <w:ind w:left="720"/>
      </w:pPr>
      <w:r/>
      <w:hyperlink r:id="rId14">
        <w:r>
          <w:rPr>
            <w:color w:val="0000EE"/>
            <w:u w:val="single"/>
          </w:rPr>
          <w:t>https://thenorthlines.com/accusations-fly-as-yc-backed-startup-admits-to-basically-copying-another-ai-project/</w:t>
        </w:r>
      </w:hyperlink>
      <w:r>
        <w:t xml:space="preserve"> - Explains the violation of open-source principles, the community note on X, and the persistent criticism despite the correction to the Apache license.</w:t>
      </w:r>
      <w:r/>
    </w:p>
    <w:p>
      <w:pPr>
        <w:pStyle w:val="ListNumber"/>
        <w:spacing w:line="240" w:lineRule="auto"/>
        <w:ind w:left="720"/>
      </w:pPr>
      <w:r/>
      <w:hyperlink r:id="rId10">
        <w:r>
          <w:rPr>
            <w:color w:val="0000EE"/>
            <w:u w:val="single"/>
          </w:rPr>
          <w:t>https://www.aibase.com/news/12163</w:t>
        </w:r>
      </w:hyperlink>
      <w:r>
        <w:t xml:space="preserve"> - Details the community's reaction, including the thousands of comments on the launch thread and the criticism of PearAI's lack of originality and transparency.</w:t>
      </w:r>
      <w:r/>
    </w:p>
    <w:p>
      <w:pPr>
        <w:pStyle w:val="ListNumber"/>
        <w:spacing w:line="240" w:lineRule="auto"/>
        <w:ind w:left="720"/>
      </w:pPr>
      <w:r/>
      <w:hyperlink r:id="rId11">
        <w:r>
          <w:rPr>
            <w:color w:val="0000EE"/>
            <w:u w:val="single"/>
          </w:rPr>
          <w:t>https://protos.com/former-coinbase-employee-accused-of-stealing-code-for-pearai/</w:t>
        </w:r>
      </w:hyperlink>
      <w:r>
        <w:t xml:space="preserve"> - Corroborates Duke Pan's admission of missteps and his apology regarding the lack of clear communication about PearAI being a derivative of Continue and VS Code.</w:t>
      </w:r>
      <w:r/>
    </w:p>
    <w:p>
      <w:pPr>
        <w:pStyle w:val="ListNumber"/>
        <w:spacing w:line="240" w:lineRule="auto"/>
        <w:ind w:left="720"/>
      </w:pPr>
      <w:r/>
      <w:hyperlink r:id="rId12">
        <w:r>
          <w:rPr>
            <w:color w:val="0000EE"/>
            <w:u w:val="single"/>
          </w:rPr>
          <w:t>https://techcrunch.com/2024/09/30/y-combinator-is-being-criticized-after-it-backed-an-ai-startup-that-admits-it-basically-cloned-another-ai-startup/</w:t>
        </w:r>
      </w:hyperlink>
      <w:r>
        <w:t xml:space="preserve"> - Supports the response from Continue about the ethics of open-source projects and the importance of trust, respect for contributions, licenses, and intellectual property.</w:t>
      </w:r>
      <w:r/>
    </w:p>
    <w:p>
      <w:pPr>
        <w:pStyle w:val="ListNumber"/>
        <w:spacing w:line="240" w:lineRule="auto"/>
        <w:ind w:left="720"/>
      </w:pPr>
      <w:r/>
      <w:hyperlink r:id="rId13">
        <w:r>
          <w:rPr>
            <w:color w:val="0000EE"/>
            <w:u w:val="single"/>
          </w:rPr>
          <w:t>https://crazy-unicorns.com/neuron-news/7898/y-combinator-is-being-criticized-after-it-backed-an-ai-startup-that-admits-it-basically-cloned-another-ai-startup-/</w:t>
        </w:r>
      </w:hyperlink>
      <w:r>
        <w:t xml:space="preserve"> - Details Garry Tan's defense of PearAI and the subsequent criticism that PearAI’s adherence to the Apache license came only after public outcry.</w:t>
      </w:r>
      <w:r/>
    </w:p>
    <w:p>
      <w:pPr>
        <w:pStyle w:val="ListNumber"/>
        <w:spacing w:line="240" w:lineRule="auto"/>
        <w:ind w:left="720"/>
      </w:pPr>
      <w:r/>
      <w:hyperlink r:id="rId14">
        <w:r>
          <w:rPr>
            <w:color w:val="0000EE"/>
            <w:u w:val="single"/>
          </w:rPr>
          <w:t>https://thenorthlines.com/accusations-fly-as-yc-backed-startup-admits-to-basically-copying-another-ai-project/</w:t>
        </w:r>
      </w:hyperlink>
      <w:r>
        <w:t xml:space="preserve"> - Corroborates the criticism surrounding Pan's decision to leave a lucrative job at Coinbase and the funding of other AI code editors by YC, such as Void and Melty.</w:t>
      </w:r>
      <w:r/>
    </w:p>
    <w:p>
      <w:pPr>
        <w:pStyle w:val="ListNumber"/>
        <w:spacing w:line="240" w:lineRule="auto"/>
        <w:ind w:left="720"/>
      </w:pPr>
      <w:r/>
      <w:hyperlink r:id="rId12">
        <w:r>
          <w:rPr>
            <w:color w:val="0000EE"/>
            <w:u w:val="single"/>
          </w:rPr>
          <w:t>https://techcrunch.com/2024/09/30/y-combinator-is-being-criticized-after-it-backed-an-ai-startup-that-admits-it-basically-cloned-another-ai-startup/</w:t>
        </w:r>
      </w:hyperlink>
      <w:r>
        <w:t xml:space="preserve"> - Supports the scrutiny of YC’s selection process and the concerns about YC's declining standards and lack of due diligence in funding AI startups.</w:t>
      </w:r>
      <w:r/>
    </w:p>
    <w:p>
      <w:pPr>
        <w:pStyle w:val="ListNumber"/>
        <w:spacing w:line="240" w:lineRule="auto"/>
        <w:ind w:left="720"/>
      </w:pPr>
      <w:r/>
      <w:hyperlink r:id="rId12">
        <w:r>
          <w:rPr>
            <w:color w:val="0000EE"/>
            <w:u w:val="single"/>
          </w:rPr>
          <w:t>https://techcrunch.com/2024/09/30/y-combinator-is-being-criticized-after-it-backed-an-ai-startup-that-admits-it-basically-cloned-another-ai-startup/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163" TargetMode="External"/><Relationship Id="rId11" Type="http://schemas.openxmlformats.org/officeDocument/2006/relationships/hyperlink" Target="https://protos.com/former-coinbase-employee-accused-of-stealing-code-for-pearai/" TargetMode="External"/><Relationship Id="rId12" Type="http://schemas.openxmlformats.org/officeDocument/2006/relationships/hyperlink" Target="https://techcrunch.com/2024/09/30/y-combinator-is-being-criticized-after-it-backed-an-ai-startup-that-admits-it-basically-cloned-another-ai-startup/" TargetMode="External"/><Relationship Id="rId13" Type="http://schemas.openxmlformats.org/officeDocument/2006/relationships/hyperlink" Target="https://crazy-unicorns.com/neuron-news/7898/y-combinator-is-being-criticized-after-it-backed-an-ai-startup-that-admits-it-basically-cloned-another-ai-startup-/" TargetMode="External"/><Relationship Id="rId14" Type="http://schemas.openxmlformats.org/officeDocument/2006/relationships/hyperlink" Target="https://thenorthlines.com/accusations-fly-as-yc-backed-startup-admits-to-basically-copying-another-ai-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