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Controversy erupts over UFC rankings following Moicano's dominant victory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Renato Moicano vs. Benoit Saint-Denis Controversy Sparks Debate Over UFC Ranking System</w:t>
      </w:r>
      <w:r/>
    </w:p>
    <w:p>
      <w:r/>
      <w:r>
        <w:t>In a remarkably dominant performance at UFC Paris, Renato Moicano delivered what many spectators deemed a potentially historic 10-7 round against French fighter Benoit Saint-Denis. During the event, which took place on Saturday, Moicano quickly knocked down Saint-Denis, intensifying his onslaught in the second round, where the injuries and cuts on Saint-Denis worsened significantly.</w:t>
      </w:r>
      <w:r/>
    </w:p>
    <w:p>
      <w:r/>
      <w:r>
        <w:t>The bout's intensity led referee Mark Goddard to summon a ringside doctor before the third round, ultimately resulting in the fight ending by TKO due to the severity of Saint-Denis' injuries. Despite this decisive victory, the latest UFC rankings, updated on the following Tuesday, showed no change for Moicano or Saint-Denis. Moicano remains ranked 11th, while Saint-Denis's position was also unchanged, leading to outcries from fans and journalists alike.</w:t>
      </w:r>
      <w:r/>
    </w:p>
    <w:p>
      <w:r/>
      <w:r>
        <w:t>Kevin Iole, a journalist and friend of UFC President Dana White, was prominently vocal about the controversy. In a video discussion with White, Iole expressed his disagreement with the unchanged rankings, citing the lopsided nature of the fight. Iole emphasized, "I don’t agree with that based on what happened in the fight," while pointing out discrepancies by comparing the UFC’s ranking system with those used in other sports, like American football.</w:t>
      </w:r>
      <w:r/>
    </w:p>
    <w:p>
      <w:r/>
      <w:r>
        <w:t>White, known for his forthrightness, defended the UFC's ranking system. He particularly took issue with comparisons to college football rankings, saying, "What do you think about Max Holloway being number 10 in the lightweight division when Justin Gaethje is number three? This ain’t college football, where every year a team is different with different players. Max Holloway is one of the greatest fighters in the history of the sport."</w:t>
      </w:r>
      <w:r/>
    </w:p>
    <w:p>
      <w:r/>
      <w:r>
        <w:t>Polling and interactions on social media further reflected the frustration among fans, with many questioning the fairness and transparency of the current system. Specifically, Moicano’s consistent performance – now with four consecutive wins and an overall 7-2 record since his division debut in 2020 – sparked debate on whether he deserved a higher ranking. Conversely, Saint-Denis, who has now experienced two successive losses and holds a 5-3 record under the UFC, appeared unreasonably stable in his ranking.</w:t>
      </w:r>
      <w:r/>
    </w:p>
    <w:p>
      <w:r/>
      <w:r>
        <w:t>In response to mounting criticism, White announced a forthcoming overhaul of the ranking system, hinting at a radical solution involving artificial intelligence (AI). Acknowledging the concerns raised by fighters like Moicano, White stated, “So the rankings are definitely a problem, Moicano. I agree with you 100% but don’t worry, my friend, AI will be here soon, and this will all be fixed.” He expressed his dissatisfaction with the current panel of anonymous journalists tasked with determining the rankings, labeling them as inadequately informed.</w:t>
      </w:r>
      <w:r/>
    </w:p>
    <w:p>
      <w:r/>
      <w:r>
        <w:t>The introduction of AI aims to address these perceived deficiencies, with White confident that this technological advance will bring about a more accurate and fair ranking system. However, this declaration has sparked debates among fans and experts on whether AI can indeed solve the ranking dilemma within the UFC.</w:t>
      </w:r>
      <w:r/>
    </w:p>
    <w:p>
      <w:r/>
      <w:r>
        <w:t>As UFC Paris fades into the background, the changes touted by White are eagerly awaited by both fighters and fans. The implementation of AI in sports ranking systems could mark a significant shift, not just for the UFC but potentially for other competitive sports as well. Whether this new approach will satisfy critics and bring clarity to the rankings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https://www.youtube.com/watch?v=auMWXHPhS5c</w:t>
        </w:r>
      </w:hyperlink>
      <w:r>
        <w:t xml:space="preserve"> - Details the dominant performance of Renato Moicano against Benoit Saint Denis, including the second-round TKO due to doctor's stoppage.</w:t>
      </w:r>
      <w:r/>
    </w:p>
    <w:p>
      <w:pPr>
        <w:pStyle w:val="ListNumber"/>
        <w:spacing w:line="240" w:lineRule="auto"/>
        <w:ind w:left="720"/>
      </w:pPr>
      <w:r/>
      <w:hyperlink r:id="rId11">
        <w:r>
          <w:rPr>
            <w:color w:val="0000EE"/>
            <w:u w:val="single"/>
          </w:rPr>
          <w:t>https://www.ufc.com/event/ufc-fight-night-september-28-2024</w:t>
        </w:r>
      </w:hyperlink>
      <w:r>
        <w:t xml:space="preserve"> - Provides the official results of the UFC Fight Night event, including the Moicano vs. Saint Denis bout and its outcome.</w:t>
      </w:r>
      <w:r/>
    </w:p>
    <w:p>
      <w:pPr>
        <w:pStyle w:val="ListNumber"/>
        <w:spacing w:line="240" w:lineRule="auto"/>
        <w:ind w:left="720"/>
      </w:pPr>
      <w:r/>
      <w:hyperlink r:id="rId12">
        <w:r>
          <w:rPr>
            <w:color w:val="0000EE"/>
            <w:u w:val="single"/>
          </w:rPr>
          <w:t>https://www.ufc.com/news/main-card-results-highlights-winner-interviews-ufc-paris-moicano-vs-saint-denis</w:t>
        </w:r>
      </w:hyperlink>
      <w:r>
        <w:t xml:space="preserve"> - Confirms the TKO victory by Renato Moicano over Benoit Saint Denis and highlights from the main card of UFC Paris.</w:t>
      </w:r>
      <w:r/>
    </w:p>
    <w:p>
      <w:pPr>
        <w:pStyle w:val="ListNumber"/>
        <w:spacing w:line="240" w:lineRule="auto"/>
        <w:ind w:left="720"/>
      </w:pPr>
      <w:r/>
      <w:hyperlink r:id="rId13">
        <w:r>
          <w:rPr>
            <w:color w:val="0000EE"/>
            <w:u w:val="single"/>
          </w:rPr>
          <w:t>https://www.youtube.com/watch?v=CTOybThrz6c</w:t>
        </w:r>
      </w:hyperlink>
      <w:r>
        <w:t xml:space="preserve"> - Features Renato Moicano discussing his win over Benoit Saint Denis, including his strategy and the ease of the takedown.</w:t>
      </w:r>
      <w:r/>
    </w:p>
    <w:p>
      <w:pPr>
        <w:pStyle w:val="ListNumber"/>
        <w:spacing w:line="240" w:lineRule="auto"/>
        <w:ind w:left="720"/>
      </w:pPr>
      <w:r/>
      <w:hyperlink r:id="rId14">
        <w:r>
          <w:rPr>
            <w:color w:val="0000EE"/>
            <w:u w:val="single"/>
          </w:rPr>
          <w:t>https://mmajunkie.usatoday.com/lists/ufc-paris-renato-moicano-benoit-saint-denis-doctor-tko-social-media-reactions</w:t>
        </w:r>
      </w:hyperlink>
      <w:r>
        <w:t xml:space="preserve"> - Reports on the social media reactions to Moicano's TKO win and his performance, as well as his current UFC record.</w:t>
      </w:r>
      <w:r/>
    </w:p>
    <w:p>
      <w:pPr>
        <w:pStyle w:val="ListNumber"/>
        <w:spacing w:line="240" w:lineRule="auto"/>
        <w:ind w:left="720"/>
      </w:pPr>
      <w:r/>
      <w:hyperlink r:id="rId11">
        <w:r>
          <w:rPr>
            <w:color w:val="0000EE"/>
            <w:u w:val="single"/>
          </w:rPr>
          <w:t>https://www.ufc.com/event/ufc-fight-night-september-28-2024</w:t>
        </w:r>
      </w:hyperlink>
      <w:r>
        <w:t xml:space="preserve"> - Lists the current rankings and fight outcomes, which remained unchanged for Moicano and Saint Denis despite the decisive victory.</w:t>
      </w:r>
      <w:r/>
    </w:p>
    <w:p>
      <w:pPr>
        <w:pStyle w:val="ListNumber"/>
        <w:spacing w:line="240" w:lineRule="auto"/>
        <w:ind w:left="720"/>
      </w:pPr>
      <w:r/>
      <w:hyperlink r:id="rId14">
        <w:r>
          <w:rPr>
            <w:color w:val="0000EE"/>
            <w:u w:val="single"/>
          </w:rPr>
          <w:t>https://mmajunkie.usatoday.com/lists/ufc-paris-renato-moicano-benoit-saint-denis-doctor-tko-social-media-reactions</w:t>
        </w:r>
      </w:hyperlink>
      <w:r>
        <w:t xml:space="preserve"> - Highlights the controversy and fan reactions regarding the unchanged rankings after the fight.</w:t>
      </w:r>
      <w:r/>
    </w:p>
    <w:p>
      <w:pPr>
        <w:pStyle w:val="ListNumber"/>
        <w:spacing w:line="240" w:lineRule="auto"/>
        <w:ind w:left="720"/>
      </w:pPr>
      <w:r/>
      <w:hyperlink r:id="rId10">
        <w:r>
          <w:rPr>
            <w:color w:val="0000EE"/>
            <w:u w:val="single"/>
          </w:rPr>
          <w:t>https://www.youtube.com/watch?v=auMWXHPhS5c</w:t>
        </w:r>
      </w:hyperlink>
      <w:r>
        <w:t xml:space="preserve"> - Discusses the lopsided nature of the fight and the implications for the UFC ranking system.</w:t>
      </w:r>
      <w:r/>
    </w:p>
    <w:p>
      <w:pPr>
        <w:pStyle w:val="ListNumber"/>
        <w:spacing w:line="240" w:lineRule="auto"/>
        <w:ind w:left="720"/>
      </w:pPr>
      <w:r/>
      <w:hyperlink r:id="rId12">
        <w:r>
          <w:rPr>
            <w:color w:val="0000EE"/>
            <w:u w:val="single"/>
          </w:rPr>
          <w:t>https://www.ufc.com/news/main-card-results-highlights-winner-interviews-ufc-paris-moicano-vs-saint-denis</w:t>
        </w:r>
      </w:hyperlink>
      <w:r>
        <w:t xml:space="preserve"> - Provides context on Moicano's consistent performance and his record since moving to the lightweight division.</w:t>
      </w:r>
      <w:r/>
    </w:p>
    <w:p>
      <w:pPr>
        <w:pStyle w:val="ListNumber"/>
        <w:spacing w:line="240" w:lineRule="auto"/>
        <w:ind w:left="720"/>
      </w:pPr>
      <w:r/>
      <w:hyperlink r:id="rId14">
        <w:r>
          <w:rPr>
            <w:color w:val="0000EE"/>
            <w:u w:val="single"/>
          </w:rPr>
          <w:t>https://mmajunkie.usatoday.com/lists/ufc-paris-renato-moicano-benoit-saint-denis-doctor-tko-social-media-reactions</w:t>
        </w:r>
      </w:hyperlink>
      <w:r>
        <w:t xml:space="preserve"> - Mentions the criticism from fans and journalists, including comparisons to other sports' ranking systems.</w:t>
      </w:r>
      <w:r/>
    </w:p>
    <w:p>
      <w:pPr>
        <w:pStyle w:val="ListNumber"/>
        <w:spacing w:line="240" w:lineRule="auto"/>
        <w:ind w:left="720"/>
      </w:pPr>
      <w:r/>
      <w:hyperlink r:id="rId13">
        <w:r>
          <w:rPr>
            <w:color w:val="0000EE"/>
            <w:u w:val="single"/>
          </w:rPr>
          <w:t>https://www.youtube.com/watch?v=CTOybThrz6c</w:t>
        </w:r>
      </w:hyperlink>
      <w:r>
        <w:t xml:space="preserve"> - Includes UFC President Dana White's response to the ranking controversy and his announcement of a potential overhaul using AI.</w:t>
      </w:r>
      <w:r/>
    </w:p>
    <w:p>
      <w:pPr>
        <w:pStyle w:val="ListNumber"/>
        <w:spacing w:line="240" w:lineRule="auto"/>
        <w:ind w:left="720"/>
      </w:pPr>
      <w:r/>
      <w:hyperlink r:id="rId15">
        <w:r>
          <w:rPr>
            <w:color w:val="0000EE"/>
            <w:u w:val="single"/>
          </w:rPr>
          <w:t>https://www.essentiallysports.com/ufc-mma-news-dana-white-gets-blatantly-confronted-by-own-friend-over-ufc-rankings-controversy-amid-ai-talks/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auMWXHPhS5c" TargetMode="External"/><Relationship Id="rId11" Type="http://schemas.openxmlformats.org/officeDocument/2006/relationships/hyperlink" Target="https://www.ufc.com/event/ufc-fight-night-september-28-2024" TargetMode="External"/><Relationship Id="rId12" Type="http://schemas.openxmlformats.org/officeDocument/2006/relationships/hyperlink" Target="https://www.ufc.com/news/main-card-results-highlights-winner-interviews-ufc-paris-moicano-vs-saint-denis" TargetMode="External"/><Relationship Id="rId13" Type="http://schemas.openxmlformats.org/officeDocument/2006/relationships/hyperlink" Target="https://www.youtube.com/watch?v=CTOybThrz6c" TargetMode="External"/><Relationship Id="rId14" Type="http://schemas.openxmlformats.org/officeDocument/2006/relationships/hyperlink" Target="https://mmajunkie.usatoday.com/lists/ufc-paris-renato-moicano-benoit-saint-denis-doctor-tko-social-media-reactions" TargetMode="External"/><Relationship Id="rId15" Type="http://schemas.openxmlformats.org/officeDocument/2006/relationships/hyperlink" Target="https://www.essentiallysports.com/ufc-mma-news-dana-white-gets-blatantly-confronted-by-own-friend-over-ufc-rankings-controversy-amid-ai-tal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