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Data scientist develops open-source AI tool in record time, challenging Google's NotebookLM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Data Scientist Develops Open-Source AI Tool in Record Time, Challenging Google's NotebookLM</w:t>
      </w:r>
      <w:r/>
    </w:p>
    <w:p>
      <w:r/>
      <w:r>
        <w:rPr>
          <w:b/>
        </w:rPr>
        <w:t>Singapore, Sept. 29, 2024</w:t>
      </w:r>
      <w:r>
        <w:t xml:space="preserve"> — Gabriel Chua, a data scientist at the Singaporean government’s technology agency GovTech, has made waves in the AI community by developing an open-source alternative to Google's NotebookLM in just one afternoon. Titled “Open NotebookLM,” this innovative tool promises to offer many of the same features as Google's proprietary system, but with the added benefits of being free and open-source.</w:t>
      </w:r>
      <w:r/>
    </w:p>
    <w:p>
      <w:pPr>
        <w:pStyle w:val="Heading3"/>
      </w:pPr>
      <w:r>
        <w:t>The Development</w:t>
      </w:r>
      <w:r/>
    </w:p>
    <w:p>
      <w:r/>
      <w:r>
        <w:t>Chua utilised publicly available AI models to craft Open NotebookLM. The tool transforms PDF documents into personalised podcasts, a key feature also championed by Google’s NotebookLM. Chua's creation leverages Meta’s Llama 3.1 405B language model hosted on Fireworks AI, and MeloTTS for voice synthesis. A user-centric interface built with Gradio, and hosted on Hugging Face Spaces, ensures that the tool remains accessible to users without technical expertise.</w:t>
      </w:r>
      <w:r/>
    </w:p>
    <w:p>
      <w:r/>
      <w:r>
        <w:t>Chua revealed his development process in a Twitter post, expressing amazement at the speed at which he could build it. The post quickly garnered attention from the AI community and beyond.</w:t>
      </w:r>
      <w:r/>
    </w:p>
    <w:p>
      <w:pPr>
        <w:pStyle w:val="Heading3"/>
      </w:pPr>
      <w:r>
        <w:t>Features and Functionality</w:t>
      </w:r>
      <w:r/>
    </w:p>
    <w:p>
      <w:r/>
      <w:r>
        <w:t>Open NotebookLM’s primary functionality lies in its ability to convert PDF documents into personalised podcasts. The simplified user interface makes it easy for individuals to use this advanced technology without prior technical knowledge. While the ease of use and open-source nature are its strengths, these also come with inherent risks. The rapid development cycle and lack of rigorous testing, common in commercial products, might pose concerns about the reliability and security of the tool.</w:t>
      </w:r>
      <w:r/>
    </w:p>
    <w:p>
      <w:pPr>
        <w:pStyle w:val="Heading3"/>
      </w:pPr>
      <w:r>
        <w:t>Comparisons to Google’s NotebookLM</w:t>
      </w:r>
      <w:r/>
    </w:p>
    <w:p>
      <w:r/>
      <w:r>
        <w:t>Google’s NotebookLM retains several competitive advantages, mainly due to its integration within the Google ecosystem. It offers seamless compatibility with Google Slides and web URLs, alongside advanced features like fact-checking and study guide generation. Google’s vast resources and proprietary models afford its tool capabilities that currently outstrip those of Open NotebookLM.</w:t>
      </w:r>
      <w:r/>
    </w:p>
    <w:p>
      <w:pPr>
        <w:pStyle w:val="Heading3"/>
      </w:pPr>
      <w:r>
        <w:t>Implications and Opportunities</w:t>
      </w:r>
      <w:r/>
    </w:p>
    <w:p>
      <w:r/>
      <w:r>
        <w:t>The development of Open NotebookLM illustrates a broader trend in the AI industry: the decreasing barrier to creating sophisticated AI applications. This shift is enabling individual developers and smaller teams to engage in meaningful innovation quicker than ever before. However, it also brings forth challenges related to data privacy, security, and ethical AI use.</w:t>
      </w:r>
      <w:r/>
    </w:p>
    <w:p>
      <w:r/>
      <w:r>
        <w:t>For businesses and organisations, Open NotebookLM offers a low-cost, customisable alternative to proprietary solutions. Yet, potential users should weigh these benefits against the possible downsides, including the lack of dedicated support and potential security vulnerabilities.</w:t>
      </w:r>
      <w:r/>
    </w:p>
    <w:p>
      <w:pPr>
        <w:pStyle w:val="Heading3"/>
      </w:pPr>
      <w:r>
        <w:t>Future Directions</w:t>
      </w:r>
      <w:r/>
    </w:p>
    <w:p>
      <w:r/>
      <w:r>
        <w:t>The rise of open-source AI tools like Open NotebookLM is poised to influence the direction of AI development significantly. Large tech companies may need to adapt, potentially fostering more collaboration between open-source communities and proprietary efforts. The vibrant ecosystem of open-source AI can drive faster advancements and foster a culture of innovation.</w:t>
      </w:r>
      <w:r/>
    </w:p>
    <w:p>
      <w:r/>
      <w:r>
        <w:t>However, this evolution underscores the necessity for robust frameworks to guide the responsible development and deployment of AI technologies. As the capabilities of AI continue to grow, so too does the responsibility to maintain ethical standards and safeguard user data.</w:t>
      </w:r>
      <w:r/>
    </w:p>
    <w:p>
      <w:pPr>
        <w:pStyle w:val="Heading3"/>
      </w:pPr>
      <w:r>
        <w:t>Conclusion</w:t>
      </w:r>
      <w:r/>
    </w:p>
    <w:p>
      <w:r/>
      <w:r>
        <w:t>Gabriel Chua’s Open NotebookLM represents a compelling case study in the rapid advancement of AI technologies. While it raises important questions about quality and security, it also highlights the incredible potential of open-source projects to democratise access to sophisticated tools and drive the field of artificial intelligence forward.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https://www.aileap.ai/news/this-open-source-ai-tool-was-built-in-a-day-and-its-coming-for-googles-notebooklm-sdz017090</w:t>
        </w:r>
      </w:hyperlink>
      <w:r>
        <w:t xml:space="preserve"> - Corroborates the development of Open NotebookLM as an open-source alternative to Google's NotebookLM and its rapid creation.</w:t>
      </w:r>
      <w:r/>
    </w:p>
    <w:p>
      <w:pPr>
        <w:pStyle w:val="ListNumber"/>
        <w:spacing w:line="240" w:lineRule="auto"/>
        <w:ind w:left="720"/>
      </w:pPr>
      <w:r/>
      <w:hyperlink r:id="rId11">
        <w:r>
          <w:rPr>
            <w:color w:val="0000EE"/>
            <w:u w:val="single"/>
          </w:rPr>
          <w:t>https://github.com/gabrielchua/open-notebooklm/activity</w:t>
        </w:r>
      </w:hyperlink>
      <w:r>
        <w:t xml:space="preserve"> - Provides the GitHub repository for Open NotebookLM, showing its open-source nature and development activity.</w:t>
      </w:r>
      <w:r/>
    </w:p>
    <w:p>
      <w:pPr>
        <w:pStyle w:val="ListNumber"/>
        <w:spacing w:line="240" w:lineRule="auto"/>
        <w:ind w:left="720"/>
      </w:pPr>
      <w:r/>
      <w:hyperlink r:id="rId12">
        <w:r>
          <w:rPr>
            <w:color w:val="0000EE"/>
            <w:u w:val="single"/>
          </w:rPr>
          <w:t>https://getcoai.com/news/ai-powered-notebook-rival-built-in-24-hours-challenges-google/</w:t>
        </w:r>
      </w:hyperlink>
      <w:r>
        <w:t xml:space="preserve"> - Details the rapid development of Open NotebookLM and its key features, including the use of Meta’s Llama 3.1 and MeloTTS.</w:t>
      </w:r>
      <w:r/>
    </w:p>
    <w:p>
      <w:pPr>
        <w:pStyle w:val="ListNumber"/>
        <w:spacing w:line="240" w:lineRule="auto"/>
        <w:ind w:left="720"/>
      </w:pPr>
      <w:r/>
      <w:hyperlink r:id="rId13">
        <w:r>
          <w:rPr>
            <w:color w:val="0000EE"/>
            <w:u w:val="single"/>
          </w:rPr>
          <w:t>https://venturebeat.com/ai/this-open-source-ai-tool-was-built-in-a-day-and-its-coming-for-googles-notebooklm/</w:t>
        </w:r>
      </w:hyperlink>
      <w:r>
        <w:t xml:space="preserve"> - Explains the development process, features, and implications of Open NotebookLM, including its user-friendly interface and integration with Gradio and Hugging Face Spaces.</w:t>
      </w:r>
      <w:r/>
    </w:p>
    <w:p>
      <w:pPr>
        <w:pStyle w:val="ListNumber"/>
        <w:spacing w:line="240" w:lineRule="auto"/>
        <w:ind w:left="720"/>
      </w:pPr>
      <w:r/>
      <w:hyperlink r:id="rId14">
        <w:r>
          <w:rPr>
            <w:color w:val="0000EE"/>
            <w:u w:val="single"/>
          </w:rPr>
          <w:t>https://www.aibase.com/news/12157</w:t>
        </w:r>
      </w:hyperlink>
      <w:r>
        <w:t xml:space="preserve"> - Describes the functionality of Open NotebookLM in converting PDF documents into personalized podcasts and its support for Chinese processing and voice customization.</w:t>
      </w:r>
      <w:r/>
    </w:p>
    <w:p>
      <w:pPr>
        <w:pStyle w:val="ListNumber"/>
        <w:spacing w:line="240" w:lineRule="auto"/>
        <w:ind w:left="720"/>
      </w:pPr>
      <w:r/>
      <w:hyperlink r:id="rId13">
        <w:r>
          <w:rPr>
            <w:color w:val="0000EE"/>
            <w:u w:val="single"/>
          </w:rPr>
          <w:t>https://venturebeat.com/ai/this-open-source-ai-tool-was-built-in-a-day-and-its-coming-for-googles-notebooklm/</w:t>
        </w:r>
      </w:hyperlink>
      <w:r>
        <w:t xml:space="preserve"> - Highlights the competitive advantages of Google’s NotebookLM, such as integration with Google’s ecosystem and advanced features like fact-checking and study guide generation.</w:t>
      </w:r>
      <w:r/>
    </w:p>
    <w:p>
      <w:pPr>
        <w:pStyle w:val="ListNumber"/>
        <w:spacing w:line="240" w:lineRule="auto"/>
        <w:ind w:left="720"/>
      </w:pPr>
      <w:r/>
      <w:hyperlink r:id="rId12">
        <w:r>
          <w:rPr>
            <w:color w:val="0000EE"/>
            <w:u w:val="single"/>
          </w:rPr>
          <w:t>https://getcoai.com/news/ai-powered-notebook-rival-built-in-24-hours-challenges-google/</w:t>
        </w:r>
      </w:hyperlink>
      <w:r>
        <w:t xml:space="preserve"> - Discusses the broader implications of Open NotebookLM on the AI industry, including the decreasing barrier to creating sophisticated AI applications and the challenges related to data privacy and security.</w:t>
      </w:r>
      <w:r/>
    </w:p>
    <w:p>
      <w:pPr>
        <w:pStyle w:val="ListNumber"/>
        <w:spacing w:line="240" w:lineRule="auto"/>
        <w:ind w:left="720"/>
      </w:pPr>
      <w:r/>
      <w:hyperlink r:id="rId13">
        <w:r>
          <w:rPr>
            <w:color w:val="0000EE"/>
            <w:u w:val="single"/>
          </w:rPr>
          <w:t>https://venturebeat.com/ai/this-open-source-ai-tool-was-built-in-a-day-and-its-coming-for-googles-notebooklm/</w:t>
        </w:r>
      </w:hyperlink>
      <w:r>
        <w:t xml:space="preserve"> - Addresses the opportunities and risks for businesses and organizations using Open NotebookLM, including cost-effectiveness and potential security vulnerabilities.</w:t>
      </w:r>
      <w:r/>
    </w:p>
    <w:p>
      <w:pPr>
        <w:pStyle w:val="ListNumber"/>
        <w:spacing w:line="240" w:lineRule="auto"/>
        <w:ind w:left="720"/>
      </w:pPr>
      <w:r/>
      <w:hyperlink r:id="rId10">
        <w:r>
          <w:rPr>
            <w:color w:val="0000EE"/>
            <w:u w:val="single"/>
          </w:rPr>
          <w:t>https://www.aileap.ai/news/this-open-source-ai-tool-was-built-in-a-day-and-its-coming-for-googles-notebooklm-sdz017090</w:t>
        </w:r>
      </w:hyperlink>
      <w:r>
        <w:t xml:space="preserve"> - Mentions the future implications of open-source AI tools like Open NotebookLM on the direction of AI development and the need for robust frameworks for responsible AI development.</w:t>
      </w:r>
      <w:r/>
    </w:p>
    <w:p>
      <w:pPr>
        <w:pStyle w:val="ListNumber"/>
        <w:spacing w:line="240" w:lineRule="auto"/>
        <w:ind w:left="720"/>
      </w:pPr>
      <w:r/>
      <w:hyperlink r:id="rId12">
        <w:r>
          <w:rPr>
            <w:color w:val="0000EE"/>
            <w:u w:val="single"/>
          </w:rPr>
          <w:t>https://getcoai.com/news/ai-powered-notebook-rival-built-in-24-hours-challenges-google/</w:t>
        </w:r>
      </w:hyperlink>
      <w:r>
        <w:t xml:space="preserve"> - Emphasizes the potential for increased collaboration between open-source communities and proprietary efforts in AI development.</w:t>
      </w:r>
      <w:r/>
    </w:p>
    <w:p>
      <w:pPr>
        <w:pStyle w:val="ListNumber"/>
        <w:spacing w:line="240" w:lineRule="auto"/>
        <w:ind w:left="720"/>
      </w:pPr>
      <w:r/>
      <w:hyperlink r:id="rId14">
        <w:r>
          <w:rPr>
            <w:color w:val="0000EE"/>
            <w:u w:val="single"/>
          </w:rPr>
          <w:t>https://www.aibase.com/news/12157</w:t>
        </w:r>
      </w:hyperlink>
      <w:r>
        <w:t xml:space="preserve"> - Highlights the innovative aspect of Open NotebookLM in democratizing access to sophisticated AI tools and driving the field of artificial intelligence forward.</w:t>
      </w:r>
      <w:r/>
    </w:p>
    <w:p>
      <w:pPr>
        <w:pStyle w:val="ListNumber"/>
        <w:spacing w:line="240" w:lineRule="auto"/>
        <w:ind w:left="720"/>
      </w:pPr>
      <w:r/>
      <w:hyperlink r:id="rId13">
        <w:r>
          <w:rPr>
            <w:color w:val="0000EE"/>
            <w:u w:val="single"/>
          </w:rPr>
          <w:t>https://venturebeat.com/ai/this-open-source-ai-tool-was-built-in-a-day-and-its-coming-for-googles-notebooklm/</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ileap.ai/news/this-open-source-ai-tool-was-built-in-a-day-and-its-coming-for-googles-notebooklm-sdz017090" TargetMode="External"/><Relationship Id="rId11" Type="http://schemas.openxmlformats.org/officeDocument/2006/relationships/hyperlink" Target="https://github.com/gabrielchua/open-notebooklm/activity" TargetMode="External"/><Relationship Id="rId12" Type="http://schemas.openxmlformats.org/officeDocument/2006/relationships/hyperlink" Target="https://getcoai.com/news/ai-powered-notebook-rival-built-in-24-hours-challenges-google/" TargetMode="External"/><Relationship Id="rId13" Type="http://schemas.openxmlformats.org/officeDocument/2006/relationships/hyperlink" Target="https://venturebeat.com/ai/this-open-source-ai-tool-was-built-in-a-day-and-its-coming-for-googles-notebooklm/" TargetMode="External"/><Relationship Id="rId14" Type="http://schemas.openxmlformats.org/officeDocument/2006/relationships/hyperlink" Target="https://www.aibase.com/news/1215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