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David Graham voices concerns over Linfield job discrepancies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Former Linfield General Manager David Graham Reveals Job Discrepancies</w:t>
      </w:r>
      <w:r/>
    </w:p>
    <w:p>
      <w:r/>
      <w:r>
        <w:t>David Graham, the ex-General Manager of Linfield Football Club, has publicly voiced his dissatisfaction over the nature of his role within the team. Graham, who took up his position with the expectation of performing specific duties, has claimed that the job he inherited significantly differed from what he was initially promised.</w:t>
      </w:r>
      <w:r/>
    </w:p>
    <w:p>
      <w:r/>
      <w:r>
        <w:t>Speaking candidly, Graham lamented, "The job I got wasn’t the job I agreed to do." His comments shed light on potential discrepancies within the management structure of Northern Ireland's leading football team, Linfield FC, known for its rich history and passionate following.</w:t>
      </w:r>
      <w:r/>
    </w:p>
    <w:p>
      <w:r/>
      <w:r>
        <w:t>As the General Manager, Graham was anticipated to steer the club towards strategic growth, enhance operational efficiencies, and ensure the smooth running of day-to-day activities. However, it appears that the responsibilities and expectations laid upon him were misaligned, leading to his eventual discontent.</w:t>
      </w:r>
      <w:r/>
    </w:p>
    <w:p>
      <w:r/>
      <w:r>
        <w:t>While Linfield has not yet commented on Graham's remarks, his revelations may prompt further scrutiny of the club’s internal operations and managerial practices. Graham's tenure at Linfield, though marked by ambitious goals, now raises questions about the transparency and clarity in the communication and stipulations provided to senior staff members.</w:t>
      </w:r>
      <w:r/>
    </w:p>
    <w:p>
      <w:r/>
      <w:r>
        <w:rPr>
          <w:b/>
        </w:rPr>
        <w:t>LinkedIn AI Prompts Mysteriously Vanish from User Feeds</w:t>
      </w:r>
      <w:r/>
    </w:p>
    <w:p>
      <w:r/>
      <w:r>
        <w:t>In other news, LinkedIn has recently made adjustments to its platform concerning AI prompts, which were introduced in November 2023 to assist users with job searches, networking advice, and various career-related insights. These prompts, distinguishable by a sparkling golden icon, were designed to engage users by encouraging real-time queries and interactions with LinkedIn's AI.</w:t>
      </w:r>
      <w:r/>
    </w:p>
    <w:p>
      <w:r/>
      <w:r>
        <w:t>Despite their initial promise, users have noticed the quiet removal of these prompts from their feeds. A report by Fast Company highlighted the absence, prompting questions and concerns among LinkedIn's user base. This change, however, has been officially acknowledged and clarified by LinkedIn's spokesperson, Suzi Owens.</w:t>
      </w:r>
      <w:r/>
    </w:p>
    <w:p>
      <w:r/>
      <w:r>
        <w:t>Owens provided an explanation stating, "Members can still access our AI-powered tools for personalized insights on the jobs homepage, but we're refining how we present these features." This indicates that while the visibilities of the prompts have decreased, the underlying AI functionalities continue to be available, albeit in a potentially modified format.</w:t>
      </w:r>
      <w:r/>
    </w:p>
    <w:p>
      <w:r/>
      <w:r>
        <w:t>The company's decision to alter the presentation of these AI features appears aimed at enhancing user experience and optimizing engagement without directly addressing user dissatisfaction. LinkedIn's strategy, moving forward, will be observed closely as professionals continue to seek efficient and intuitive ways to advance their careers through the platform.</w:t>
      </w:r>
      <w:r/>
    </w:p>
    <w:p>
      <w:r/>
      <w:r>
        <w:t>These developments reflect ongoing trends and changes within the spheres of sports management and technological enhancements in career networking, each presenting its own set of challenges and opportunities.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https://www.newsletter.co.uk/sport/football/david-graham-disappointed-to-leave-role-as-general-manager-after-club-confirms-restructure-4465352</w:t>
        </w:r>
      </w:hyperlink>
      <w:r>
        <w:t xml:space="preserve"> - Corroborates David Graham's departure from his role as General Manager at Linfield FC and the club's reason for the decision.</w:t>
      </w:r>
      <w:r/>
    </w:p>
    <w:p>
      <w:pPr>
        <w:pStyle w:val="ListNumber"/>
        <w:spacing w:line="240" w:lineRule="auto"/>
        <w:ind w:left="720"/>
      </w:pPr>
      <w:r/>
      <w:hyperlink r:id="rId11">
        <w:r>
          <w:rPr>
            <w:color w:val="0000EE"/>
            <w:u w:val="single"/>
          </w:rPr>
          <w:t>https://www.pressreader.com/uk/sunday-life/20240107/283210153082880?srsltid=AfmBOoq1QkomGGaAokV5AIVoYJB4DUcWp3u2IrNsfSOS-CScCA33K7QB</w:t>
        </w:r>
      </w:hyperlink>
      <w:r>
        <w:t xml:space="preserve"> - Confirms David Graham's departure after just a year in the job.</w:t>
      </w:r>
      <w:r/>
    </w:p>
    <w:p>
      <w:pPr>
        <w:pStyle w:val="ListNumber"/>
        <w:spacing w:line="240" w:lineRule="auto"/>
        <w:ind w:left="720"/>
      </w:pPr>
      <w:r/>
      <w:hyperlink r:id="rId12">
        <w:r>
          <w:rPr>
            <w:color w:val="0000EE"/>
            <w:u w:val="single"/>
          </w:rPr>
          <w:t>https://open.spotify.com/episode/1Xe26dUzucJ42rS6LhPP1z</w:t>
        </w:r>
      </w:hyperlink>
      <w:r>
        <w:t xml:space="preserve"> - Supports David Graham's statement that 'The job I got wasn’t the job I agreed to do.'</w:t>
      </w:r>
      <w:r/>
    </w:p>
    <w:p>
      <w:pPr>
        <w:pStyle w:val="ListNumber"/>
        <w:spacing w:line="240" w:lineRule="auto"/>
        <w:ind w:left="720"/>
      </w:pPr>
      <w:r/>
      <w:hyperlink r:id="rId13">
        <w:r>
          <w:rPr>
            <w:color w:val="0000EE"/>
            <w:u w:val="single"/>
          </w:rPr>
          <w:t>https://omny.fm/shows/beltel-football/the-job-i-got-wasnt-the-job-i-agreed-to-do-former</w:t>
        </w:r>
      </w:hyperlink>
      <w:r>
        <w:t xml:space="preserve"> - Provides context for David Graham's interview where he discussed the discrepancies in his role.</w:t>
      </w:r>
      <w:r/>
    </w:p>
    <w:p>
      <w:pPr>
        <w:pStyle w:val="ListNumber"/>
        <w:spacing w:line="240" w:lineRule="auto"/>
        <w:ind w:left="720"/>
      </w:pPr>
      <w:r/>
      <w:hyperlink r:id="rId14">
        <w:r>
          <w:rPr>
            <w:color w:val="0000EE"/>
            <w:u w:val="single"/>
          </w:rPr>
          <w:t>https://www.belfastlive.co.uk/sport/football/football-news/david-graham-disappointed-leave-linfield-28390246</w:t>
        </w:r>
      </w:hyperlink>
      <w:r>
        <w:t xml:space="preserve"> - Details David Graham's disappointment over leaving his role at Linfield FC.</w:t>
      </w:r>
      <w:r/>
    </w:p>
    <w:p>
      <w:pPr>
        <w:pStyle w:val="ListNumber"/>
        <w:spacing w:line="240" w:lineRule="auto"/>
        <w:ind w:left="720"/>
      </w:pPr>
      <w:r/>
      <w:hyperlink r:id="rId10">
        <w:r>
          <w:rPr>
            <w:color w:val="0000EE"/>
            <w:u w:val="single"/>
          </w:rPr>
          <w:t>https://www.newsletter.co.uk/sport/football/david-graham-disappointed-to-leave-role-as-general-manager-after-club-confirms-restructure-4465352</w:t>
        </w:r>
      </w:hyperlink>
      <w:r>
        <w:t xml:space="preserve"> - Explains the expected responsibilities of David Graham as General Manager, such as steering the club towards strategic growth and enhancing operational efficiencies.</w:t>
      </w:r>
      <w:r/>
    </w:p>
    <w:p>
      <w:pPr>
        <w:pStyle w:val="ListNumber"/>
        <w:spacing w:line="240" w:lineRule="auto"/>
        <w:ind w:left="720"/>
      </w:pPr>
      <w:r/>
      <w:hyperlink r:id="rId11">
        <w:r>
          <w:rPr>
            <w:color w:val="0000EE"/>
            <w:u w:val="single"/>
          </w:rPr>
          <w:t>https://www.pressreader.com/uk/sunday-life/20240107/283210153082880?srsltid=AfmBOoq1QkomGGaAokV5AIVoYJB4DUcWp3u2IrNsfSOS-CScCA33K7QB</w:t>
        </w:r>
      </w:hyperlink>
      <w:r>
        <w:t xml:space="preserve"> - Highlights the potential scrutiny of Linfield FC's internal operations and managerial practices following Graham's revelations.</w:t>
      </w:r>
      <w:r/>
    </w:p>
    <w:p>
      <w:pPr>
        <w:pStyle w:val="ListNumber"/>
        <w:spacing w:line="240" w:lineRule="auto"/>
        <w:ind w:left="720"/>
      </w:pPr>
      <w:r/>
      <w:hyperlink r:id="rId12">
        <w:r>
          <w:rPr>
            <w:color w:val="0000EE"/>
            <w:u w:val="single"/>
          </w:rPr>
          <w:t>https://open.spotify.com/episode/1Xe26dUzucJ42rS6LhPP1z</w:t>
        </w:r>
      </w:hyperlink>
      <w:r>
        <w:t xml:space="preserve"> - Supports the idea that Graham's tenure raises questions about transparency and clarity in communication and stipulations for senior staff members.</w:t>
      </w:r>
      <w:r/>
    </w:p>
    <w:p>
      <w:pPr>
        <w:pStyle w:val="ListNumber"/>
        <w:spacing w:line="240" w:lineRule="auto"/>
        <w:ind w:left="720"/>
      </w:pPr>
      <w:r/>
      <w:hyperlink r:id="rId13">
        <w:r>
          <w:rPr>
            <w:color w:val="0000EE"/>
            <w:u w:val="single"/>
          </w:rPr>
          <w:t>https://omny.fm/shows/beltel-football/the-job-i-got-wasnt-the-job-i-agreed-to-do-former</w:t>
        </w:r>
      </w:hyperlink>
      <w:r>
        <w:t xml:space="preserve"> - Provides additional context on Graham's experience and the misalignment of his role's responsibilities.</w:t>
      </w:r>
      <w:r/>
    </w:p>
    <w:p>
      <w:pPr>
        <w:pStyle w:val="ListNumber"/>
        <w:spacing w:line="240" w:lineRule="auto"/>
        <w:ind w:left="720"/>
      </w:pPr>
      <w:r/>
      <w:hyperlink r:id="rId14">
        <w:r>
          <w:rPr>
            <w:color w:val="0000EE"/>
            <w:u w:val="single"/>
          </w:rPr>
          <w:t>https://www.belfastlive.co.uk/sport/football/football-news/david-graham-disappointed-leave-linfield-28390246</w:t>
        </w:r>
      </w:hyperlink>
      <w:r>
        <w:t xml:space="preserve"> - Corroborates that Graham's departure was after just one year and his initial expectations versus the actual role.</w:t>
      </w:r>
      <w:r/>
    </w:p>
    <w:p>
      <w:pPr>
        <w:pStyle w:val="ListNumber"/>
        <w:spacing w:line="240" w:lineRule="auto"/>
        <w:ind w:left="720"/>
      </w:pPr>
      <w:r/>
      <w:hyperlink r:id="rId15">
        <w:r>
          <w:rPr>
            <w:color w:val="0000EE"/>
            <w:u w:val="single"/>
          </w:rPr>
          <w:t>https://m.belfasttelegraph.co.uk/business/uk-world/mortgage-approvals-for-house-purchase-jump-to-two-year-high-in-august/a1535901008.html</w:t>
        </w:r>
      </w:hyperlink>
      <w:r>
        <w:t xml:space="preserve"> - Please view link - unable to able to access data</w:t>
      </w:r>
      <w:r/>
    </w:p>
    <w:p>
      <w:pPr>
        <w:pStyle w:val="ListNumber"/>
        <w:spacing w:line="240" w:lineRule="auto"/>
        <w:ind w:left="720"/>
      </w:pPr>
      <w:r/>
      <w:hyperlink r:id="rId16">
        <w:r>
          <w:rPr>
            <w:color w:val="0000EE"/>
            <w:u w:val="single"/>
          </w:rPr>
          <w:t>https://www.analyticsinsight.net/news/why-did-linkedin-remove-ai-prompts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letter.co.uk/sport/football/david-graham-disappointed-to-leave-role-as-general-manager-after-club-confirms-restructure-4465352" TargetMode="External"/><Relationship Id="rId11" Type="http://schemas.openxmlformats.org/officeDocument/2006/relationships/hyperlink" Target="https://www.pressreader.com/uk/sunday-life/20240107/283210153082880?srsltid=AfmBOoq1QkomGGaAokV5AIVoYJB4DUcWp3u2IrNsfSOS-CScCA33K7QB" TargetMode="External"/><Relationship Id="rId12" Type="http://schemas.openxmlformats.org/officeDocument/2006/relationships/hyperlink" Target="https://open.spotify.com/episode/1Xe26dUzucJ42rS6LhPP1z" TargetMode="External"/><Relationship Id="rId13" Type="http://schemas.openxmlformats.org/officeDocument/2006/relationships/hyperlink" Target="https://omny.fm/shows/beltel-football/the-job-i-got-wasnt-the-job-i-agreed-to-do-former" TargetMode="External"/><Relationship Id="rId14" Type="http://schemas.openxmlformats.org/officeDocument/2006/relationships/hyperlink" Target="https://www.belfastlive.co.uk/sport/football/football-news/david-graham-disappointed-leave-linfield-28390246" TargetMode="External"/><Relationship Id="rId15" Type="http://schemas.openxmlformats.org/officeDocument/2006/relationships/hyperlink" Target="https://m.belfasttelegraph.co.uk/business/uk-world/mortgage-approvals-for-house-purchase-jump-to-two-year-high-in-august/a1535901008.html" TargetMode="External"/><Relationship Id="rId16" Type="http://schemas.openxmlformats.org/officeDocument/2006/relationships/hyperlink" Target="https://www.analyticsinsight.net/news/why-did-linkedin-remove-ai-promp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