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Donald Trump’s misconception: why AI isn't a threat to speechwriting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Donald Trump’s Misconception: Why AI Isn't a Threat to Speechwriting</w:t>
      </w:r>
      <w:r/>
    </w:p>
    <w:p>
      <w:r/>
      <w:r>
        <w:t>Former President Donald Trump recently expressed scepticism about the future of speechwriting, describing his experience with artificial intelligence on Logan Paul’s podcast. Trump recounted his encounter with the AI chatbot ChatGPT, remarking on its impressive ability to generate a speech in mere seconds. "He goes click, click, click, and like 15 seconds later he shows me my speech, written so beautifully," Trump shared. The speed and apparent quality of the output led Trump to conclude that speechwriting might soon become obsolete, a belief fuelled by his generally critical view of the craft.</w:t>
      </w:r>
      <w:r/>
    </w:p>
    <w:p>
      <w:r/>
      <w:r>
        <w:t>Trump’s perspective underscores a deeper misunderstanding of what truly constitutes effective speechwriting. A compelling speech is more than just an arrangement of eloquent phrases. It requires crafting a message that resonates with the speaker’s personality and context—an art rooted in human empathy and understanding. A speechwriter's role involves deciphering and amplifying the facets of an individual's character that will best connect with their audience.</w:t>
      </w:r>
      <w:r/>
    </w:p>
    <w:p>
      <w:r/>
      <w:r>
        <w:t>While large language models like ChatGPT can analyse vast amounts of text and predict what a decent speech might look like, they lack the nuanced judgement necessary to mould a complex mix of traits and sentiments into a distinctive narrative. This human touch, rich with subtlety and emotional insight, remains beyond the reach of current AI capabilities.</w:t>
      </w:r>
      <w:r/>
    </w:p>
    <w:p>
      <w:r/>
      <w:r>
        <w:t>In today’s digital age, where the public is bombarded with messages from all directions and public figures have limited time to make their points, the importance of skilled speechwriting has only increased. The ability to deliver original, clever content that effectively conveys character with succinctness and flair is more valuable than ever.</w:t>
      </w:r>
      <w:r/>
    </w:p>
    <w:p>
      <w:r/>
      <w:r>
        <w:t>Consider the turnaround of Sir Keir Starmer, leader of the UK’s Labour Party. After a challenging first year in opposition, Starmer saw his party conference speech as a pivotal moment to reshape his public image. Critics had labelled him as uncharismatic and overly cautious, so the speech had to be unexpected and engaging. One memorable line, crafted by professional speechwriters, poked fun at then-Prime Minister Boris Johnson: "My Dad was a toolmaker. And so, in a sense, is Boris Johnson’s." This humour and strategic content contributed to a positive reception and was significant in Starmer’s trajectory towards political success.</w:t>
      </w:r>
      <w:r/>
    </w:p>
    <w:p>
      <w:r/>
      <w:r>
        <w:t>AI may be able to produce grammatically correct and contextually relevant text, but it cannot replicate the unpredictability and depth that a human speechwriter brings. Successful speeches often expand the audience's understanding of the speaker, and achieving this requires a delicate balance of creativity and authenticity that machines are yet to master.</w:t>
      </w:r>
      <w:r/>
    </w:p>
    <w:p>
      <w:r/>
      <w:r>
        <w:t>Take, for instance, Kamala Harris's address at the Democratic National Convention in August. As a relatively unknown figure compared to most presidential hopefuls, Harris needed to connect with a broad audience. Her speech, which was carefully crafted to appeal to both progressive and centrist voters, reframed her personal story as emblematic of the American dream, sidestepping divisive identity politics. This nuanced and strategic approach to speech composition is something beyond AI’s present capabilities.</w:t>
      </w:r>
      <w:r/>
    </w:p>
    <w:p>
      <w:r/>
      <w:r>
        <w:t>Contrast this with Trump’s own speech from the Republican National Convention, which aimed to present a message of unity after a tumultuous period. Despite preparations suggesting a new, more conciliatory Trump, he eventually veered off script, reverting to his usual rhetoric. The speech's initial constructive tone was overshadowed by the subsequent extended off-script content, highlighting the difference between prepared remarks and spontaneous delivery.</w:t>
      </w:r>
      <w:r/>
    </w:p>
    <w:p>
      <w:r/>
      <w:r>
        <w:t>In summation, while AI tools like ChatGPT can assist in drafting speeches swiftly, the essence of transformative and effective speechwriting lies in human insight and creativity. The art of expertly weaving words to capture and convey a speaker's true essence is a uniquely human skill that remains unmatched by machines.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https://thehill.com/homenews/4722025-trump-ai-speech-alarming/</w:t>
        </w:r>
      </w:hyperlink>
      <w:r>
        <w:t xml:space="preserve"> - Corroborates Trump's experience with AI and his skepticism about its impact on speechwriting, including his description of AI generating a speech quickly.</w:t>
      </w:r>
      <w:r/>
    </w:p>
    <w:p>
      <w:pPr>
        <w:pStyle w:val="ListNumber"/>
        <w:spacing w:line="240" w:lineRule="auto"/>
        <w:ind w:left="720"/>
      </w:pPr>
      <w:r/>
      <w:hyperlink r:id="rId10">
        <w:r>
          <w:rPr>
            <w:color w:val="0000EE"/>
            <w:u w:val="single"/>
          </w:rPr>
          <w:t>https://thehill.com/homenews/4722025-trump-ai-speech-alarming/</w:t>
        </w:r>
      </w:hyperlink>
      <w:r>
        <w:t xml:space="preserve"> - Supports Trump's critical view of AI and its potential to replace human speechwriters.</w:t>
      </w:r>
      <w:r/>
    </w:p>
    <w:p>
      <w:pPr>
        <w:pStyle w:val="ListNumber"/>
        <w:spacing w:line="240" w:lineRule="auto"/>
        <w:ind w:left="720"/>
      </w:pPr>
      <w:r/>
      <w:hyperlink r:id="rId11">
        <w:r>
          <w:rPr>
            <w:color w:val="0000EE"/>
            <w:u w:val="single"/>
          </w:rPr>
          <w:t>https://www.npr.org/2024/08/30/nx-s1-5087913/donald-trump-artificial-intelligence-memes-deepfakes-taylor-swift</w:t>
        </w:r>
      </w:hyperlink>
      <w:r>
        <w:t xml:space="preserve"> - Highlights the limitations of AI in capturing nuanced human judgement and emotional insight in content creation.</w:t>
      </w:r>
      <w:r/>
    </w:p>
    <w:p>
      <w:pPr>
        <w:pStyle w:val="ListNumber"/>
        <w:spacing w:line="240" w:lineRule="auto"/>
        <w:ind w:left="720"/>
      </w:pPr>
      <w:r/>
      <w:hyperlink r:id="rId11">
        <w:r>
          <w:rPr>
            <w:color w:val="0000EE"/>
            <w:u w:val="single"/>
          </w:rPr>
          <w:t>https://www.npr.org/2024/08/30/nx-s1-5087913/donald-trump-artificial-intelligence-memes-deepfakes-taylor-swift</w:t>
        </w:r>
      </w:hyperlink>
      <w:r>
        <w:t xml:space="preserve"> - Discusses the importance of human touch in political discourse and the potential misuse of AI in political contexts.</w:t>
      </w:r>
      <w:r/>
    </w:p>
    <w:p>
      <w:pPr>
        <w:pStyle w:val="ListNumber"/>
        <w:spacing w:line="240" w:lineRule="auto"/>
        <w:ind w:left="720"/>
      </w:pPr>
      <w:r/>
      <w:hyperlink r:id="rId10">
        <w:r>
          <w:rPr>
            <w:color w:val="0000EE"/>
            <w:u w:val="single"/>
          </w:rPr>
          <w:t>https://thehill.com/homenews/4722025-trump-ai-speech-alarming/</w:t>
        </w:r>
      </w:hyperlink>
      <w:r>
        <w:t xml:space="preserve"> - Mentions Trump's encounter with AI-generated content and his concerns about its implications, including the potential for deepfakes.</w:t>
      </w:r>
      <w:r/>
    </w:p>
    <w:p>
      <w:pPr>
        <w:pStyle w:val="ListNumber"/>
        <w:spacing w:line="240" w:lineRule="auto"/>
        <w:ind w:left="720"/>
      </w:pPr>
      <w:r/>
      <w:hyperlink r:id="rId12">
        <w:r>
          <w:rPr>
            <w:color w:val="0000EE"/>
            <w:u w:val="single"/>
          </w:rPr>
          <w:t>https://www.huffpost.com/entry/trump-falsely-accuses-harris-using-ai-rally_n_66b8f15ee4b0eabd23933d8c</w:t>
        </w:r>
      </w:hyperlink>
      <w:r>
        <w:t xml:space="preserve"> - Provides an example of AI misuse in political contexts, such as Trump's false accusations against Kamala Harris.</w:t>
      </w:r>
      <w:r/>
    </w:p>
    <w:p>
      <w:pPr>
        <w:pStyle w:val="ListNumber"/>
        <w:spacing w:line="240" w:lineRule="auto"/>
        <w:ind w:left="720"/>
      </w:pPr>
      <w:r/>
      <w:hyperlink r:id="rId13">
        <w:r>
          <w:rPr>
            <w:color w:val="0000EE"/>
            <w:u w:val="single"/>
          </w:rPr>
          <w:t>https://time.com/7020451/taylor-swift-kamala-harris-donald-trump-ai/</w:t>
        </w:r>
      </w:hyperlink>
      <w:r>
        <w:t xml:space="preserve"> - Illustrates the broader issue of AI-generated misinformation in elections and its impact on public trust.</w:t>
      </w:r>
      <w:r/>
    </w:p>
    <w:p>
      <w:pPr>
        <w:pStyle w:val="ListNumber"/>
        <w:spacing w:line="240" w:lineRule="auto"/>
        <w:ind w:left="720"/>
      </w:pPr>
      <w:r/>
      <w:hyperlink r:id="rId13">
        <w:r>
          <w:rPr>
            <w:color w:val="0000EE"/>
            <w:u w:val="single"/>
          </w:rPr>
          <w:t>https://time.com/7020451/taylor-swift-kamala-harris-donald-trump-ai/</w:t>
        </w:r>
      </w:hyperlink>
      <w:r>
        <w:t xml:space="preserve"> - Supports the idea that AI can produce realistic but misleading content, such as deepfakes and AI-generated images.</w:t>
      </w:r>
      <w:r/>
    </w:p>
    <w:p>
      <w:pPr>
        <w:pStyle w:val="ListNumber"/>
        <w:spacing w:line="240" w:lineRule="auto"/>
        <w:ind w:left="720"/>
      </w:pPr>
      <w:r/>
      <w:hyperlink r:id="rId11">
        <w:r>
          <w:rPr>
            <w:color w:val="0000EE"/>
            <w:u w:val="single"/>
          </w:rPr>
          <w:t>https://www.npr.org/2024/08/30/nx-s1-5087913/donald-trump-artificial-intelligence-memes-deepfakes-taylor-swift</w:t>
        </w:r>
      </w:hyperlink>
      <w:r>
        <w:t xml:space="preserve"> - Highlights the difference between AI-generated content and human-crafted speeches in terms of authenticity and resonance.</w:t>
      </w:r>
      <w:r/>
    </w:p>
    <w:p>
      <w:pPr>
        <w:pStyle w:val="ListNumber"/>
        <w:spacing w:line="240" w:lineRule="auto"/>
        <w:ind w:left="720"/>
      </w:pPr>
      <w:r/>
      <w:hyperlink r:id="rId10">
        <w:r>
          <w:rPr>
            <w:color w:val="0000EE"/>
            <w:u w:val="single"/>
          </w:rPr>
          <w:t>https://thehill.com/homenews/4722025-trump-ai-speech-alarming/</w:t>
        </w:r>
      </w:hyperlink>
      <w:r>
        <w:t xml:space="preserve"> - Corroborates the importance of human creativity and empathy in speechwriting, contrasting with AI's limitations.</w:t>
      </w:r>
      <w:r/>
    </w:p>
    <w:p>
      <w:pPr>
        <w:pStyle w:val="ListNumber"/>
        <w:spacing w:line="240" w:lineRule="auto"/>
        <w:ind w:left="720"/>
      </w:pPr>
      <w:r/>
      <w:hyperlink r:id="rId14">
        <w:r>
          <w:rPr>
            <w:color w:val="0000EE"/>
            <w:u w:val="single"/>
          </w:rPr>
          <w:t>https://www.nature.com/articles/s41467-024-51998-z</w:t>
        </w:r>
      </w:hyperlink>
      <w:r>
        <w:t xml:space="preserve"> - Provides research on human detection of deepfakes and the challenges in distinguishing real from fabricated content, underscoring the complexity of AI-generated speeches.</w:t>
      </w:r>
      <w:r/>
    </w:p>
    <w:p>
      <w:pPr>
        <w:pStyle w:val="ListNumber"/>
        <w:spacing w:line="240" w:lineRule="auto"/>
        <w:ind w:left="720"/>
      </w:pPr>
      <w:r/>
      <w:hyperlink r:id="rId15">
        <w:r>
          <w:rPr>
            <w:color w:val="0000EE"/>
            <w:u w:val="single"/>
          </w:rPr>
          <w:t>https://www.cityam.com/donald-trump-is-wrong-ai-is-not-a-threat-to-speechwriting/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hill.com/homenews/4722025-trump-ai-speech-alarming/" TargetMode="External"/><Relationship Id="rId11" Type="http://schemas.openxmlformats.org/officeDocument/2006/relationships/hyperlink" Target="https://www.npr.org/2024/08/30/nx-s1-5087913/donald-trump-artificial-intelligence-memes-deepfakes-taylor-swift" TargetMode="External"/><Relationship Id="rId12" Type="http://schemas.openxmlformats.org/officeDocument/2006/relationships/hyperlink" Target="https://www.huffpost.com/entry/trump-falsely-accuses-harris-using-ai-rally_n_66b8f15ee4b0eabd23933d8c" TargetMode="External"/><Relationship Id="rId13" Type="http://schemas.openxmlformats.org/officeDocument/2006/relationships/hyperlink" Target="https://time.com/7020451/taylor-swift-kamala-harris-donald-trump-ai/" TargetMode="External"/><Relationship Id="rId14" Type="http://schemas.openxmlformats.org/officeDocument/2006/relationships/hyperlink" Target="https://www.nature.com/articles/s41467-024-51998-z" TargetMode="External"/><Relationship Id="rId15" Type="http://schemas.openxmlformats.org/officeDocument/2006/relationships/hyperlink" Target="https://www.cityam.com/donald-trump-is-wrong-ai-is-not-a-threat-to-speechwri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