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DreamHost launches AI-powered Liftoff for effortless WordPress website creation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DreamHost, a prominent player in the website builder and web hosting industry, has introduced a new suite of AI-powered tools aimed at revolutionising the WordPress website creation process. This innovative toolset, branded as DreamHost Liftoff, is designed to facilitate the creation and deployment of WordPress websites without requiring extensive coding knowledge, thereby making it accessible to those without technical expertise.</w:t>
      </w:r>
      <w:r/>
    </w:p>
    <w:p>
      <w:r/>
      <w:r>
        <w:t>The Liftoff platform is tailored particularly for business owners who wish to establish an online presence quickly and efficiently. With the launch of Liftoff, users can begin the website creation process with a single click. The system initiates with an interactive session where the user is prompted to answer a series of questions about their website requirements and business details. Based on this input, the AI generates a bespoke website design with a customised layout that is ready to publish almost immediately.</w:t>
      </w:r>
      <w:r/>
    </w:p>
    <w:p>
      <w:r/>
      <w:r>
        <w:t>One of the standout features of DreamHost Liftoff is its ability to populate the website with relevant content automatically. The AI-generated content includes text composition and image selection from various free stock image libraries, tailored to the user's needs. Users retain the flexibility to edit or generate new text and images within the WordPress editor, ensuring that the final website reflects their precise vision.</w:t>
      </w:r>
      <w:r/>
    </w:p>
    <w:p>
      <w:r/>
      <w:r>
        <w:t>DreamHost Liftoff’s efficiency is further enhanced by its seamless integration with the WordPress platform. By leveraging native WordPress components, Liftoff ensures faster website performance and heightened reliability. Additionally, this integration enhances security, as DreamHost grants users full control over their websites and content. This autonomy allows users to migrate their websites to other web hosts without losing their data or design integrity, offering significant flexibility and security.</w:t>
      </w:r>
      <w:r/>
    </w:p>
    <w:p>
      <w:r/>
      <w:r>
        <w:t>Explaining the motivation behind Liftoff, Justin Lund, DreamHost's Director of Product, stated, "We know that creating a website can feel like a daunting mission, and hiring a developer can be costly, especially for small businesses. That’s why we launched DreamHost Liftoff. It takes customers from zero to website in no time. Whether building a business, online portfolio, or e-commerce storefront, Liftoff fuels the journey, turning dreams into reality."</w:t>
      </w:r>
      <w:r/>
    </w:p>
    <w:p>
      <w:r/>
      <w:r>
        <w:t>DreamHost is primarily targeting small business owners and freelancers with this new offering. These groups typically require rapid website development without a significant investment in technical resources or budget. By automating the website creation process with AI, Liftoff is positioned to meet the demands of this market segment effectively.</w:t>
      </w:r>
      <w:r/>
    </w:p>
    <w:p>
      <w:r/>
      <w:r>
        <w:t>The introduction of DreamHost Liftoff comes amidst a broader trend of incorporating AI in website building. Competitors such as Wix and Google are also exploring AI-driven solutions to enhance their website development platforms. As the market for streamlined, user-friendly website creation tools continues to grow, DreamHost's latest offering is set to be a notable player in the competition.</w:t>
      </w:r>
      <w:r/>
    </w:p>
    <w:p>
      <w:r/>
      <w:r>
        <w:t>In summary, DreamHost's launch of the Liftoff platform signifies a significant advancement in AI-assisted website creation. By simplifying the process and providing robust, customisable options, DreamHost aims to support small businesses and freelancers in establishing their online presence swiftly and efficiently, without the need for technical expertise or substantial financial investment.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https://www.techradar.com/pro/website-building/dreamhost-makes-ai-your-wordpress-web-designer</w:t>
        </w:r>
      </w:hyperlink>
      <w:r>
        <w:t xml:space="preserve"> - Corroborates the introduction of DreamHost Liftoff and its AI-powered website creation process, particularly targeting business owners without technical expertise.</w:t>
      </w:r>
      <w:r/>
    </w:p>
    <w:p>
      <w:pPr>
        <w:pStyle w:val="ListNumber"/>
        <w:spacing w:line="240" w:lineRule="auto"/>
        <w:ind w:left="720"/>
      </w:pPr>
      <w:r/>
      <w:hyperlink r:id="rId10">
        <w:r>
          <w:rPr>
            <w:color w:val="0000EE"/>
            <w:u w:val="single"/>
          </w:rPr>
          <w:t>https://www.techradar.com/pro/website-building/dreamhost-makes-ai-your-wordpress-web-designer</w:t>
        </w:r>
      </w:hyperlink>
      <w:r>
        <w:t xml:space="preserve"> - Explains the single-click installation and interactive session for website creation, generating a bespoke website design based on user input.</w:t>
      </w:r>
      <w:r/>
    </w:p>
    <w:p>
      <w:pPr>
        <w:pStyle w:val="ListNumber"/>
        <w:spacing w:line="240" w:lineRule="auto"/>
        <w:ind w:left="720"/>
      </w:pPr>
      <w:r/>
      <w:hyperlink r:id="rId11">
        <w:r>
          <w:rPr>
            <w:color w:val="0000EE"/>
            <w:u w:val="single"/>
          </w:rPr>
          <w:t>https://thearabianpost.com/dreamhost-debuts-ai-powered-wordpress-builder-for-swift-website-creation/</w:t>
        </w:r>
      </w:hyperlink>
      <w:r>
        <w:t xml:space="preserve"> - Details the AI-generated content, including text and image selection from free stock libraries, and the ability to edit within the WordPress editor.</w:t>
      </w:r>
      <w:r/>
    </w:p>
    <w:p>
      <w:pPr>
        <w:pStyle w:val="ListNumber"/>
        <w:spacing w:line="240" w:lineRule="auto"/>
        <w:ind w:left="720"/>
      </w:pPr>
      <w:r/>
      <w:hyperlink r:id="rId12">
        <w:r>
          <w:rPr>
            <w:color w:val="0000EE"/>
            <w:u w:val="single"/>
          </w:rPr>
          <w:t>https://www.hostsearch.com/news/dreamhost-unveils-ai-powered-website-builder-for-wordpress.asp</w:t>
        </w:r>
      </w:hyperlink>
      <w:r>
        <w:t xml:space="preserve"> - Highlights the seamless integration with WordPress, ensuring optimal performance, security, and data portability.</w:t>
      </w:r>
      <w:r/>
    </w:p>
    <w:p>
      <w:pPr>
        <w:pStyle w:val="ListNumber"/>
        <w:spacing w:line="240" w:lineRule="auto"/>
        <w:ind w:left="720"/>
      </w:pPr>
      <w:r/>
      <w:hyperlink r:id="rId13">
        <w:r>
          <w:rPr>
            <w:color w:val="0000EE"/>
            <w:u w:val="single"/>
          </w:rPr>
          <w:t>https://www.dreamhost.com/news/press-releases/dreamhost-launches-ai-powered-website-builder-for-wordpress/</w:t>
        </w:r>
      </w:hyperlink>
      <w:r>
        <w:t xml:space="preserve"> - Supports the statement from Justin Lund on the motivation behind launching DreamHost Liftoff to help small businesses and freelancers.</w:t>
      </w:r>
      <w:r/>
    </w:p>
    <w:p>
      <w:pPr>
        <w:pStyle w:val="ListNumber"/>
        <w:spacing w:line="240" w:lineRule="auto"/>
        <w:ind w:left="720"/>
      </w:pPr>
      <w:r/>
      <w:hyperlink r:id="rId10">
        <w:r>
          <w:rPr>
            <w:color w:val="0000EE"/>
            <w:u w:val="single"/>
          </w:rPr>
          <w:t>https://www.techradar.com/pro/website-building/dreamhost-makes-ai-your-wordpress-web-designer</w:t>
        </w:r>
      </w:hyperlink>
      <w:r>
        <w:t xml:space="preserve"> - Mentions the targeting of small business owners and freelancers, and the broader trend of incorporating AI in website building.</w:t>
      </w:r>
      <w:r/>
    </w:p>
    <w:p>
      <w:pPr>
        <w:pStyle w:val="ListNumber"/>
        <w:spacing w:line="240" w:lineRule="auto"/>
        <w:ind w:left="720"/>
      </w:pPr>
      <w:r/>
      <w:hyperlink r:id="rId11">
        <w:r>
          <w:rPr>
            <w:color w:val="0000EE"/>
            <w:u w:val="single"/>
          </w:rPr>
          <w:t>https://thearabianpost.com/dreamhost-debuts-ai-powered-wordpress-builder-for-swift-website-creation/</w:t>
        </w:r>
      </w:hyperlink>
      <w:r>
        <w:t xml:space="preserve"> - Corroborates the one-click installation feature and the lack of need for external web-building software.</w:t>
      </w:r>
      <w:r/>
    </w:p>
    <w:p>
      <w:pPr>
        <w:pStyle w:val="ListNumber"/>
        <w:spacing w:line="240" w:lineRule="auto"/>
        <w:ind w:left="720"/>
      </w:pPr>
      <w:r/>
      <w:hyperlink r:id="rId12">
        <w:r>
          <w:rPr>
            <w:color w:val="0000EE"/>
            <w:u w:val="single"/>
          </w:rPr>
          <w:t>https://www.hostsearch.com/news/dreamhost-unveils-ai-powered-website-builder-for-wordpress.asp</w:t>
        </w:r>
      </w:hyperlink>
      <w:r>
        <w:t xml:space="preserve"> - Details the extensive design library and built-in content creation features of DreamHost Liftoff.</w:t>
      </w:r>
      <w:r/>
    </w:p>
    <w:p>
      <w:pPr>
        <w:pStyle w:val="ListNumber"/>
        <w:spacing w:line="240" w:lineRule="auto"/>
        <w:ind w:left="720"/>
      </w:pPr>
      <w:r/>
      <w:hyperlink r:id="rId13">
        <w:r>
          <w:rPr>
            <w:color w:val="0000EE"/>
            <w:u w:val="single"/>
          </w:rPr>
          <w:t>https://www.dreamhost.com/news/press-releases/dreamhost-launches-ai-powered-website-builder-for-wordpress/</w:t>
        </w:r>
      </w:hyperlink>
      <w:r>
        <w:t xml:space="preserve"> - Explains the integration with native WordPress components, ensuring performance, security, and data portability.</w:t>
      </w:r>
      <w:r/>
    </w:p>
    <w:p>
      <w:pPr>
        <w:pStyle w:val="ListNumber"/>
        <w:spacing w:line="240" w:lineRule="auto"/>
        <w:ind w:left="720"/>
      </w:pPr>
      <w:r/>
      <w:hyperlink r:id="rId10">
        <w:r>
          <w:rPr>
            <w:color w:val="0000EE"/>
            <w:u w:val="single"/>
          </w:rPr>
          <w:t>https://www.techradar.com/pro/website-building/dreamhost-makes-ai-your-wordpress-web-designer</w:t>
        </w:r>
      </w:hyperlink>
      <w:r>
        <w:t xml:space="preserve"> - Discusses the competitive landscape, including other companies like Wix and Google exploring AI-driven website creation solutions.</w:t>
      </w:r>
      <w:r/>
    </w:p>
    <w:p>
      <w:pPr>
        <w:pStyle w:val="ListNumber"/>
        <w:spacing w:line="240" w:lineRule="auto"/>
        <w:ind w:left="720"/>
      </w:pPr>
      <w:r/>
      <w:hyperlink r:id="rId13">
        <w:r>
          <w:rPr>
            <w:color w:val="0000EE"/>
            <w:u w:val="single"/>
          </w:rPr>
          <w:t>https://www.dreamhost.com/news/press-releases/dreamhost-launches-ai-powered-website-builder-for-wordpress/</w:t>
        </w:r>
      </w:hyperlink>
      <w:r>
        <w:t xml:space="preserve"> - Highlights the significance of DreamHost Liftoff in simplifying the website creation process for small businesses and freelancers without technical expertise.</w:t>
      </w:r>
      <w:r/>
    </w:p>
    <w:p>
      <w:pPr>
        <w:pStyle w:val="ListNumber"/>
        <w:spacing w:line="240" w:lineRule="auto"/>
        <w:ind w:left="720"/>
      </w:pPr>
      <w:r/>
      <w:hyperlink r:id="rId10">
        <w:r>
          <w:rPr>
            <w:color w:val="0000EE"/>
            <w:u w:val="single"/>
          </w:rPr>
          <w:t>https://www.techradar.com/pro/website-building/dreamhost-makes-ai-your-wordpress-web-designer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radar.com/pro/website-building/dreamhost-makes-ai-your-wordpress-web-designer" TargetMode="External"/><Relationship Id="rId11" Type="http://schemas.openxmlformats.org/officeDocument/2006/relationships/hyperlink" Target="https://thearabianpost.com/dreamhost-debuts-ai-powered-wordpress-builder-for-swift-website-creation/" TargetMode="External"/><Relationship Id="rId12" Type="http://schemas.openxmlformats.org/officeDocument/2006/relationships/hyperlink" Target="https://www.hostsearch.com/news/dreamhost-unveils-ai-powered-website-builder-for-wordpress.asp" TargetMode="External"/><Relationship Id="rId13" Type="http://schemas.openxmlformats.org/officeDocument/2006/relationships/hyperlink" Target="https://www.dreamhost.com/news/press-releases/dreamhost-launches-ai-powered-website-builder-for-wordpr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