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Exploitation of Hurricane Helene by AI scammers unveiled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Exploitation of Hurricane Helene by AI Scammers Unveiled</w:t>
      </w:r>
      <w:r/>
    </w:p>
    <w:p>
      <w:r/>
      <w:r>
        <w:t>In the aftermath of the devastating Hurricane Helene, as families strive to locate missing loved ones and communities contend with significant losses, an unsettling trend has emerged. Opportunistic individuals have leveraged AI-generated imagery to exploit the calamity for personal gain.</w:t>
      </w:r>
      <w:r/>
    </w:p>
    <w:p>
      <w:r/>
      <w:r>
        <w:t>One Facebook account, "Coastal Views," known for typically sharing serene AI-generated images of nature and beach scenes, has dramatically altered its content. The account, which featured a banner reading "OBX Live" (a reference to North Carolina's Outer Banks islands), began posting distressing images of supposed flood-ravaged neighbourhoods and stranded animals over the past weekend.</w:t>
      </w:r>
      <w:r/>
    </w:p>
    <w:p>
      <w:r/>
      <w:r>
        <w:t>However, the images, which portray scenes such as inundated houses and dogs perched on rooftops, are not actual photographs of the destruction wrought by Hurricane Helene. Instead, they are AI-generated fabrications, seemingly intended to capitalise on heightened public interest in the hurricane. This suspicious activity was first identified by a social media user on the platform X.</w:t>
      </w:r>
      <w:r/>
    </w:p>
    <w:p>
      <w:r/>
      <w:r>
        <w:t>Rather than serve as a source of critical information for the disaster-stricken populace, or even provide authentic visuals of the hurricane's impact, "Coastal Views" appears to redirect attention to an Etsy page operated by an individual under the name "Alexandr." On this page, AI-generated prints are sold, depicting whimsical scenes such as horses interacting with sea turtles and Santa Claus on a beach.</w:t>
      </w:r>
      <w:r/>
    </w:p>
    <w:p>
      <w:r/>
      <w:r>
        <w:t>Crucially, the false disaster imagery, while crafted to appear realistic, exhibit clear indicators of AI manufacturing. For instance, one image shows a man purportedly rescuing a dog, yet upon closer inspection, the man's hand is malformed with six fingers, a common anomaly in AI-generated images.</w:t>
      </w:r>
      <w:r/>
    </w:p>
    <w:p>
      <w:r/>
      <w:r>
        <w:t>Despite these inconsistencies, "Coastal Views" labels these images with misleadingly supportive captions, one image of a dog rescue being endorsed with "Great job" and accompanying folded hands emojis. Reverse image searches confirmed the absence of these pictures outside "Coastal Views," solidifying suspicions of their inauthentic origins.</w:t>
      </w:r>
      <w:r/>
    </w:p>
    <w:p>
      <w:r/>
      <w:r>
        <w:t>This troubling exploitation underscores a larger phenomenon of "AI slop" — low-quality, AI-generated content flood designed to manipulate social media algorithms for engagement and advertising revenue. This phenomenon has previously been noted on platforms like Facebook, where deceptive AI-generated imagery spans subjects from veterans to natural disasters.</w:t>
      </w:r>
      <w:r/>
    </w:p>
    <w:p>
      <w:r/>
      <w:r>
        <w:t>A 404 Media investigation earlier this year revealed that AI slop is specifically designed to infiltrate platforms like Facebook, exploiting the algorithms to maximize engagement and consequently, revenue from ads. The exploitation of natural disasters like Hurricane Helene, however, marks a particularly disquieting development.</w:t>
      </w:r>
      <w:r/>
    </w:p>
    <w:p>
      <w:r/>
      <w:r>
        <w:t>Despite the relatively low viewership of "Coastal Views'" posts, the apparent primary objective is to drive traffic to the associated Etsy store. The account notably fails to disclose the AI-generated nature of its images, misleading viewers into believing they represent actual disaster scenes.</w:t>
      </w:r>
      <w:r/>
    </w:p>
    <w:p>
      <w:r/>
      <w:r>
        <w:t>Efforts to reach out to "Coastal Views" for clarification have so far been unsuccessful.</w:t>
      </w:r>
      <w:r/>
    </w:p>
    <w:p>
      <w:r/>
      <w:r>
        <w:t>In conclusion, while communities endeavour to recover and deal with the real consequences of Hurricane Helene, the propagation of false AI-generated disaster imagery adds another layer of complication, obscuring genuine information pathways during critical times.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https://futurism.com/hurricane-scam-ai-slop</w:t>
        </w:r>
      </w:hyperlink>
      <w:r>
        <w:t xml:space="preserve"> - Corroborates the Facebook account 'Coastal Views' altering its content to post AI-generated images of flood-ravaged neighborhoods and stranded animals, and the redirection to an Etsy page for personal gain.</w:t>
      </w:r>
      <w:r/>
    </w:p>
    <w:p>
      <w:pPr>
        <w:pStyle w:val="ListNumber"/>
        <w:spacing w:line="240" w:lineRule="auto"/>
        <w:ind w:left="720"/>
      </w:pPr>
      <w:r/>
      <w:hyperlink r:id="rId10">
        <w:r>
          <w:rPr>
            <w:color w:val="0000EE"/>
            <w:u w:val="single"/>
          </w:rPr>
          <w:t>https://futurism.com/hurricane-scam-ai-slop</w:t>
        </w:r>
      </w:hyperlink>
      <w:r>
        <w:t xml:space="preserve"> - Details the AI-generated images showing clear indicators of AI manufacturing, such as a man with six fingers, and the misleading captions used by 'Coastal Views'.</w:t>
      </w:r>
      <w:r/>
    </w:p>
    <w:p>
      <w:pPr>
        <w:pStyle w:val="ListNumber"/>
        <w:spacing w:line="240" w:lineRule="auto"/>
        <w:ind w:left="720"/>
      </w:pPr>
      <w:r/>
      <w:hyperlink r:id="rId10">
        <w:r>
          <w:rPr>
            <w:color w:val="0000EE"/>
            <w:u w:val="single"/>
          </w:rPr>
          <w:t>https://futurism.com/hurricane-scam-ai-slop</w:t>
        </w:r>
      </w:hyperlink>
      <w:r>
        <w:t xml:space="preserve"> - Explains the phenomenon of 'AI slop' and how it is designed to manipulate social media algorithms for engagement and advertising revenue.</w:t>
      </w:r>
      <w:r/>
    </w:p>
    <w:p>
      <w:pPr>
        <w:pStyle w:val="ListNumber"/>
        <w:spacing w:line="240" w:lineRule="auto"/>
        <w:ind w:left="720"/>
      </w:pPr>
      <w:r/>
      <w:hyperlink r:id="rId10">
        <w:r>
          <w:rPr>
            <w:color w:val="0000EE"/>
            <w:u w:val="single"/>
          </w:rPr>
          <w:t>https://futurism.com/hurricane-scam-ai-slop</w:t>
        </w:r>
      </w:hyperlink>
      <w:r>
        <w:t xml:space="preserve"> - Mentions the 404 Media investigation that revealed AI slop is specifically designed to infiltrate platforms like Facebook to maximize engagement and revenue.</w:t>
      </w:r>
      <w:r/>
    </w:p>
    <w:p>
      <w:pPr>
        <w:pStyle w:val="ListNumber"/>
        <w:spacing w:line="240" w:lineRule="auto"/>
        <w:ind w:left="720"/>
      </w:pPr>
      <w:r/>
      <w:hyperlink r:id="rId11">
        <w:r>
          <w:rPr>
            <w:color w:val="0000EE"/>
            <w:u w:val="single"/>
          </w:rPr>
          <w:t>https://consumer.ftc.gov/consumer-alerts/2024/10/recovery-scams-will-follow-hurricane-helene-heres-how-spot-them</w:t>
        </w:r>
      </w:hyperlink>
      <w:r>
        <w:t xml:space="preserve"> - Warns about various scams following Hurricane Helene, including imposter scams and home improvement scams, which align with the broader context of exploitation during disasters.</w:t>
      </w:r>
      <w:r/>
    </w:p>
    <w:p>
      <w:pPr>
        <w:pStyle w:val="ListNumber"/>
        <w:spacing w:line="240" w:lineRule="auto"/>
        <w:ind w:left="720"/>
      </w:pPr>
      <w:r/>
      <w:hyperlink r:id="rId12">
        <w:r>
          <w:rPr>
            <w:color w:val="0000EE"/>
            <w:u w:val="single"/>
          </w:rPr>
          <w:t>https://hcfl.gov/newsroom/2024/09/27/residents-warned-to-beware-of-fraud-and-scams-after-hurricane-helene</w:t>
        </w:r>
      </w:hyperlink>
      <w:r>
        <w:t xml:space="preserve"> - Provides tips from the Florida Department of Financial Services and the Federal Trade Commission on how to avoid fraud and scams after Hurricane Helene, highlighting the need for caution with unqualified contractors and charity scams.</w:t>
      </w:r>
      <w:r/>
    </w:p>
    <w:p>
      <w:pPr>
        <w:pStyle w:val="ListNumber"/>
        <w:spacing w:line="240" w:lineRule="auto"/>
        <w:ind w:left="720"/>
      </w:pPr>
      <w:r/>
      <w:hyperlink r:id="rId13">
        <w:r>
          <w:rPr>
            <w:color w:val="0000EE"/>
            <w:u w:val="single"/>
          </w:rPr>
          <w:t>https://www.axios.com/2024/10/01/helene-north-carolina-media-misinformation-fact-checking</w:t>
        </w:r>
      </w:hyperlink>
      <w:r>
        <w:t xml:space="preserve"> - Discusses the spread of misinformation and false images during Hurricane Helene, including AI-generated content, and the role of local media in correcting these falsehoods.</w:t>
      </w:r>
      <w:r/>
    </w:p>
    <w:p>
      <w:pPr>
        <w:pStyle w:val="ListNumber"/>
        <w:spacing w:line="240" w:lineRule="auto"/>
        <w:ind w:left="720"/>
      </w:pPr>
      <w:r/>
      <w:hyperlink r:id="rId14">
        <w:r>
          <w:rPr>
            <w:color w:val="0000EE"/>
            <w:u w:val="single"/>
          </w:rPr>
          <w:t>https://www.prnewswire.com/news-releases/nicb-issues-contractor-fraud-alert-in-hurricane-helenes-wake-302263235.html</w:t>
        </w:r>
      </w:hyperlink>
      <w:r>
        <w:t xml:space="preserve"> - Warns about contractor fraud schemes and provides tips from the National Insurance Crime Bureau on how to avoid these scams, emphasizing the importance of verifying contractors and not making upfront payments.</w:t>
      </w:r>
      <w:r/>
    </w:p>
    <w:p>
      <w:pPr>
        <w:pStyle w:val="ListNumber"/>
        <w:spacing w:line="240" w:lineRule="auto"/>
        <w:ind w:left="720"/>
      </w:pPr>
      <w:r/>
      <w:hyperlink r:id="rId10">
        <w:r>
          <w:rPr>
            <w:color w:val="0000EE"/>
            <w:u w:val="single"/>
          </w:rPr>
          <w:t>https://futurism.com/hurricane-scam-ai-slop</w:t>
        </w:r>
      </w:hyperlink>
      <w:r>
        <w:t xml:space="preserve"> - Details the failure of 'Coastal Views' to disclose the AI-generated nature of its images, misleading viewers into believing they represent actual disaster scenes.</w:t>
      </w:r>
      <w:r/>
    </w:p>
    <w:p>
      <w:pPr>
        <w:pStyle w:val="ListNumber"/>
        <w:spacing w:line="240" w:lineRule="auto"/>
        <w:ind w:left="720"/>
      </w:pPr>
      <w:r/>
      <w:hyperlink r:id="rId10">
        <w:r>
          <w:rPr>
            <w:color w:val="0000EE"/>
            <w:u w:val="single"/>
          </w:rPr>
          <w:t>https://futurism.com/hurricane-scam-ai-slop</w:t>
        </w:r>
      </w:hyperlink>
      <w:r>
        <w:t xml:space="preserve"> - Mentions the unsuccessful attempts to reach out to 'Coastal Views' for clarification, highlighting the lack of transparency in their activities.</w:t>
      </w:r>
      <w:r/>
    </w:p>
    <w:p>
      <w:pPr>
        <w:pStyle w:val="ListNumber"/>
        <w:spacing w:line="240" w:lineRule="auto"/>
        <w:ind w:left="720"/>
      </w:pPr>
      <w:r/>
      <w:hyperlink r:id="rId13">
        <w:r>
          <w:rPr>
            <w:color w:val="0000EE"/>
            <w:u w:val="single"/>
          </w:rPr>
          <w:t>https://www.axios.com/2024/10/01/helene-north-carolina-media-misinformation-fact-checking</w:t>
        </w:r>
      </w:hyperlink>
      <w:r>
        <w:t xml:space="preserve"> - Highlights the critical role of local media in providing accurate information and debunking false rumors during the aftermath of Hurricane Helene.</w:t>
      </w:r>
      <w:r/>
    </w:p>
    <w:p>
      <w:pPr>
        <w:pStyle w:val="ListNumber"/>
        <w:spacing w:line="240" w:lineRule="auto"/>
        <w:ind w:left="720"/>
      </w:pPr>
      <w:r/>
      <w:hyperlink r:id="rId10">
        <w:r>
          <w:rPr>
            <w:color w:val="0000EE"/>
            <w:u w:val="single"/>
          </w:rPr>
          <w:t>https://futurism.com/hurricane-scam-ai-slop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ism.com/hurricane-scam-ai-slop" TargetMode="External"/><Relationship Id="rId11" Type="http://schemas.openxmlformats.org/officeDocument/2006/relationships/hyperlink" Target="https://consumer.ftc.gov/consumer-alerts/2024/10/recovery-scams-will-follow-hurricane-helene-heres-how-spot-them" TargetMode="External"/><Relationship Id="rId12" Type="http://schemas.openxmlformats.org/officeDocument/2006/relationships/hyperlink" Target="https://hcfl.gov/newsroom/2024/09/27/residents-warned-to-beware-of-fraud-and-scams-after-hurricane-helene" TargetMode="External"/><Relationship Id="rId13" Type="http://schemas.openxmlformats.org/officeDocument/2006/relationships/hyperlink" Target="https://www.axios.com/2024/10/01/helene-north-carolina-media-misinformation-fact-checking" TargetMode="External"/><Relationship Id="rId14" Type="http://schemas.openxmlformats.org/officeDocument/2006/relationships/hyperlink" Target="https://www.prnewswire.com/news-releases/nicb-issues-contractor-fraud-alert-in-hurricane-helenes-wake-30226323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