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Fytted unveils cutting-edge virtual fitting room, aiming to revolutionise online shopping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Fytted Unveils Cutting-Edge Virtual Fitting Room, Aiming to Revolutionise Online Shopping</w:t>
      </w:r>
      <w:r/>
    </w:p>
    <w:p>
      <w:r/>
      <w:r>
        <w:rPr>
          <w:b/>
        </w:rPr>
        <w:t>London, UK</w:t>
      </w:r>
      <w:r>
        <w:t xml:space="preserve"> - Fytted, an innovative technology company, has unveiled its latest feature: a virtual fitting room, which promises to transform the landscape of online clothing shopping. The in-app feature allows users to visualise both the look and fit of over 1 million clothing items by utilising user photos, measurements, and brands' clothing size charts through its sophisticated artificial intelligence (AI) technology.</w:t>
      </w:r>
      <w:r/>
    </w:p>
    <w:p>
      <w:r/>
      <w:r>
        <w:t>This cutting-edge technology addresses a key issue for both consumers and retailers: reducing the frequency of clothing returns. Clothing returns often stem from sizing discrepancies and fit dissatisfaction, a problem Fytted aims to significantly mitigate.</w:t>
      </w:r>
      <w:r/>
    </w:p>
    <w:p>
      <w:r/>
      <w:r>
        <w:rPr>
          <w:b/>
        </w:rPr>
        <w:t>Greg Auerbach</w:t>
      </w:r>
      <w:r>
        <w:t>, Fytted's Chief Executive Officer and cofounder, highlighted the efficacy of their innovation. "Our users have reduced their clothing returns by 40 per cent thanks to Fytted’s unmatched accuracy in recommending the right sizing across all our partnered brands," he stated. "Through our AI-powered virtual fitting room and clothing measurement features, we’ve made it simple for users to browse clothing and find their perfect fit in one convenient place. This merges the benefits of both online and in-person try-on shopping into one easy-to-use app."</w:t>
      </w:r>
      <w:r/>
    </w:p>
    <w:p>
      <w:r/>
      <w:r>
        <w:t>The virtual fitting room boasts partnerships with over 600 brands, offering more than 1 million apparel items for virtual try-ons. High-profile partners include Nike, J.Crew, Mango, Lululemon, Ssense, and Free People. Users can explore these items by using the app's AI measurement feature to capture or input their body measurements, bringing the fitting room experience of physical stores to the digital shopping arena.</w:t>
      </w:r>
      <w:r/>
    </w:p>
    <w:p>
      <w:r/>
      <w:r>
        <w:rPr>
          <w:b/>
        </w:rPr>
        <w:t>Olivia Dicopoulos</w:t>
      </w:r>
      <w:r>
        <w:t>, Chief Creative Officer and cofounder, emphasised the added value of their service. "Beyond precise sizing, we offer a personal shopper experience that helps users find items fitting their colour season, body shape, personal style, and more," she explained. "These features help users curate a customised wardrobe that enhances their unique aesthetic."</w:t>
      </w:r>
      <w:r/>
    </w:p>
    <w:p>
      <w:r/>
      <w:r>
        <w:t>Dicopoulos also addressed how Fytted represents a new way of shopping. "Our app eliminates the need for in-store visits. Users can try on and explore outfits from various retailers and brands, mixing and matching as they would in real life," she remarked. "This reflects how people actually dress, rarely limiting themselves to a single brand for an entire outfit. We’re empowering consumers to shop more intelligently and with greater confidence."</w:t>
      </w:r>
      <w:r/>
    </w:p>
    <w:p>
      <w:r/>
      <w:r>
        <w:t>The reduction of returns is a significant benefit for retailers and brands, especially given that over 50 per cent of clothing returns are due to sizing and fit inconsistencies. "By providing users with a highly accurate virtual try-on experience, we significantly reduce the risk of returns. This not only improves the bottom line for retailers but also enhances customer satisfaction. We're bringing the in-store experience into the digital age," Dicopoulos noted.</w:t>
      </w:r>
      <w:r/>
    </w:p>
    <w:p>
      <w:r/>
      <w:r>
        <w:t>When comparing Fytted to other fitting and sizing applications, Auerbach highlighted several differentiating factors. "First, our measuring technology automates the process entirely — users don’t need to input any measurements manually," he explained. "In less than 12 seconds, we can capture 50 real-time body measurements from a single scan, creating a comprehensive 3D rendering of the user's body that goes far beyond basic measurements like chest, waist and hips."</w:t>
      </w:r>
      <w:r/>
    </w:p>
    <w:p>
      <w:r/>
      <w:r>
        <w:t>Auerbach continued, "What sets Fytted apart is the depth of our data and the accuracy of our recommendations. We’ve aggregated over 5,000 size guides and hundreds of thousands of garment measurements, enabling us to compare a user’s unique body measurements against specific products to find their ideal fit. It’s not just about finding your size; it’s about understanding how each garment will lay and fit on your body."</w:t>
      </w:r>
      <w:r/>
    </w:p>
    <w:p>
      <w:r/>
      <w:r>
        <w:t>Additionally, he mentioned that Fytted's measuring technology has applications beyond fashion. "Our measuring technology is widely used across industries, especially for remote athletic recruitment. Since its release, we’ve generated over 10 million measurements with unmatched accuracy," he said.</w:t>
      </w:r>
      <w:r/>
    </w:p>
    <w:p>
      <w:r/>
      <w:r>
        <w:t>Fytted’s virtual fitting room is available for free via the Fytted app, offering users a seamless and convenient way to enhance their online shopping experience while significantly reducing the hassles associated with incorrect sizing and fit.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https://www.retaildive.com/news/fytted-virtual-fitting-room-tool-ai/728000/</w:t>
        </w:r>
      </w:hyperlink>
      <w:r>
        <w:t xml:space="preserve"> - Corroborates the launch of Fytted's virtual fitting room, its ability to reduce returns by 40%, and partnerships with over 600 brands.</w:t>
      </w:r>
      <w:r/>
    </w:p>
    <w:p>
      <w:pPr>
        <w:pStyle w:val="ListNumber"/>
        <w:spacing w:line="240" w:lineRule="auto"/>
        <w:ind w:left="720"/>
      </w:pPr>
      <w:r/>
      <w:hyperlink r:id="rId11">
        <w:r>
          <w:rPr>
            <w:color w:val="0000EE"/>
            <w:u w:val="single"/>
          </w:rPr>
          <w:t>https://retailwit.com/fytted-launches-virtual-fitting-room-tool/</w:t>
        </w:r>
      </w:hyperlink>
      <w:r>
        <w:t xml:space="preserve"> - Supports the launch of Fytted's virtual fitting room and its partnerships with brands like Free People, Lululemon, and J. Crew.</w:t>
      </w:r>
      <w:r/>
    </w:p>
    <w:p>
      <w:pPr>
        <w:pStyle w:val="ListNumber"/>
        <w:spacing w:line="240" w:lineRule="auto"/>
        <w:ind w:left="720"/>
      </w:pPr>
      <w:r/>
      <w:hyperlink r:id="rId12">
        <w:r>
          <w:rPr>
            <w:color w:val="0000EE"/>
            <w:u w:val="single"/>
          </w:rPr>
          <w:t>https://omnitalk.blog/2024/09/26/ai-tries-it-on-fytteds-virtual-fitting-room-tackles-retails-return-woes/</w:t>
        </w:r>
      </w:hyperlink>
      <w:r>
        <w:t xml:space="preserve"> - Confirms the AI-powered virtual fitting room, the reduction of returns by 40%, and the availability of over 1 million clothing items from 600+ brands.</w:t>
      </w:r>
      <w:r/>
    </w:p>
    <w:p>
      <w:pPr>
        <w:pStyle w:val="ListNumber"/>
        <w:spacing w:line="240" w:lineRule="auto"/>
        <w:ind w:left="720"/>
      </w:pPr>
      <w:r/>
      <w:hyperlink r:id="rId13">
        <w:r>
          <w:rPr>
            <w:color w:val="0000EE"/>
            <w:u w:val="single"/>
          </w:rPr>
          <w:t>https://www.retailtechnology.co.uk/news/8290/fytted-launches-ai-virtual-fitting-room/</w:t>
        </w:r>
      </w:hyperlink>
      <w:r>
        <w:t xml:space="preserve"> - Details the AI-powered virtual fitting room, its ability to show how clothes will look and fit, and partnerships with top brands.</w:t>
      </w:r>
      <w:r/>
    </w:p>
    <w:p>
      <w:pPr>
        <w:pStyle w:val="ListNumber"/>
        <w:spacing w:line="240" w:lineRule="auto"/>
        <w:ind w:left="720"/>
      </w:pPr>
      <w:r/>
      <w:hyperlink r:id="rId14">
        <w:r>
          <w:rPr>
            <w:color w:val="0000EE"/>
            <w:u w:val="single"/>
          </w:rPr>
          <w:t>https://www.fytted.com</w:t>
        </w:r>
      </w:hyperlink>
      <w:r>
        <w:t xml:space="preserve"> - Provides information on the AI-powered fitting room, real-time size recommendations, and personalized styling features.</w:t>
      </w:r>
      <w:r/>
    </w:p>
    <w:p>
      <w:pPr>
        <w:pStyle w:val="ListNumber"/>
        <w:spacing w:line="240" w:lineRule="auto"/>
        <w:ind w:left="720"/>
      </w:pPr>
      <w:r/>
      <w:hyperlink r:id="rId10">
        <w:r>
          <w:rPr>
            <w:color w:val="0000EE"/>
            <w:u w:val="single"/>
          </w:rPr>
          <w:t>https://www.retaildive.com/news/fytted-virtual-fitting-room-tool-ai/728000/</w:t>
        </w:r>
      </w:hyperlink>
      <w:r>
        <w:t xml:space="preserve"> - Quotes from Greg Auerbach on the efficacy of the virtual fitting room in reducing returns and merging online and in-person shopping benefits.</w:t>
      </w:r>
      <w:r/>
    </w:p>
    <w:p>
      <w:pPr>
        <w:pStyle w:val="ListNumber"/>
        <w:spacing w:line="240" w:lineRule="auto"/>
        <w:ind w:left="720"/>
      </w:pPr>
      <w:r/>
      <w:hyperlink r:id="rId13">
        <w:r>
          <w:rPr>
            <w:color w:val="0000EE"/>
            <w:u w:val="single"/>
          </w:rPr>
          <w:t>https://www.retailtechnology.co.uk/news/8290/fytted-launches-ai-virtual-fitting-room/</w:t>
        </w:r>
      </w:hyperlink>
      <w:r>
        <w:t xml:space="preserve"> - Supports the statement that the virtual fitting room eliminates the need for in-store visits and allows users to try on items from various retailers.</w:t>
      </w:r>
      <w:r/>
    </w:p>
    <w:p>
      <w:pPr>
        <w:pStyle w:val="ListNumber"/>
        <w:spacing w:line="240" w:lineRule="auto"/>
        <w:ind w:left="720"/>
      </w:pPr>
      <w:r/>
      <w:hyperlink r:id="rId14">
        <w:r>
          <w:rPr>
            <w:color w:val="0000EE"/>
            <w:u w:val="single"/>
          </w:rPr>
          <w:t>https://www.fytted.com</w:t>
        </w:r>
      </w:hyperlink>
      <w:r>
        <w:t xml:space="preserve"> - Explains the automated measuring technology that captures 50 real-time body measurements and creates a comprehensive 3D rendering of the user's body.</w:t>
      </w:r>
      <w:r/>
    </w:p>
    <w:p>
      <w:pPr>
        <w:pStyle w:val="ListNumber"/>
        <w:spacing w:line="240" w:lineRule="auto"/>
        <w:ind w:left="720"/>
      </w:pPr>
      <w:r/>
      <w:hyperlink r:id="rId10">
        <w:r>
          <w:rPr>
            <w:color w:val="0000EE"/>
            <w:u w:val="single"/>
          </w:rPr>
          <w:t>https://www.retaildive.com/news/fytted-virtual-fitting-room-tool-ai/728000/</w:t>
        </w:r>
      </w:hyperlink>
      <w:r>
        <w:t xml:space="preserve"> - Discusses the depth of data and accuracy of recommendations, including aggregated size guides and garment measurements.</w:t>
      </w:r>
      <w:r/>
    </w:p>
    <w:p>
      <w:pPr>
        <w:pStyle w:val="ListNumber"/>
        <w:spacing w:line="240" w:lineRule="auto"/>
        <w:ind w:left="720"/>
      </w:pPr>
      <w:r/>
      <w:hyperlink r:id="rId12">
        <w:r>
          <w:rPr>
            <w:color w:val="0000EE"/>
            <w:u w:val="single"/>
          </w:rPr>
          <w:t>https://omnitalk.blog/2024/09/26/ai-tries-it-on-fytteds-virtual-fitting-room-tackles-retails-return-woes/</w:t>
        </w:r>
      </w:hyperlink>
      <w:r>
        <w:t xml:space="preserve"> - Mentions the broader applications of Fytted's measuring technology beyond fashion, such as in remote athletic recruitment.</w:t>
      </w:r>
      <w:r/>
    </w:p>
    <w:p>
      <w:pPr>
        <w:pStyle w:val="ListNumber"/>
        <w:spacing w:line="240" w:lineRule="auto"/>
        <w:ind w:left="720"/>
      </w:pPr>
      <w:r/>
      <w:hyperlink r:id="rId14">
        <w:r>
          <w:rPr>
            <w:color w:val="0000EE"/>
            <w:u w:val="single"/>
          </w:rPr>
          <w:t>https://www.fytted.com</w:t>
        </w:r>
      </w:hyperlink>
      <w:r>
        <w:t xml:space="preserve"> - Confirms that the virtual fitting room is available for free via the Fytted app, enhancing the online shopping experience.</w:t>
      </w:r>
      <w:r/>
    </w:p>
    <w:p>
      <w:pPr>
        <w:pStyle w:val="ListNumber"/>
        <w:spacing w:line="240" w:lineRule="auto"/>
        <w:ind w:left="720"/>
      </w:pPr>
      <w:r/>
      <w:hyperlink r:id="rId15">
        <w:r>
          <w:rPr>
            <w:color w:val="0000EE"/>
            <w:u w:val="single"/>
          </w:rPr>
          <w:t>https://wwd.com/business-news/technology/returns-reduced-with-ai-powered-virtual-fitting-room-1236659622/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taildive.com/news/fytted-virtual-fitting-room-tool-ai/728000/" TargetMode="External"/><Relationship Id="rId11" Type="http://schemas.openxmlformats.org/officeDocument/2006/relationships/hyperlink" Target="https://retailwit.com/fytted-launches-virtual-fitting-room-tool/" TargetMode="External"/><Relationship Id="rId12" Type="http://schemas.openxmlformats.org/officeDocument/2006/relationships/hyperlink" Target="https://omnitalk.blog/2024/09/26/ai-tries-it-on-fytteds-virtual-fitting-room-tackles-retails-return-woes/" TargetMode="External"/><Relationship Id="rId13" Type="http://schemas.openxmlformats.org/officeDocument/2006/relationships/hyperlink" Target="https://www.retailtechnology.co.uk/news/8290/fytted-launches-ai-virtual-fitting-room/" TargetMode="External"/><Relationship Id="rId14" Type="http://schemas.openxmlformats.org/officeDocument/2006/relationships/hyperlink" Target="https://www.fytted.com" TargetMode="External"/><Relationship Id="rId15" Type="http://schemas.openxmlformats.org/officeDocument/2006/relationships/hyperlink" Target="https://wwd.com/business-news/technology/returns-reduced-with-ai-powered-virtual-fitting-room-12366596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