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Gmail security measures by integrating Gemini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Enhances Gmail Security Measures by Integrating Gemini AI</w:t>
      </w:r>
      <w:r/>
    </w:p>
    <w:p>
      <w:r/>
      <w:r>
        <w:t xml:space="preserve">Google is set to bolster the security of its widely used email service, Gmail, by integrating its advanced AI tool, Gemini AI. This strategic move aims to significantly improve the safety of email interactions, particularly in countering spam and malware threats. </w:t>
      </w:r>
      <w:r/>
    </w:p>
    <w:p>
      <w:r/>
      <w:r>
        <w:t>This update will introduce a slight delay in the delivery of emails containing attachments as they undergo rigorous scanning in secure virtual environments before landing in users' inboxes. This precautionary scan is designed to safeguard Gmail's 3.45 billion active users from potential security risks posed by malicious files.</w:t>
      </w:r>
      <w:r/>
    </w:p>
    <w:p>
      <w:r/>
      <w:r>
        <w:t>Additionally, Gemini AI will bring enhancement to email filtering features, enabling users to customise how emails are managed upon arrival. For instance, the AI can automatically redirect suspicious emails to the spam folder, providing an added layer of defence against malicious attacks. However, users should be aware that legitimate emails, such as bank statements, ISP bills, or credit card reminders, might occasionally be misclassified as spam. Google's AI technology analyses the semantic content of emails, meaning legitimate messages can sometimes be accidentally marked as spam.</w:t>
      </w:r>
      <w:r/>
    </w:p>
    <w:p>
      <w:r/>
      <w:r>
        <w:t>Beyond email, users with Android 14 devices will see Gemini AI's influence in applications such as Google Keep Notes and during message composition, improving the overall user experience despite some perceiving it as intrusive.</w:t>
      </w:r>
      <w:r/>
    </w:p>
    <w:p>
      <w:r/>
      <w:r>
        <w:t>The AI-driven feature, rolled out initially in March 2023 to over 10 million Google Workspace users, offered premium protection for sensitive data. With its broader deployment, all 3 billion Gmail users stand to benefit from automatic enhanced classification and protection of their email content.</w:t>
      </w:r>
      <w:r/>
    </w:p>
    <w:p>
      <w:r/>
      <w:r>
        <w:t>The integration of Gemini AI underscores Google's commitment to creating a safer email environment, balancing convenience with security in a digital age that demands robust protection against an ever-evolving landscape of online threats.</w:t>
      </w:r>
      <w:r/>
    </w:p>
    <w:p>
      <w:r/>
      <w:r>
        <w:rPr>
          <w:b/>
        </w:rPr>
        <w:t>Hackers Exploit Legitimate Websites for Spam Distribution</w:t>
      </w:r>
      <w:r/>
    </w:p>
    <w:p>
      <w:r/>
      <w:r>
        <w:t>In related cybersecurity news, hackers have developed a novel method for distributing spam, exploiting the infrastructure of legitimate websites. This technique has proved challenging for spam filters, as it doesn’t involve taking over the site; the website continues to operate as intended, making it harder for spam filters to block such emails efficiently.</w:t>
      </w:r>
      <w:r/>
    </w:p>
    <w:p>
      <w:r/>
      <w:r>
        <w:t xml:space="preserve">Researchers from Cisco Talos have identified this campaign, explaining that it manipulates sign-up and registration services of various websites. The attack works by overloading the name field with text and a link. Since the site typically does not validate or sanitize this content, the information gets returned to the victim in the post-registration email unfiltered. </w:t>
      </w:r>
      <w:r/>
    </w:p>
    <w:p>
      <w:r/>
      <w:r>
        <w:t>"Unfortunately for defenders, there is very little we can do to defend against such spam messages," a Cisco Talos spokesperson said. "Most emails sent by these contact forms are legitimate, so the malicious email blends in with otherwise legitimate traffic."</w:t>
      </w:r>
      <w:r/>
    </w:p>
    <w:p>
      <w:r/>
      <w:r>
        <w:t>Despite this, the spam emails are generally blatant and can be easily spotted by recipients familiar with post-signup emails from specific sites. The emails appear slightly different due to the embedded link and excessive text, signalling to recipients that the site’s infrastructure is being misused.</w:t>
      </w:r>
      <w:r/>
    </w:p>
    <w:p>
      <w:r/>
      <w:r>
        <w:t>The growing sophistication in phishing and spam techniques underscores the vital role of advanced AI tools like Gemini AI in protecting users from malicious threats. By leveraging such technology, Google aims to maintain a secure email environment, mitigating the impacts of increasingly creative cyber-attacks.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https://www.theverge.com/2024/9/24/24252934/google-workspace-gemini-ai-security-assistant</w:t>
        </w:r>
      </w:hyperlink>
      <w:r>
        <w:t xml:space="preserve"> - Corroborates the integration of Gemini AI into Google Workspace and its security features, including the scanning of email attachments and the control over user prompts and generated responses.</w:t>
      </w:r>
      <w:r/>
    </w:p>
    <w:p>
      <w:pPr>
        <w:pStyle w:val="ListNumber"/>
        <w:spacing w:line="240" w:lineRule="auto"/>
        <w:ind w:left="720"/>
      </w:pPr>
      <w:r/>
      <w:hyperlink r:id="rId11">
        <w:r>
          <w:rPr>
            <w:color w:val="0000EE"/>
            <w:u w:val="single"/>
          </w:rPr>
          <w:t>https://www.forbes.com/sites/daveywinder/2024/09/25/google-announces-new-gmail-security-move-for-millions/</w:t>
        </w:r>
      </w:hyperlink>
      <w:r>
        <w:t xml:space="preserve"> - Details the new security advisor tool and how Gemini AI enhances email filtering, including the scanning of attachments and automatic redirection of suspicious emails to the spam folder.</w:t>
      </w:r>
      <w:r/>
    </w:p>
    <w:p>
      <w:pPr>
        <w:pStyle w:val="ListNumber"/>
        <w:spacing w:line="240" w:lineRule="auto"/>
        <w:ind w:left="720"/>
      </w:pPr>
      <w:r/>
      <w:hyperlink r:id="rId11">
        <w:r>
          <w:rPr>
            <w:color w:val="0000EE"/>
            <w:u w:val="single"/>
          </w:rPr>
          <w:t>https://www.forbes.com/sites/daveywinder/2024/09/25/google-announces-new-gmail-security-move-for-millions/</w:t>
        </w:r>
      </w:hyperlink>
      <w:r>
        <w:t xml:space="preserve"> - Explains the AI-powered model's training on abusive email patterns and its ability to review a large volume of user-reported spam, enhancing Gmail's security.</w:t>
      </w:r>
      <w:r/>
    </w:p>
    <w:p>
      <w:pPr>
        <w:pStyle w:val="ListNumber"/>
        <w:spacing w:line="240" w:lineRule="auto"/>
        <w:ind w:left="720"/>
      </w:pPr>
      <w:r/>
      <w:hyperlink r:id="rId12">
        <w:r>
          <w:rPr>
            <w:color w:val="0000EE"/>
            <w:u w:val="single"/>
          </w:rPr>
          <w:t>https://workspace.google.com/blog/product-announcements/google-workspace-extends-gemini-benefits-to-more-customers</w:t>
        </w:r>
      </w:hyperlink>
      <w:r>
        <w:t xml:space="preserve"> - Discusses the inclusion of the Gemini app in Workspace Business, Enterprise, and Frontline plans, and the enterprise-grade data protections and security features it offers.</w:t>
      </w:r>
      <w:r/>
    </w:p>
    <w:p>
      <w:pPr>
        <w:pStyle w:val="ListNumber"/>
        <w:spacing w:line="240" w:lineRule="auto"/>
        <w:ind w:left="720"/>
      </w:pPr>
      <w:r/>
      <w:hyperlink r:id="rId12">
        <w:r>
          <w:rPr>
            <w:color w:val="0000EE"/>
            <w:u w:val="single"/>
          </w:rPr>
          <w:t>https://workspace.google.com/blog/product-announcements/google-workspace-extends-gemini-benefits-to-more-customers</w:t>
        </w:r>
      </w:hyperlink>
      <w:r>
        <w:t xml:space="preserve"> - Mentions the introduction of the security advisor and its role in providing tailored insights and actionable guidance to IT administrators to enhance security posture.</w:t>
      </w:r>
      <w:r/>
    </w:p>
    <w:p>
      <w:pPr>
        <w:pStyle w:val="ListNumber"/>
        <w:spacing w:line="240" w:lineRule="auto"/>
        <w:ind w:left="720"/>
      </w:pPr>
      <w:r/>
      <w:hyperlink r:id="rId10">
        <w:r>
          <w:rPr>
            <w:color w:val="0000EE"/>
            <w:u w:val="single"/>
          </w:rPr>
          <w:t>https://www.theverge.com/2024/9/24/24252934/google-workspace-gemini-ai-security-assistant</w:t>
        </w:r>
      </w:hyperlink>
      <w:r>
        <w:t xml:space="preserve"> - Highlights the new security certifications for Gemini, including SOC 1/2/3, ISO 27001, and ISO 27701, ensuring compliance with industry security and privacy standards.</w:t>
      </w:r>
      <w:r/>
    </w:p>
    <w:p>
      <w:pPr>
        <w:pStyle w:val="ListNumber"/>
        <w:spacing w:line="240" w:lineRule="auto"/>
        <w:ind w:left="720"/>
      </w:pPr>
      <w:r/>
      <w:hyperlink r:id="rId13">
        <w:r>
          <w:rPr>
            <w:color w:val="0000EE"/>
            <w:u w:val="single"/>
          </w:rPr>
          <w:t>https://support.google.com/mail/answer/14199860?hl=en&amp;co=GENIE.Platform%3DAndroid</w:t>
        </w:r>
      </w:hyperlink>
      <w:r>
        <w:t xml:space="preserve"> - Provides details on how Gemini works within Gmail, including summarizing email threads, suggesting responses, and drafting emails, as part of the Google Workspace Labs features.</w:t>
      </w:r>
      <w:r/>
    </w:p>
    <w:p>
      <w:pPr>
        <w:pStyle w:val="ListNumber"/>
        <w:spacing w:line="240" w:lineRule="auto"/>
        <w:ind w:left="720"/>
      </w:pPr>
      <w:r/>
      <w:hyperlink r:id="rId11">
        <w:r>
          <w:rPr>
            <w:color w:val="0000EE"/>
            <w:u w:val="single"/>
          </w:rPr>
          <w:t>https://www.forbes.com/sites/daveywinder/2024/09/25/google-announces-new-gmail-security-move-for-millions/</w:t>
        </w:r>
      </w:hyperlink>
      <w:r>
        <w:t xml:space="preserve"> - Explains the enhanced safe browsing features and data protection measures that Gemini AI brings to Google Workspace, including Chrome and Drive.</w:t>
      </w:r>
      <w:r/>
    </w:p>
    <w:p>
      <w:pPr>
        <w:pStyle w:val="ListNumber"/>
        <w:spacing w:line="240" w:lineRule="auto"/>
        <w:ind w:left="720"/>
      </w:pPr>
      <w:r/>
      <w:hyperlink r:id="rId14">
        <w:r>
          <w:rPr>
            <w:color w:val="0000EE"/>
            <w:u w:val="single"/>
          </w:rPr>
          <w:t>https://cloud.google.com/security/ai</w:t>
        </w:r>
      </w:hyperlink>
      <w:r>
        <w:t xml:space="preserve"> - Describes how Gemini in Security Operations enhances security by using natural language to generate queries, interact with security event data, and provide recommendations for quick responses to threats.</w:t>
      </w:r>
      <w:r/>
    </w:p>
    <w:p>
      <w:pPr>
        <w:pStyle w:val="ListNumber"/>
        <w:spacing w:line="240" w:lineRule="auto"/>
        <w:ind w:left="720"/>
      </w:pPr>
      <w:r/>
      <w:hyperlink r:id="rId12">
        <w:r>
          <w:rPr>
            <w:color w:val="0000EE"/>
            <w:u w:val="single"/>
          </w:rPr>
          <w:t>https://workspace.google.com/blog/product-announcements/google-workspace-extends-gemini-benefits-to-more-customers</w:t>
        </w:r>
      </w:hyperlink>
      <w:r>
        <w:t xml:space="preserve"> - Highlights Google's commitment to responsible AI and the control users have over data, ensuring that Gemini does not use organization data to train or improve its models.</w:t>
      </w:r>
      <w:r/>
    </w:p>
    <w:p>
      <w:pPr>
        <w:pStyle w:val="ListNumber"/>
        <w:spacing w:line="240" w:lineRule="auto"/>
        <w:ind w:left="720"/>
      </w:pPr>
      <w:r/>
      <w:hyperlink r:id="rId10">
        <w:r>
          <w:rPr>
            <w:color w:val="0000EE"/>
            <w:u w:val="single"/>
          </w:rPr>
          <w:t>https://www.theverge.com/2024/9/24/24252934/google-workspace-gemini-ai-security-assistant</w:t>
        </w:r>
      </w:hyperlink>
      <w:r>
        <w:t xml:space="preserve"> - Mentions the broader deployment of Gemini AI to millions of users, enhancing the overall security and user experience across Google Workspace applications.</w:t>
      </w:r>
      <w:r/>
    </w:p>
    <w:p>
      <w:pPr>
        <w:pStyle w:val="ListNumber"/>
        <w:spacing w:line="240" w:lineRule="auto"/>
        <w:ind w:left="720"/>
      </w:pPr>
      <w:r/>
      <w:hyperlink r:id="rId15">
        <w:r>
          <w:rPr>
            <w:color w:val="0000EE"/>
            <w:u w:val="single"/>
          </w:rPr>
          <w:t>https://www.cybersecurity-insiders.com/google-to-use-gemini-ai-to-secure-gmail-from-spam-and-malware/?utm_source=rss&amp;utm_medium=rss&amp;utm_campaign=google-to-use-gemini-ai-to-secure-gmail-from-spam-and-malware</w:t>
        </w:r>
      </w:hyperlink>
      <w:r>
        <w:t xml:space="preserve"> - Please view link - unable to able to access data</w:t>
      </w:r>
      <w:r/>
    </w:p>
    <w:p>
      <w:pPr>
        <w:pStyle w:val="ListNumber"/>
        <w:spacing w:line="240" w:lineRule="auto"/>
        <w:ind w:left="720"/>
      </w:pPr>
      <w:r/>
      <w:hyperlink r:id="rId16">
        <w:r>
          <w:rPr>
            <w:color w:val="0000EE"/>
            <w:u w:val="single"/>
          </w:rPr>
          <w:t>https://www.techradar.com/pro/security/normal-websites-are-being-hijacked-to-overload-victims-with-spam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9/24/24252934/google-workspace-gemini-ai-security-assistant" TargetMode="External"/><Relationship Id="rId11" Type="http://schemas.openxmlformats.org/officeDocument/2006/relationships/hyperlink" Target="https://www.forbes.com/sites/daveywinder/2024/09/25/google-announces-new-gmail-security-move-for-millions/" TargetMode="External"/><Relationship Id="rId12" Type="http://schemas.openxmlformats.org/officeDocument/2006/relationships/hyperlink" Target="https://workspace.google.com/blog/product-announcements/google-workspace-extends-gemini-benefits-to-more-customers" TargetMode="External"/><Relationship Id="rId13" Type="http://schemas.openxmlformats.org/officeDocument/2006/relationships/hyperlink" Target="https://support.google.com/mail/answer/14199860?hl=en&amp;co=GENIE.Platform%3DAndroid" TargetMode="External"/><Relationship Id="rId14" Type="http://schemas.openxmlformats.org/officeDocument/2006/relationships/hyperlink" Target="https://cloud.google.com/security/ai" TargetMode="External"/><Relationship Id="rId15" Type="http://schemas.openxmlformats.org/officeDocument/2006/relationships/hyperlink" Target="https://www.cybersecurity-insiders.com/google-to-use-gemini-ai-to-secure-gmail-from-spam-and-malware/?utm_source=rss&amp;utm_medium=rss&amp;utm_campaign=google-to-use-gemini-ai-to-secure-gmail-from-spam-and-malware" TargetMode="External"/><Relationship Id="rId16" Type="http://schemas.openxmlformats.org/officeDocument/2006/relationships/hyperlink" Target="https://www.techradar.com/pro/security/normal-websites-are-being-hijacked-to-overload-victims-with-sp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