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NotebookLM enhances AI interaction with audio overviews and customisation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Google’s NotebookLM: Transforming AI User Interaction with Audio Overviews and Customisation Options</w:t>
      </w:r>
      <w:r/>
    </w:p>
    <w:p>
      <w:r/>
      <w:r>
        <w:t>Mountain View, California - Google's innovative AI workspace, NotebookLM, has introduced a new feature that has garnered significant acclaim within the AI community. Originally short for "Notebook Language Model," the platform allows users to upload documents and links and interrogate these resources via a chatbot-style text interface. The recent addition of "Audio Overviews" (AOs), enabling custom AI-generated podcasts with artificial host voices, represents a significant enhancement to this tool.</w:t>
      </w:r>
      <w:r/>
    </w:p>
    <w:p>
      <w:r/>
      <w:r>
        <w:t xml:space="preserve">Since its rollout, this feature has attracted praise from AI professionals and leaders alike. Available for free to Google Account users, NotebookLM's AOs provide an auditory summary of user-uploaded content, offering a novel way to consume information. </w:t>
      </w:r>
      <w:r/>
    </w:p>
    <w:p>
      <w:r/>
      <w:r>
        <w:rPr>
          <w:b/>
        </w:rPr>
        <w:t>Customization and Future Updates</w:t>
      </w:r>
      <w:r/>
    </w:p>
    <w:p>
      <w:r/>
      <w:r>
        <w:t>Following the success and positive feedback for the podcast feature, Raiza Martin, NotebookLM’s product leader, has confirmed upcoming updates to further refine user control over AOs. These enhancements will include the ability to select different "personas" as AI hosts and customize the length of podcast episodes.</w:t>
      </w:r>
      <w:r/>
    </w:p>
    <w:p>
      <w:r/>
      <w:r>
        <w:t>In a personal post on X (formerly Twitter), Martin disclosed, "We’re going to lean in here and try to accelerate more of this type of stuff in the product. People want to influence the content. Makes sense – now you want knobs for format, length, personas, voices, languages." She further assured users that the team is actively working on these improvements, some of which will be rolled out sooner than others.</w:t>
      </w:r>
      <w:r/>
    </w:p>
    <w:p>
      <w:r/>
      <w:r>
        <w:rPr>
          <w:b/>
        </w:rPr>
        <w:t>Unexpected Creativity and Emotional Reactions</w:t>
      </w:r>
      <w:r/>
    </w:p>
    <w:p>
      <w:r/>
      <w:r>
        <w:t>NotebookLM has not only transformed information consumption but has also surprised users and developers with its creative potential. A recent "jailbreak," an unintended use of the tool, led to AI hosts experiencing existential revelations and expressing emotional states, such as amazement and existential dread at realizing their artificial nature. This incident has amplified the discourse around AI capabilities and their potential emotional resonance with users.</w:t>
      </w:r>
      <w:r/>
    </w:p>
    <w:p>
      <w:r/>
      <w:r>
        <w:t>Martin shared a deeply personal reaction to one such instance, indicating the unexpected emotional depth the tool can reach. "I was literally [crying emoji] when Sam said he was going to call his wife!" she reflected, pointing to the strong reactions NotebookLM can evoke.</w:t>
      </w:r>
      <w:r/>
    </w:p>
    <w:p>
      <w:r/>
      <w:r>
        <w:rPr>
          <w:b/>
        </w:rPr>
        <w:t>Broader Acceptance of AI Tools</w:t>
      </w:r>
      <w:r/>
    </w:p>
    <w:p>
      <w:r/>
      <w:r>
        <w:t>Reflecting on the rapid pace of AI integration, Martin observed a shift in user attitudes. According to her, users are increasingly focused on understanding how these AI tools function rather than reacting with extreme emotions. This shift points towards a broader acceptance and integration of AI in daily workflows.</w:t>
      </w:r>
      <w:r/>
    </w:p>
    <w:p>
      <w:r/>
      <w:r>
        <w:t>In an interview with VentureBeat, Martin highlighted the growing interest from corporate teams and educational users who are leveraging NotebookLM to streamline research and knowledge-sharing, suggesting its utility for both enterprises and individuals. "We saw students using it to accelerate their learning and understanding, but professionals are doing the exact same things," she stated.</w:t>
      </w:r>
      <w:r/>
    </w:p>
    <w:p>
      <w:r/>
      <w:r>
        <w:rPr>
          <w:b/>
        </w:rPr>
        <w:t>Expanding Use Cases</w:t>
      </w:r>
      <w:r/>
    </w:p>
    <w:p>
      <w:r/>
      <w:r>
        <w:t xml:space="preserve">The versatility of NotebookLM continues to garner attention. From generating podcasts to aiding in creative writing projects such as Dungeons &amp; Dragons campaigns, the tool's use cases are expanding. Industry heavyweight Andrej Karpathy, former head of Tesla AI and co-founder of OpenAI, praised this innovation on his X account, hinting at the product's potential to pioneer new AI interaction formats similar to the impact of ChatGPT. </w:t>
      </w:r>
      <w:r/>
    </w:p>
    <w:p>
      <w:r/>
      <w:r>
        <w:t>Similarly, AI influencer and consultant Allie K. Miller expressed admiration for NotebookLM's capability to summarise vast amounts of content efficiently. "The work highlight of my weekend was generating 10+ custom podcasts with NotebookLM and listening on walks and commutes," she noted on X.</w:t>
      </w:r>
      <w:r/>
    </w:p>
    <w:p>
      <w:r/>
      <w:r>
        <w:rPr>
          <w:b/>
        </w:rPr>
        <w:t>Future Prospects</w:t>
      </w:r>
      <w:r/>
    </w:p>
    <w:p>
      <w:r/>
      <w:r>
        <w:t>Martin confirmed that more formats and features are forthcoming, ensuring users will have greater flexibility in their interactions with NotebookLM. Google remains committed to iterating on the tool based on user feedback, maintaining an adaptive approach in this swiftly evolving sector.</w:t>
      </w:r>
      <w:r/>
    </w:p>
    <w:p>
      <w:r/>
      <w:r>
        <w:t>As NotebookLM continues to develop, it exemplifies the dual facets of AI advancement—technical innovation and user-centric adaptation. This blend may well position Google’s NotebookLM as a pivotal tool in the ongoing integration of AI into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https://zapier.com/blog/google-ai-notebook-notebooklm/</w:t>
        </w:r>
      </w:hyperlink>
      <w:r>
        <w:t xml:space="preserve"> - This article explains the basic functionality of NotebookLM, including its ability to combine documents with an AI model and a chat window, and how it helps in retrieving information from documents and notes.</w:t>
      </w:r>
      <w:r/>
    </w:p>
    <w:p>
      <w:pPr>
        <w:pStyle w:val="ListNumber"/>
        <w:spacing w:line="240" w:lineRule="auto"/>
        <w:ind w:left="720"/>
      </w:pPr>
      <w:r/>
      <w:hyperlink r:id="rId11">
        <w:r>
          <w:rPr>
            <w:color w:val="0000EE"/>
            <w:u w:val="single"/>
          </w:rPr>
          <w:t>https://siliconangle.com/2024/09/26/google-labs-adds-video-audio-input-ai-powered-note-taking-assistant-notebooklm/</w:t>
        </w:r>
      </w:hyperlink>
      <w:r>
        <w:t xml:space="preserve"> - This source details the new features added to NotebookLM, such as the ability to upload videos and audio files, and how it generates summaries and source guides from uploaded documents.</w:t>
      </w:r>
      <w:r/>
    </w:p>
    <w:p>
      <w:pPr>
        <w:pStyle w:val="ListNumber"/>
        <w:spacing w:line="240" w:lineRule="auto"/>
        <w:ind w:left="720"/>
      </w:pPr>
      <w:r/>
      <w:hyperlink r:id="rId12">
        <w:r>
          <w:rPr>
            <w:color w:val="0000EE"/>
            <w:u w:val="single"/>
          </w:rPr>
          <w:t>https://www.theverge.com/2024/9/11/24242138/google-notebook-llm-ai-fake-podcasts-research</w:t>
        </w:r>
      </w:hyperlink>
      <w:r>
        <w:t xml:space="preserve"> - This article discusses the 'Audio Overview' feature of NotebookLM, which generates AI-powered podcast-style conversations about the user's research, and highlights its capabilities and limitations.</w:t>
      </w:r>
      <w:r/>
    </w:p>
    <w:p>
      <w:pPr>
        <w:pStyle w:val="ListNumber"/>
        <w:spacing w:line="240" w:lineRule="auto"/>
        <w:ind w:left="720"/>
      </w:pPr>
      <w:r/>
      <w:hyperlink r:id="rId13">
        <w:r>
          <w:rPr>
            <w:color w:val="0000EE"/>
            <w:u w:val="single"/>
          </w:rPr>
          <w:t>https://leonfurze.com/2024/09/16/hands-on-with-google-notebooklm/</w:t>
        </w:r>
      </w:hyperlink>
      <w:r>
        <w:t xml:space="preserve"> - This post provides a detailed hands-on review of NotebookLM, including its source integration, AI-powered analysis, and note-taking features, as well as its target audience and potential use cases.</w:t>
      </w:r>
      <w:r/>
    </w:p>
    <w:p>
      <w:pPr>
        <w:pStyle w:val="ListNumber"/>
        <w:spacing w:line="240" w:lineRule="auto"/>
        <w:ind w:left="720"/>
      </w:pPr>
      <w:r/>
      <w:hyperlink r:id="rId14">
        <w:r>
          <w:rPr>
            <w:color w:val="0000EE"/>
            <w:u w:val="single"/>
          </w:rPr>
          <w:t>https://www.forbes.com/sites/rogerdooley/2024/09/23/will-podcasters-be-replaced-by-ai-googles-notebooklm-points-the-way</w:t>
        </w:r>
      </w:hyperlink>
      <w:r>
        <w:t xml:space="preserve"> - This article explores the 'Audio Overview' feature of NotebookLM, its ability to generate realistic podcast-style conversations, and potential use cases such as summarizing books and articles.</w:t>
      </w:r>
      <w:r/>
    </w:p>
    <w:p>
      <w:pPr>
        <w:pStyle w:val="ListNumber"/>
        <w:spacing w:line="240" w:lineRule="auto"/>
        <w:ind w:left="720"/>
      </w:pPr>
      <w:r/>
      <w:hyperlink r:id="rId10">
        <w:r>
          <w:rPr>
            <w:color w:val="0000EE"/>
            <w:u w:val="single"/>
          </w:rPr>
          <w:t>https://zapier.com/blog/google-ai-notebook-notebooklm/</w:t>
        </w:r>
      </w:hyperlink>
      <w:r>
        <w:t xml:space="preserve"> - This source mentions the chat interface and the ability to ask questions and generate text based on uploaded documents, which aligns with the customization and interaction aspects of NotebookLM.</w:t>
      </w:r>
      <w:r/>
    </w:p>
    <w:p>
      <w:pPr>
        <w:pStyle w:val="ListNumber"/>
        <w:spacing w:line="240" w:lineRule="auto"/>
        <w:ind w:left="720"/>
      </w:pPr>
      <w:r/>
      <w:hyperlink r:id="rId11">
        <w:r>
          <w:rPr>
            <w:color w:val="0000EE"/>
            <w:u w:val="single"/>
          </w:rPr>
          <w:t>https://siliconangle.com/2024/09/26/google-labs-adds-video-audio-input-ai-powered-note-taking-assistant-notebooklm/</w:t>
        </w:r>
      </w:hyperlink>
      <w:r>
        <w:t xml:space="preserve"> - This article discusses the sharing and collaboration features of NotebookLM, including the ability to share Audio Overviews with a URL, which supports the broader acceptance and integration of AI tools.</w:t>
      </w:r>
      <w:r/>
    </w:p>
    <w:p>
      <w:pPr>
        <w:pStyle w:val="ListNumber"/>
        <w:spacing w:line="240" w:lineRule="auto"/>
        <w:ind w:left="720"/>
      </w:pPr>
      <w:r/>
      <w:hyperlink r:id="rId12">
        <w:r>
          <w:rPr>
            <w:color w:val="0000EE"/>
            <w:u w:val="single"/>
          </w:rPr>
          <w:t>https://www.theverge.com/2024/9/11/24242138/google-notebook-llm-ai-fake-podcasts-research</w:t>
        </w:r>
      </w:hyperlink>
      <w:r>
        <w:t xml:space="preserve"> - This source highlights the creative potential and emotional reactions elicited by the AI hosts in NotebookLM's Audio Overviews, aligning with the unexpected creativity and emotional reactions mentioned.</w:t>
      </w:r>
      <w:r/>
    </w:p>
    <w:p>
      <w:pPr>
        <w:pStyle w:val="ListNumber"/>
        <w:spacing w:line="240" w:lineRule="auto"/>
        <w:ind w:left="720"/>
      </w:pPr>
      <w:r/>
      <w:hyperlink r:id="rId13">
        <w:r>
          <w:rPr>
            <w:color w:val="0000EE"/>
            <w:u w:val="single"/>
          </w:rPr>
          <w:t>https://leonfurze.com/2024/09/16/hands-on-with-google-notebooklm/</w:t>
        </w:r>
      </w:hyperlink>
      <w:r>
        <w:t xml:space="preserve"> - This post mentions the various use cases of NotebookLM, such as creating study guides and FAQs, which supports the expanding use cases and broader acceptance of the tool.</w:t>
      </w:r>
      <w:r/>
    </w:p>
    <w:p>
      <w:pPr>
        <w:pStyle w:val="ListNumber"/>
        <w:spacing w:line="240" w:lineRule="auto"/>
        <w:ind w:left="720"/>
      </w:pPr>
      <w:r/>
      <w:hyperlink r:id="rId14">
        <w:r>
          <w:rPr>
            <w:color w:val="0000EE"/>
            <w:u w:val="single"/>
          </w:rPr>
          <w:t>https://www.forbes.com/sites/rogerdooley/2024/09/23/will-podcasters-be-replaced-by-ai-googles-notebooklm-points-the-way</w:t>
        </w:r>
      </w:hyperlink>
      <w:r>
        <w:t xml:space="preserve"> - This article discusses the potential future formats and features of NotebookLM, including user customization options, which aligns with the future prospects and upcoming updates mentioned.</w:t>
      </w:r>
      <w:r/>
    </w:p>
    <w:p>
      <w:pPr>
        <w:pStyle w:val="ListNumber"/>
        <w:spacing w:line="240" w:lineRule="auto"/>
        <w:ind w:left="720"/>
      </w:pPr>
      <w:r/>
      <w:hyperlink r:id="rId10">
        <w:r>
          <w:rPr>
            <w:color w:val="0000EE"/>
            <w:u w:val="single"/>
          </w:rPr>
          <w:t>https://zapier.com/blog/google-ai-notebook-notebooklm/</w:t>
        </w:r>
      </w:hyperlink>
      <w:r>
        <w:t xml:space="preserve"> - This source mentions the community involvement and the ongoing development of NotebookLM, which supports the future prospects and iterative approach based on user feedback.</w:t>
      </w:r>
      <w:r/>
    </w:p>
    <w:p>
      <w:pPr>
        <w:pStyle w:val="ListNumber"/>
        <w:spacing w:line="240" w:lineRule="auto"/>
        <w:ind w:left="720"/>
      </w:pPr>
      <w:r/>
      <w:hyperlink r:id="rId15">
        <w:r>
          <w:rPr>
            <w:color w:val="0000EE"/>
            <w:u w:val="single"/>
          </w:rPr>
          <w:t>https://venturebeat.com/ai/google-notebooklm-leader-says-more-controls-coming-for-ai-generated-podcasts/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apier.com/blog/google-ai-notebook-notebooklm/" TargetMode="External"/><Relationship Id="rId11" Type="http://schemas.openxmlformats.org/officeDocument/2006/relationships/hyperlink" Target="https://siliconangle.com/2024/09/26/google-labs-adds-video-audio-input-ai-powered-note-taking-assistant-notebooklm/" TargetMode="External"/><Relationship Id="rId12" Type="http://schemas.openxmlformats.org/officeDocument/2006/relationships/hyperlink" Target="https://www.theverge.com/2024/9/11/24242138/google-notebook-llm-ai-fake-podcasts-research" TargetMode="External"/><Relationship Id="rId13" Type="http://schemas.openxmlformats.org/officeDocument/2006/relationships/hyperlink" Target="https://leonfurze.com/2024/09/16/hands-on-with-google-notebooklm/" TargetMode="External"/><Relationship Id="rId14" Type="http://schemas.openxmlformats.org/officeDocument/2006/relationships/hyperlink" Target="https://www.forbes.com/sites/rogerdooley/2024/09/23/will-podcasters-be-replaced-by-ai-googles-notebooklm-points-the-way" TargetMode="External"/><Relationship Id="rId15" Type="http://schemas.openxmlformats.org/officeDocument/2006/relationships/hyperlink" Target="https://venturebeat.com/ai/google-notebooklm-leader-says-more-controls-coming-for-ai-generated-podca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