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Hackers employ deceptive tactics to trick users and steal sensitive 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Hackers Employ Deceptive Tactics to Trick Users and Steal Sensitive Information</w:t>
      </w:r>
      <w:r/>
    </w:p>
    <w:p>
      <w:r/>
      <w:r>
        <w:t>In recent cyber activities, malicious actors have refined their techniques to ensnare unsuspecting users and extract sensitive information, causing a significant rise in cyber fraud instances. Utilising a range of sophisticated methods, these hackers have targeted everyday internet users, manipulating their trust and infiltrating their systems.</w:t>
      </w:r>
      <w:r/>
    </w:p>
    <w:p>
      <w:r/>
      <w:r>
        <w:t>One commonly employed strategy is the use of deceptive pop-up messages. These scam alerts typically manifest as alarming pop-up warnings on computer screens, falsely notifying users that their devices are infected with malware or other security threats. For illustration, some users may encounter a pop-up claiming their Apple device has been compromised, instructing them to contact "Apple Support." Once the victim clicks on the provided fake link, the scammers can gain access to sensitive banking details and passwords through the illicit pathways created.</w:t>
      </w:r>
      <w:r/>
    </w:p>
    <w:p>
      <w:r/>
      <w:r>
        <w:t>A similar scenario is seen with fraudulent emails. These deceitful emails impersonate reputable companies like Microsoft, alleging that the user's account security has been breached. The email then directs the user to what appears to be a legitimate support site to 'verify' their account information, which, in reality, is a phishing site designed to harvest their credentials.</w:t>
      </w:r>
      <w:r/>
    </w:p>
    <w:p>
      <w:r/>
      <w:r>
        <w:t>Moreover, another sinister method known as "malvertising" has gained traction. Malvertising involves embedding malware within seemingly genuine advertisements on popular search engines like Google or Microsoft Bing. Scammers strategically purchase these ads to mimic official support services. For instance, a user searching for "Microsoft support" could be led to a malicious site via a compromised ad. Upon clicking the displayed fake support number, the user's system gets infected, granting hackers access to sensitive banking information and personal data.</w:t>
      </w:r>
      <w:r/>
    </w:p>
    <w:p>
      <w:r/>
      <w:r>
        <w:t>A striking incident highlighting the effectiveness of these methods occurred recently involving the legitimate OpenAI X account, @OpenAINewsroom. Hackers hijacked the account and disseminated a phishing message to its approximately 54,000 followers. The fraudulent post announced a non-existent cryptocurrency token called $OPENAI, luring users with promises of staking claims in the initial token supply and becoming part of a bridge between AI and blockchain technology. The misleading message tricked many users into compromising their details.</w:t>
      </w:r>
      <w:r/>
    </w:p>
    <w:p>
      <w:r/>
      <w:r>
        <w:t>As cyber threats evolve, these incidents underscore the growing sophistication of online scams and the importance of exercising caution in digital interactions. Recognising and understanding these tactics can help in safeguarding against them and prevent compromising sensitive personal and financial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https://www.knowbe4.com/what-is-social-engineering</w:t>
        </w:r>
      </w:hyperlink>
      <w:r>
        <w:t xml:space="preserve"> - This link corroborates the use of deceptive pop-up messages and fraudulent emails as social engineering techniques, including phishing and scareware.</w:t>
      </w:r>
      <w:r/>
    </w:p>
    <w:p>
      <w:pPr>
        <w:pStyle w:val="ListNumber"/>
        <w:spacing w:line="240" w:lineRule="auto"/>
        <w:ind w:left="720"/>
      </w:pPr>
      <w:r/>
      <w:hyperlink r:id="rId11">
        <w:r>
          <w:rPr>
            <w:color w:val="0000EE"/>
            <w:u w:val="single"/>
          </w:rPr>
          <w:t>https://www.fortinet.com/resources/cyberglossary/types-of-phishing-attacks</w:t>
        </w:r>
      </w:hyperlink>
      <w:r>
        <w:t xml:space="preserve"> - This link supports the explanation of phishing attacks, including pop-up phishing, evil twin attacks, and deceptive phishers impersonating trusted companies.</w:t>
      </w:r>
      <w:r/>
    </w:p>
    <w:p>
      <w:pPr>
        <w:pStyle w:val="ListNumber"/>
        <w:spacing w:line="240" w:lineRule="auto"/>
        <w:ind w:left="720"/>
      </w:pPr>
      <w:r/>
      <w:hyperlink r:id="rId12">
        <w:r>
          <w:rPr>
            <w:color w:val="0000EE"/>
            <w:u w:val="single"/>
          </w:rPr>
          <w:t>https://www.vc3.com/blog/how-hackers-steal-information</w:t>
        </w:r>
      </w:hyperlink>
      <w:r>
        <w:t xml:space="preserve"> - This link details phishing scams, malware attacks, and the targeting of sensitive information, aligning with the methods described in the article.</w:t>
      </w:r>
      <w:r/>
    </w:p>
    <w:p>
      <w:pPr>
        <w:pStyle w:val="ListNumber"/>
        <w:spacing w:line="240" w:lineRule="auto"/>
        <w:ind w:left="720"/>
      </w:pPr>
      <w:r/>
      <w:hyperlink r:id="rId13">
        <w:r>
          <w:rPr>
            <w:color w:val="0000EE"/>
            <w:u w:val="single"/>
          </w:rPr>
          <w:t>https://www.cmu.edu/iso/aware/dont-take-the-bait/social-engineering.html</w:t>
        </w:r>
      </w:hyperlink>
      <w:r>
        <w:t xml:space="preserve"> - This link explains various social engineering attacks, including phishing, baiting, and scareware, which are similar to the deceptive tactics mentioned in the article.</w:t>
      </w:r>
      <w:r/>
    </w:p>
    <w:p>
      <w:pPr>
        <w:pStyle w:val="ListNumber"/>
        <w:spacing w:line="240" w:lineRule="auto"/>
        <w:ind w:left="720"/>
      </w:pPr>
      <w:r/>
      <w:hyperlink r:id="rId14">
        <w:r>
          <w:rPr>
            <w:color w:val="0000EE"/>
            <w:u w:val="single"/>
          </w:rPr>
          <w:t>https://www.mbccs.com/how-cybercriminals-exploit-our-minds-to-steal-sensitive-data/</w:t>
        </w:r>
      </w:hyperlink>
      <w:r>
        <w:t xml:space="preserve"> - This link discusses how cybercriminals exploit cognitive biases and use sophisticated techniques to trick users, supporting the article's description of refined hacking methods.</w:t>
      </w:r>
      <w:r/>
    </w:p>
    <w:p>
      <w:pPr>
        <w:pStyle w:val="ListNumber"/>
        <w:spacing w:line="240" w:lineRule="auto"/>
        <w:ind w:left="720"/>
      </w:pPr>
      <w:r/>
      <w:hyperlink r:id="rId10">
        <w:r>
          <w:rPr>
            <w:color w:val="0000EE"/>
            <w:u w:val="single"/>
          </w:rPr>
          <w:t>https://www.knowbe4.com/what-is-social-engineering</w:t>
        </w:r>
      </w:hyperlink>
      <w:r>
        <w:t xml:space="preserve"> - This link provides details on quid pro quo and tailgating, which are other forms of social engineering that involve deception and manipulation.</w:t>
      </w:r>
      <w:r/>
    </w:p>
    <w:p>
      <w:pPr>
        <w:pStyle w:val="ListNumber"/>
        <w:spacing w:line="240" w:lineRule="auto"/>
        <w:ind w:left="720"/>
      </w:pPr>
      <w:r/>
      <w:hyperlink r:id="rId11">
        <w:r>
          <w:rPr>
            <w:color w:val="0000EE"/>
            <w:u w:val="single"/>
          </w:rPr>
          <w:t>https://www.fortinet.com/resources/cyberglossary/types-of-phishing-attacks</w:t>
        </w:r>
      </w:hyperlink>
      <w:r>
        <w:t xml:space="preserve"> - This link describes malvertising and phishing attacks through compromised ads, aligning with the article's mention of malvertising.</w:t>
      </w:r>
      <w:r/>
    </w:p>
    <w:p>
      <w:pPr>
        <w:pStyle w:val="ListNumber"/>
        <w:spacing w:line="240" w:lineRule="auto"/>
        <w:ind w:left="720"/>
      </w:pPr>
      <w:r/>
      <w:hyperlink r:id="rId12">
        <w:r>
          <w:rPr>
            <w:color w:val="0000EE"/>
            <w:u w:val="single"/>
          </w:rPr>
          <w:t>https://www.vc3.com/blog/how-hackers-steal-information</w:t>
        </w:r>
      </w:hyperlink>
      <w:r>
        <w:t xml:space="preserve"> - This link highlights the importance of understanding hackers' tactics, such as phishing and malware, to protect sensitive information.</w:t>
      </w:r>
      <w:r/>
    </w:p>
    <w:p>
      <w:pPr>
        <w:pStyle w:val="ListNumber"/>
        <w:spacing w:line="240" w:lineRule="auto"/>
        <w:ind w:left="720"/>
      </w:pPr>
      <w:r/>
      <w:hyperlink r:id="rId13">
        <w:r>
          <w:rPr>
            <w:color w:val="0000EE"/>
            <w:u w:val="single"/>
          </w:rPr>
          <w:t>https://www.cmu.edu/iso/aware/dont-take-the-bait/social-engineering.html</w:t>
        </w:r>
      </w:hyperlink>
      <w:r>
        <w:t xml:space="preserve"> - This link explains baiting and dumpster diving as additional social engineering techniques that hackers use to steal sensitive information.</w:t>
      </w:r>
      <w:r/>
    </w:p>
    <w:p>
      <w:pPr>
        <w:pStyle w:val="ListNumber"/>
        <w:spacing w:line="240" w:lineRule="auto"/>
        <w:ind w:left="720"/>
      </w:pPr>
      <w:r/>
      <w:hyperlink r:id="rId14">
        <w:r>
          <w:rPr>
            <w:color w:val="0000EE"/>
            <w:u w:val="single"/>
          </w:rPr>
          <w:t>https://www.mbccs.com/how-cybercriminals-exploit-our-minds-to-steal-sensitive-data/</w:t>
        </w:r>
      </w:hyperlink>
      <w:r>
        <w:t xml:space="preserve"> - This link discusses the role of cognitive biases and emotional manipulation in social engineering attacks, which is relevant to the article's description of sophisticated hacking methods.</w:t>
      </w:r>
      <w:r/>
    </w:p>
    <w:p>
      <w:pPr>
        <w:pStyle w:val="ListNumber"/>
        <w:spacing w:line="240" w:lineRule="auto"/>
        <w:ind w:left="720"/>
      </w:pPr>
      <w:r/>
      <w:hyperlink r:id="rId10">
        <w:r>
          <w:rPr>
            <w:color w:val="0000EE"/>
            <w:u w:val="single"/>
          </w:rPr>
          <w:t>https://www.knowbe4.com/what-is-social-engineering</w:t>
        </w:r>
      </w:hyperlink>
      <w:r>
        <w:t xml:space="preserve"> - This link provides an overview of social engineering, including pretexting and water-holing, which are tactics used to deceive and manipulate users.</w:t>
      </w:r>
      <w:r/>
    </w:p>
    <w:p>
      <w:pPr>
        <w:pStyle w:val="ListNumber"/>
        <w:spacing w:line="240" w:lineRule="auto"/>
        <w:ind w:left="720"/>
      </w:pPr>
      <w:r/>
      <w:hyperlink r:id="rId15">
        <w:r>
          <w:rPr>
            <w:color w:val="0000EE"/>
            <w:u w:val="single"/>
          </w:rPr>
          <w:t>https://www.analyticsinsight.net/news/apple-microsoft-scamming-people-know-how-ai-is-making-online-fraud-more-convincing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nowbe4.com/what-is-social-engineering" TargetMode="External"/><Relationship Id="rId11" Type="http://schemas.openxmlformats.org/officeDocument/2006/relationships/hyperlink" Target="https://www.fortinet.com/resources/cyberglossary/types-of-phishing-attacks" TargetMode="External"/><Relationship Id="rId12" Type="http://schemas.openxmlformats.org/officeDocument/2006/relationships/hyperlink" Target="https://www.vc3.com/blog/how-hackers-steal-information" TargetMode="External"/><Relationship Id="rId13" Type="http://schemas.openxmlformats.org/officeDocument/2006/relationships/hyperlink" Target="https://www.cmu.edu/iso/aware/dont-take-the-bait/social-engineering.html" TargetMode="External"/><Relationship Id="rId14" Type="http://schemas.openxmlformats.org/officeDocument/2006/relationships/hyperlink" Target="https://www.mbccs.com/how-cybercriminals-exploit-our-minds-to-steal-sensitive-data/" TargetMode="External"/><Relationship Id="rId15" Type="http://schemas.openxmlformats.org/officeDocument/2006/relationships/hyperlink" Target="https://www.analyticsinsight.net/news/apple-microsoft-scamming-people-know-how-ai-is-making-online-fraud-more-convinc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