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 unveils AI-enhanced DevOps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Harness Unveils AI-Enhanced DevOps Platform</w:t>
      </w:r>
      <w:r/>
    </w:p>
    <w:p>
      <w:r/>
      <w:r>
        <w:t>Harness, a leading software delivery company, has recently announced a significant update to its DevOps platform, incorporating artificial intelligence (AI) to revolutionise the workflow of software engineers. The company’s Chief Technology Officer, Nick Durkin, elaborated on the new features aimed at automating tasks traditionally considered laborious and time-consuming, with the intention of streamlining software development processes and reducing burnout among engineers.</w:t>
      </w:r>
      <w:r/>
    </w:p>
    <w:p>
      <w:r/>
      <w:r>
        <w:t>The updates include the introduction of three new AI Assistants built directly into the DevOps workflow. The first AI Assistant has been designed to automate the generation of pipelines and troubleshoot workflow issues autonomously. This allows development teams to bypass routine tasks, enabling them to focus more on core programming and innovation.</w:t>
      </w:r>
      <w:r/>
    </w:p>
    <w:p>
      <w:r/>
      <w:r>
        <w:t>The second AI Assistant aids in generating code, expected to speed up the coding phase and reduce the manual effort required from developers. The third assistant focuses on building self-healing test suites, which are designed to automatically identify and correct issues within the testing phase, promoting more robust and error-free software deployments.</w:t>
      </w:r>
      <w:r/>
    </w:p>
    <w:p>
      <w:r/>
      <w:r>
        <w:t>These AI agents have been seamlessly integrated into the DevOps pipeline rather than being sold as standalone tools or licenses. Durkin highlighted that this integrated approach is crucial for reducing burnout, as it alleviates some of the repetitive tasks that contribute to stress among software developers.</w:t>
      </w:r>
      <w:r/>
    </w:p>
    <w:p>
      <w:r/>
      <w:r>
        <w:t>In addition to the AI Assistants, Harness has unveiled an AI Productivity Insights tool. This tool is aimed at assisting organisations in quantifying the effectiveness and impact of AI-generated code on their overall software development lifecycle, providing tangible metrics to measure productivity enhancements.</w:t>
      </w:r>
      <w:r/>
    </w:p>
    <w:p>
      <w:r/>
      <w:r>
        <w:t>Further expanding the platform, Harness has released a beta version of an artifact registry. This registry is intended to ease the workflows across DevOps teams by simplifying the management and storage of artifacts. The platform has also incorporated new deployment capabilities particularly tailored for database changes, ensuring a smoother transition from development to production.</w:t>
      </w:r>
      <w:r/>
    </w:p>
    <w:p>
      <w:r/>
      <w:r>
        <w:t>The DevSecOps module has been updated to support continuous governance, risk, and compliance management throughout the DevOps toolchain, reflecting a comprehensive approach to security and compliance in software delivery.</w:t>
      </w:r>
      <w:r/>
    </w:p>
    <w:p>
      <w:r/>
      <w:r>
        <w:t>Moreover, Harness has made pre-configured cloud environments available. These environments are designed to allow DevOps teams to write and debug code without the preliminary step of provisioning individual environments, promoting a more efficient coding process. Also, a centralised, open-source software delivery platform has been launched, which enables teams to code, build, manage artifacts, and deploy applications all from a single, cohesive environment.</w:t>
      </w:r>
      <w:r/>
    </w:p>
    <w:p>
      <w:r/>
      <w:r>
        <w:t>Durkin stressed the future significance of AI within DevOps, positing that it will play a critical role in expediting the build and deployment of applications. While acknowledging concerns regarding AI potentially diminishing the demand for software engineers, he suggested that the opposite may be true. The integration of AI could actually heighten the demand for skilled professionals who can manage complex, large-scale development and deployment endeavours.</w:t>
      </w:r>
      <w:r/>
    </w:p>
    <w:p>
      <w:r/>
      <w:r>
        <w:t>In essence, these newly introduced AI capabilities by Harness mark a substantial progression towards more efficient, scalable software development processes. They promise enhanced productivity and a reduction in the routine burdens that often lead to burnout among software engineers.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https://www.baselinemag.com/news/harness-embeds-ai-agents-in-devops-platform/</w:t>
        </w:r>
      </w:hyperlink>
      <w:r>
        <w:t xml:space="preserve"> - Corroborates the introduction of AI agents in Harness's DevOps platform, including the automation of pipeline generation, code generation, and self-healing test suites.</w:t>
      </w:r>
      <w:r/>
    </w:p>
    <w:p>
      <w:pPr>
        <w:pStyle w:val="ListNumber"/>
        <w:spacing w:line="240" w:lineRule="auto"/>
        <w:ind w:left="720"/>
      </w:pPr>
      <w:r/>
      <w:hyperlink r:id="rId11">
        <w:r>
          <w:rPr>
            <w:color w:val="0000EE"/>
            <w:u w:val="single"/>
          </w:rPr>
          <w:t>https://devops.com/harness-embeds-ai-agents-into-core-devops-platform/</w:t>
        </w:r>
      </w:hyperlink>
      <w:r>
        <w:t xml:space="preserve"> - Supports the integration of AI agents into DevOps workflows to automate tasks and reduce burnout among software engineers.</w:t>
      </w:r>
      <w:r/>
    </w:p>
    <w:p>
      <w:pPr>
        <w:pStyle w:val="ListNumber"/>
        <w:spacing w:line="240" w:lineRule="auto"/>
        <w:ind w:left="720"/>
      </w:pPr>
      <w:r/>
      <w:hyperlink r:id="rId12">
        <w:r>
          <w:rPr>
            <w:color w:val="0000EE"/>
            <w:u w:val="single"/>
          </w:rPr>
          <w:t>https://www.baselinemag.com/news/harness-adds-ai-agents-to-devops-platform/</w:t>
        </w:r>
      </w:hyperlink>
      <w:r>
        <w:t xml:space="preserve"> - Details the new AI Assistants, including their roles in automating pipeline generation, code generation, and building self-healing test suites.</w:t>
      </w:r>
      <w:r/>
    </w:p>
    <w:p>
      <w:pPr>
        <w:pStyle w:val="ListNumber"/>
        <w:spacing w:line="240" w:lineRule="auto"/>
        <w:ind w:left="720"/>
      </w:pPr>
      <w:r/>
      <w:hyperlink r:id="rId13">
        <w:r>
          <w:rPr>
            <w:color w:val="0000EE"/>
            <w:u w:val="single"/>
          </w:rPr>
          <w:t>https://www.harness.io</w:t>
        </w:r>
      </w:hyperlink>
      <w:r>
        <w:t xml:space="preserve"> - Provides an overview of Harness's AI-driven software delivery platform, including features like CI/CD, feature flags, and cloud cost management.</w:t>
      </w:r>
      <w:r/>
    </w:p>
    <w:p>
      <w:pPr>
        <w:pStyle w:val="ListNumber"/>
        <w:spacing w:line="240" w:lineRule="auto"/>
        <w:ind w:left="720"/>
      </w:pPr>
      <w:r/>
      <w:hyperlink r:id="rId14">
        <w:r>
          <w:rPr>
            <w:color w:val="0000EE"/>
            <w:u w:val="single"/>
          </w:rPr>
          <w:t>https://go.harness.io/rs/924-CQO-224/images/AI-ML-in-the-Harness-Platform-Solution-Brief.pdf</w:t>
        </w:r>
      </w:hyperlink>
      <w:r>
        <w:t xml:space="preserve"> - Explains how AI/ML is used in the Harness Platform for tasks such as change impact analysis, test optimizations, and cloud cost optimizations.</w:t>
      </w:r>
      <w:r/>
    </w:p>
    <w:p>
      <w:pPr>
        <w:pStyle w:val="ListNumber"/>
        <w:spacing w:line="240" w:lineRule="auto"/>
        <w:ind w:left="720"/>
      </w:pPr>
      <w:r/>
      <w:hyperlink r:id="rId10">
        <w:r>
          <w:rPr>
            <w:color w:val="0000EE"/>
            <w:u w:val="single"/>
          </w:rPr>
          <w:t>https://www.baselinemag.com/news/harness-embeds-ai-agents-in-devops-platform/</w:t>
        </w:r>
      </w:hyperlink>
      <w:r>
        <w:t xml:space="preserve"> - Discusses the AI Productivity Insights tool and its role in measuring the effectiveness of AI-generated code.</w:t>
      </w:r>
      <w:r/>
    </w:p>
    <w:p>
      <w:pPr>
        <w:pStyle w:val="ListNumber"/>
        <w:spacing w:line="240" w:lineRule="auto"/>
        <w:ind w:left="720"/>
      </w:pPr>
      <w:r/>
      <w:hyperlink r:id="rId11">
        <w:r>
          <w:rPr>
            <w:color w:val="0000EE"/>
            <w:u w:val="single"/>
          </w:rPr>
          <w:t>https://devops.com/harness-embeds-ai-agents-into-core-devops-platform/</w:t>
        </w:r>
      </w:hyperlink>
      <w:r>
        <w:t xml:space="preserve"> - Mentions the beta release of the artifact registry and its purpose in easing DevOps workflows.</w:t>
      </w:r>
      <w:r/>
    </w:p>
    <w:p>
      <w:pPr>
        <w:pStyle w:val="ListNumber"/>
        <w:spacing w:line="240" w:lineRule="auto"/>
        <w:ind w:left="720"/>
      </w:pPr>
      <w:r/>
      <w:hyperlink r:id="rId12">
        <w:r>
          <w:rPr>
            <w:color w:val="0000EE"/>
            <w:u w:val="single"/>
          </w:rPr>
          <w:t>https://www.baselinemag.com/news/harness-adds-ai-agents-to-devops-platform/</w:t>
        </w:r>
      </w:hyperlink>
      <w:r>
        <w:t xml:space="preserve"> - Details the new deployment capabilities for database changes and the updates to the DevSecOps module.</w:t>
      </w:r>
      <w:r/>
    </w:p>
    <w:p>
      <w:pPr>
        <w:pStyle w:val="ListNumber"/>
        <w:spacing w:line="240" w:lineRule="auto"/>
        <w:ind w:left="720"/>
      </w:pPr>
      <w:r/>
      <w:hyperlink r:id="rId13">
        <w:r>
          <w:rPr>
            <w:color w:val="0000EE"/>
            <w:u w:val="single"/>
          </w:rPr>
          <w:t>https://www.harness.io</w:t>
        </w:r>
      </w:hyperlink>
      <w:r>
        <w:t xml:space="preserve"> - Describes the pre-configured cloud environments and the centralized, open-source software delivery platform.</w:t>
      </w:r>
      <w:r/>
    </w:p>
    <w:p>
      <w:pPr>
        <w:pStyle w:val="ListNumber"/>
        <w:spacing w:line="240" w:lineRule="auto"/>
        <w:ind w:left="720"/>
      </w:pPr>
      <w:r/>
      <w:hyperlink r:id="rId14">
        <w:r>
          <w:rPr>
            <w:color w:val="0000EE"/>
            <w:u w:val="single"/>
          </w:rPr>
          <w:t>https://go.harness.io/rs/924-CQO-224/images/AI-ML-in-the-Harness-Platform-Solution-Brief.pdf</w:t>
        </w:r>
      </w:hyperlink>
      <w:r>
        <w:t xml:space="preserve"> - Highlights the future significance of AI in DevOps and its potential to increase demand for skilled professionals in managing large-scale development and deployment.</w:t>
      </w:r>
      <w:r/>
    </w:p>
    <w:p>
      <w:pPr>
        <w:pStyle w:val="ListNumber"/>
        <w:spacing w:line="240" w:lineRule="auto"/>
        <w:ind w:left="720"/>
      </w:pPr>
      <w:r/>
      <w:hyperlink r:id="rId11">
        <w:r>
          <w:rPr>
            <w:color w:val="0000EE"/>
            <w:u w:val="single"/>
          </w:rPr>
          <w:t>https://devops.com/harness-embeds-ai-agents-into-core-devops-platform/</w:t>
        </w:r>
      </w:hyperlink>
      <w:r>
        <w:t xml:space="preserve"> - Reiterates the overall goal of these AI enhancements to streamline software development, enhance productivity, and reduce burnout.</w:t>
      </w:r>
      <w:r/>
    </w:p>
    <w:p>
      <w:pPr>
        <w:pStyle w:val="ListNumber"/>
        <w:spacing w:line="240" w:lineRule="auto"/>
        <w:ind w:left="720"/>
      </w:pPr>
      <w:r/>
      <w:hyperlink r:id="rId10">
        <w:r>
          <w:rPr>
            <w:color w:val="0000EE"/>
            <w:u w:val="single"/>
          </w:rPr>
          <w:t>https://www.baselinemag.com/news/harness-embeds-ai-agents-in-devops-platform/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selinemag.com/news/harness-embeds-ai-agents-in-devops-platform/" TargetMode="External"/><Relationship Id="rId11" Type="http://schemas.openxmlformats.org/officeDocument/2006/relationships/hyperlink" Target="https://devops.com/harness-embeds-ai-agents-into-core-devops-platform/" TargetMode="External"/><Relationship Id="rId12" Type="http://schemas.openxmlformats.org/officeDocument/2006/relationships/hyperlink" Target="https://www.baselinemag.com/news/harness-adds-ai-agents-to-devops-platform/" TargetMode="External"/><Relationship Id="rId13" Type="http://schemas.openxmlformats.org/officeDocument/2006/relationships/hyperlink" Target="https://www.harness.io" TargetMode="External"/><Relationship Id="rId14" Type="http://schemas.openxmlformats.org/officeDocument/2006/relationships/hyperlink" Target="https://go.harness.io/rs/924-CQO-224/images/AI-ML-in-the-Harness-Platform-Solution-Brief.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