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tools are revolutionising Halloween decorations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pursuit for standout Halloween decorations that can captivate even professional decorators, many find themselves overwhelmed, particularly when attempting to form a cohesive aesthetic. The challenge becomes even more daunting when observing friends, neighbours, or online strangers effortlessly executing their spine-chilling setups. However, technology might offer a solution to these Halloween decorating woes.</w:t>
      </w:r>
      <w:r/>
    </w:p>
    <w:p>
      <w:r/>
      <w:r>
        <w:t>Midjourney and ChatGPT, both cutting-edge artificial intelligence tools, have emerged as valuable aides in this creative endeavour. Midjourney, a tool that generates custom images based on text prompts, and ChatGPT, an AI conversational agent capable of producing intricate ideas and answering complex questions, together offer a novel approach to Halloween decor.</w:t>
      </w:r>
      <w:r/>
    </w:p>
    <w:p>
      <w:r/>
      <w:r>
        <w:t>Rachel Kane, a tech enthusiast, decided to leverage these tools to transform her workspace into a Halloween spectacle. Recognising the need for a balance between spooky and office-appropriate, she set clear objectives for the AI tools. For her workplace decor, Kane specified the desire for enjoyable and interactive elements that wouldn’t be overly frightening but might still induce a few playful screams.</w:t>
      </w:r>
      <w:r/>
    </w:p>
    <w:p>
      <w:r/>
      <w:r>
        <w:t>Upon inputting her prompts into Midjourney for a "creepy doll decorated work cubicle," Kane received some rather unsettling results, not quite suitable for a professional setting. Turning to ChatGPT, she obtained a variety of office-friendly theme suggestions. ChatGPT’s creative inputs included themes such as a witch’s den, haunted house, spider invasion, zombie apocalypse, creepy carnival, pumpkin patch, and a time-traveling tomb inspired by Ancient Egypt.</w:t>
      </w:r>
      <w:r/>
    </w:p>
    <w:p>
      <w:r/>
      <w:r>
        <w:t>Kane found herself particularly attracted to the witch’s den concept, aligning well with her whimsical idea of a retirement spent in a candy-house deep within the woods. Drawing on these suggestions, she input further details into Midjourney, receiving imaginative decor options, including wrapping cubicle drawers in coloured paper—a detail that could feasibly be adapted for home kitchens as well.</w:t>
      </w:r>
      <w:r/>
    </w:p>
    <w:p>
      <w:r/>
      <w:r>
        <w:t>Midjourney, unlike ChatGPT, does not generate conversational outputs. Therefore, it required detailed prompts to refine the visual elements required to craft a chilling yet work-appropriate decor scheme. Kane also utilised Midjourney’s image blending feature, merging a photo of her current workplace with the AI-generated image to envision a transformed cubicle. The result, while not perfectly superimposed, offered a practical execution that was much easier to achieve.</w:t>
      </w:r>
      <w:r/>
    </w:p>
    <w:p>
      <w:r/>
      <w:r>
        <w:t>Boosting the effectiveness of these tools, Kane suggests taking photos of the space intended for decoration. These can be uploaded to Midjourney, allowing the tool to blend the image with the desired decor, generating a customised final look. She advises experimenting with various themes to strike the right tone and using descriptors that match the anticipated audience. For instance, including "child-safe" in the prompts for a home frequently visited by trick-or-treaters can be particularly beneficial.</w:t>
      </w:r>
      <w:r/>
    </w:p>
    <w:p>
      <w:r/>
      <w:r>
        <w:t>In her meticulous exploration, Rachel Kane revealed how AI tools like Midjourney and ChatGPT can be robust allies in crafting bespoke Halloween decorations. Through a blend of technology and creativity, even the most hesitant decorators can now face the spooky season with newfound confidence, turning their visions into reality with a little help from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https://www.cnet.com/tech/services-and-software/you-can-plan-your-halloween-decor-with-ai-heres-how/</w:t>
        </w:r>
      </w:hyperlink>
      <w:r>
        <w:t xml:space="preserve"> - Corroborates the use of Midjourney and ChatGPT for planning Halloween decorations, including setting clear objectives and using detailed prompts.</w:t>
      </w:r>
      <w:r/>
    </w:p>
    <w:p>
      <w:pPr>
        <w:pStyle w:val="ListNumber"/>
        <w:spacing w:line="240" w:lineRule="auto"/>
        <w:ind w:left="720"/>
      </w:pPr>
      <w:r/>
      <w:hyperlink r:id="rId10">
        <w:r>
          <w:rPr>
            <w:color w:val="0000EE"/>
            <w:u w:val="single"/>
          </w:rPr>
          <w:t>https://www.cnet.com/tech/services-and-software/you-can-plan-your-halloween-decor-with-ai-heres-how/</w:t>
        </w:r>
      </w:hyperlink>
      <w:r>
        <w:t xml:space="preserve"> - Supports the idea of using ChatGPT for office-friendly theme suggestions such as a witch’s den, haunted house, and more.</w:t>
      </w:r>
      <w:r/>
    </w:p>
    <w:p>
      <w:pPr>
        <w:pStyle w:val="ListNumber"/>
        <w:spacing w:line="240" w:lineRule="auto"/>
        <w:ind w:left="720"/>
      </w:pPr>
      <w:r/>
      <w:hyperlink r:id="rId11">
        <w:r>
          <w:rPr>
            <w:color w:val="0000EE"/>
            <w:u w:val="single"/>
          </w:rPr>
          <w:t>https://www.techtimes.com/articles/307451/20240910/create-ultimate-halloween-decor-ai-tools-heres-step-guide.htm</w:t>
        </w:r>
      </w:hyperlink>
      <w:r>
        <w:t xml:space="preserve"> - Details the themes suggested by ChatGPT, including zombie apocalypse, creepy carnival, pumpkin patch, and time-traveling tomb.</w:t>
      </w:r>
      <w:r/>
    </w:p>
    <w:p>
      <w:pPr>
        <w:pStyle w:val="ListNumber"/>
        <w:spacing w:line="240" w:lineRule="auto"/>
        <w:ind w:left="720"/>
      </w:pPr>
      <w:r/>
      <w:hyperlink r:id="rId10">
        <w:r>
          <w:rPr>
            <w:color w:val="0000EE"/>
            <w:u w:val="single"/>
          </w:rPr>
          <w:t>https://www.cnet.com/tech/services-and-software/you-can-plan-your-halloween-decor-with-ai-heres-how/</w:t>
        </w:r>
      </w:hyperlink>
      <w:r>
        <w:t xml:space="preserve"> - Explains how Midjourney was used to generate decor options, including wrapping cubicle drawers in colored paper.</w:t>
      </w:r>
      <w:r/>
    </w:p>
    <w:p>
      <w:pPr>
        <w:pStyle w:val="ListNumber"/>
        <w:spacing w:line="240" w:lineRule="auto"/>
        <w:ind w:left="720"/>
      </w:pPr>
      <w:r/>
      <w:hyperlink r:id="rId11">
        <w:r>
          <w:rPr>
            <w:color w:val="0000EE"/>
            <w:u w:val="single"/>
          </w:rPr>
          <w:t>https://www.techtimes.com/articles/307451/20240910/create-ultimate-halloween-decor-ai-tools-heres-step-guide.htm</w:t>
        </w:r>
      </w:hyperlink>
      <w:r>
        <w:t xml:space="preserve"> - Discusses the importance of providing clear inputs and using Midjourney’s image blending feature to envision the final decor.</w:t>
      </w:r>
      <w:r/>
    </w:p>
    <w:p>
      <w:pPr>
        <w:pStyle w:val="ListNumber"/>
        <w:spacing w:line="240" w:lineRule="auto"/>
        <w:ind w:left="720"/>
      </w:pPr>
      <w:r/>
      <w:hyperlink r:id="rId10">
        <w:r>
          <w:rPr>
            <w:color w:val="0000EE"/>
            <w:u w:val="single"/>
          </w:rPr>
          <w:t>https://www.cnet.com/tech/services-and-software/you-can-plan-your-halloween-decor-with-ai-heres-how/</w:t>
        </w:r>
      </w:hyperlink>
      <w:r>
        <w:t xml:space="preserve"> - Highlights the need to take photos of the space intended for decoration to help Midjourney generate a customized final look.</w:t>
      </w:r>
      <w:r/>
    </w:p>
    <w:p>
      <w:pPr>
        <w:pStyle w:val="ListNumber"/>
        <w:spacing w:line="240" w:lineRule="auto"/>
        <w:ind w:left="720"/>
      </w:pPr>
      <w:r/>
      <w:hyperlink r:id="rId11">
        <w:r>
          <w:rPr>
            <w:color w:val="0000EE"/>
            <w:u w:val="single"/>
          </w:rPr>
          <w:t>https://www.techtimes.com/articles/307451/20240910/create-ultimate-halloween-decor-ai-tools-heres-step-guide.htm</w:t>
        </w:r>
      </w:hyperlink>
      <w:r>
        <w:t xml:space="preserve"> - Advises on experimenting with various themes and using descriptors like 'child-safe' to match the anticipated audience.</w:t>
      </w:r>
      <w:r/>
    </w:p>
    <w:p>
      <w:pPr>
        <w:pStyle w:val="ListNumber"/>
        <w:spacing w:line="240" w:lineRule="auto"/>
        <w:ind w:left="720"/>
      </w:pPr>
      <w:r/>
      <w:hyperlink r:id="rId12">
        <w:r>
          <w:rPr>
            <w:color w:val="0000EE"/>
            <w:u w:val="single"/>
          </w:rPr>
          <w:t>https://www.zdnet.com/article/midjourney-vs-dall-e-3-in-chatgpt-which-ai-does-halloween-better/</w:t>
        </w:r>
      </w:hyperlink>
      <w:r>
        <w:t xml:space="preserve"> - Provides an example of using AI tools for generating Halloween images, comparing Midjourney and DALL-E 3.</w:t>
      </w:r>
      <w:r/>
    </w:p>
    <w:p>
      <w:pPr>
        <w:pStyle w:val="ListNumber"/>
        <w:spacing w:line="240" w:lineRule="auto"/>
        <w:ind w:left="720"/>
      </w:pPr>
      <w:r/>
      <w:hyperlink r:id="rId13">
        <w:r>
          <w:rPr>
            <w:color w:val="0000EE"/>
            <w:u w:val="single"/>
          </w:rPr>
          <w:t>https://www.topview.ai/blog/detail/using-ai-for-3d-printing-making-halloween-decorations-using-midjourney</w:t>
        </w:r>
      </w:hyperlink>
      <w:r>
        <w:t xml:space="preserve"> - Shows how Midjourney can be used to create vector-style illustrations for Halloween decorations, which can then be 3D printed.</w:t>
      </w:r>
      <w:r/>
    </w:p>
    <w:p>
      <w:pPr>
        <w:pStyle w:val="ListNumber"/>
        <w:spacing w:line="240" w:lineRule="auto"/>
        <w:ind w:left="720"/>
      </w:pPr>
      <w:r/>
      <w:hyperlink r:id="rId13">
        <w:r>
          <w:rPr>
            <w:color w:val="0000EE"/>
            <w:u w:val="single"/>
          </w:rPr>
          <w:t>https://www.topview.ai/blog/detail/using-ai-for-3d-printing-making-halloween-decorations-using-midjourney</w:t>
        </w:r>
      </w:hyperlink>
      <w:r>
        <w:t xml:space="preserve"> - Details the process of refining images in Midjourney and converting them to vector format for 3D printing.</w:t>
      </w:r>
      <w:r/>
    </w:p>
    <w:p>
      <w:pPr>
        <w:pStyle w:val="ListNumber"/>
        <w:spacing w:line="240" w:lineRule="auto"/>
        <w:ind w:left="720"/>
      </w:pPr>
      <w:r/>
      <w:hyperlink r:id="rId10">
        <w:r>
          <w:rPr>
            <w:color w:val="0000EE"/>
            <w:u w:val="single"/>
          </w:rPr>
          <w:t>https://www.cnet.com/tech/services-and-software/you-can-plan-your-halloween-decor-with-ai-heres-how/</w:t>
        </w:r>
      </w:hyperlink>
      <w:r>
        <w:t xml:space="preserve"> - Emphasizes the role of AI tools in helping even hesitant decorators create bespoke Halloween decorations with confidence.</w:t>
      </w:r>
      <w:r/>
    </w:p>
    <w:p>
      <w:pPr>
        <w:pStyle w:val="ListNumber"/>
        <w:spacing w:line="240" w:lineRule="auto"/>
        <w:ind w:left="720"/>
      </w:pPr>
      <w:r/>
      <w:hyperlink r:id="rId14">
        <w:r>
          <w:rPr>
            <w:color w:val="0000EE"/>
            <w:u w:val="single"/>
          </w:rPr>
          <w:t>https://www.cnet.com/tech/services-and-software/you-can-plan-your-halloween-decor-with-ai-heres-how/#ftag=CAD590a51e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you-can-plan-your-halloween-decor-with-ai-heres-how/" TargetMode="External"/><Relationship Id="rId11" Type="http://schemas.openxmlformats.org/officeDocument/2006/relationships/hyperlink" Target="https://www.techtimes.com/articles/307451/20240910/create-ultimate-halloween-decor-ai-tools-heres-step-guide.htm" TargetMode="External"/><Relationship Id="rId12" Type="http://schemas.openxmlformats.org/officeDocument/2006/relationships/hyperlink" Target="https://www.zdnet.com/article/midjourney-vs-dall-e-3-in-chatgpt-which-ai-does-halloween-better/" TargetMode="External"/><Relationship Id="rId13" Type="http://schemas.openxmlformats.org/officeDocument/2006/relationships/hyperlink" Target="https://www.topview.ai/blog/detail/using-ai-for-3d-printing-making-halloween-decorations-using-midjourney" TargetMode="External"/><Relationship Id="rId14" Type="http://schemas.openxmlformats.org/officeDocument/2006/relationships/hyperlink" Target="https://www.cnet.com/tech/services-and-software/you-can-plan-your-halloween-decor-with-ai-heres-how/#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