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Howard Hanna Real Estate Services embarks on AI technology with HomeFinder AI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Howard Hanna Real Estate Services Embarks on AI Technology with HomeFinder AI Launch</w:t>
      </w:r>
      <w:r/>
    </w:p>
    <w:p>
      <w:r/>
      <w:r>
        <w:rPr>
          <w:b/>
        </w:rPr>
        <w:t>Pittsburgh, October 9, 2023</w:t>
      </w:r>
      <w:r>
        <w:t xml:space="preserve"> - Howard Hanna Real Estate Services, a prominent family-owned real estate firm in the U.S., has officially entered the artificial intelligence (AI) domain by introducing an innovative property search tool named HomeFinder AI. This advancement is made possible through a collaboration with ListAssist, a technology firm specializing in AI applications.</w:t>
      </w:r>
      <w:r/>
    </w:p>
    <w:p>
      <w:r/>
      <w:r>
        <w:t>The launch of HomeFinder AI was announced on Monday, marking a significant milestone for both companies. Positioned to transform the property search experience, HomeFinder AI leverages natural language processing and computer vision technology to match users with properties that precisely align with their described preferences.</w:t>
      </w:r>
      <w:r/>
    </w:p>
    <w:p>
      <w:r/>
      <w:r>
        <w:t>Users of the platform can articulate their specific desires for a home in everyday language. For instance, phrases like “modern kitchen with tons of natural light” or “spacious backyard with a pool” are processed by the AI to generate a curated list of suitable properties. This approach aims to provide a more intuitive search experience compared to traditional keyword-based methods.</w:t>
      </w:r>
      <w:r/>
    </w:p>
    <w:p>
      <w:r/>
      <w:r>
        <w:t>“We believe buyers should find homes that truly match their needs, and agents should receive meaningful, detailed leads,” stated Chris McGoldrick, founder and CEO of ListAssist. He highlighted the significance of the collaboration, “Partnering with Howard Hanna, a titan in U.S. real estate, is the perfect opportunity to deliver this groundbreaking experience.”</w:t>
      </w:r>
      <w:r/>
    </w:p>
    <w:p>
      <w:r/>
      <w:r>
        <w:t>Howard Hanna Real Estate Services, with its long-standing reputation in the industry, anticipates that HomeFinder AI will enhance the ability of its agents to cater to buyers, ensuring their needs and desires are thoroughly addressed. The company is reputed for its forward-thinking approach and dedication to client satisfaction, which this new tool exemplifies.</w:t>
      </w:r>
      <w:r/>
    </w:p>
    <w:p>
      <w:r/>
      <w:r>
        <w:t>“At Howard Hanna, we’re always looking for innovative ways to enhance the client experience,” commented Howard “Hoby” Hanna IV, the CEO of Howard Hanna. He further added, “HomeFinder AI, powered by ListAssist, not only simplifies the search process for buyers but also equips our agents with the tools to offer a more tailored, efficient service.”</w:t>
      </w:r>
      <w:r/>
    </w:p>
    <w:p>
      <w:r/>
      <w:r>
        <w:t>The integration of AI into real estate services represents a significant shift towards a more personalised and technology-driven client experience. Howard Hanna's initiative with HomeFinder AI illustrates the growing trend of AI utilisation in various sectors, aiming to provide more accurate and user-friendly solutions.</w:t>
      </w:r>
      <w:r/>
    </w:p>
    <w:p>
      <w:r/>
      <w:r>
        <w:t>The collaboration between Howard Hanna Real Estate Services and ListAssist underscores a shared vision of revolutionising property searches, setting a new standard for the real estate industry. As technology continues to evolve, tools like HomeFinder AI are likely to play an increasingly vital role in shaping the future of home buying.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https://blog.howardhanna.com/press/howard-hanna-unveils-new-ai-home-search-tool-revolutionizing-the-hunt-for-your-dream-home/</w:t>
        </w:r>
      </w:hyperlink>
      <w:r>
        <w:t xml:space="preserve"> - Corroborates the launch of HomeFinder AI, the partnership with ListAssist, and the use of natural language processing and computer vision technology.</w:t>
      </w:r>
      <w:r/>
    </w:p>
    <w:p>
      <w:pPr>
        <w:pStyle w:val="ListNumber"/>
        <w:spacing w:line="240" w:lineRule="auto"/>
        <w:ind w:left="720"/>
      </w:pPr>
      <w:r/>
      <w:hyperlink r:id="rId11">
        <w:r>
          <w:rPr>
            <w:color w:val="0000EE"/>
            <w:u w:val="single"/>
          </w:rPr>
          <w:t>https://www.howardhanna.com/help</w:t>
        </w:r>
      </w:hyperlink>
      <w:r>
        <w:t xml:space="preserve"> - Provides context on how users can utilize search tools, though not specifically HomeFinder AI, it shows the advanced search capabilities of Howard Hanna's platform.</w:t>
      </w:r>
      <w:r/>
    </w:p>
    <w:p>
      <w:pPr>
        <w:pStyle w:val="ListNumber"/>
        <w:spacing w:line="240" w:lineRule="auto"/>
        <w:ind w:left="720"/>
      </w:pPr>
      <w:r/>
      <w:hyperlink r:id="rId12">
        <w:r>
          <w:rPr>
            <w:color w:val="0000EE"/>
            <w:u w:val="single"/>
          </w:rPr>
          <w:t>https://www.howardhanna.com/virtual-open-houses</w:t>
        </w:r>
      </w:hyperlink>
      <w:r>
        <w:t xml:space="preserve"> - Mentions the use of AI in searching for properties, aligning with the capabilities of HomeFinder AI.</w:t>
      </w:r>
      <w:r/>
    </w:p>
    <w:p>
      <w:pPr>
        <w:pStyle w:val="ListNumber"/>
        <w:spacing w:line="240" w:lineRule="auto"/>
        <w:ind w:left="720"/>
      </w:pPr>
      <w:r/>
      <w:hyperlink r:id="rId13">
        <w:r>
          <w:rPr>
            <w:color w:val="0000EE"/>
            <w:u w:val="single"/>
          </w:rPr>
          <w:t>https://www.housingwire.com/articles/howard-hanna-launches-new-ai-home-search-tool/</w:t>
        </w:r>
      </w:hyperlink>
      <w:r>
        <w:t xml:space="preserve"> - Confirms the launch of HomeFinder AI, the partnership with ListAssist, and the technology used to match users with properties.</w:t>
      </w:r>
      <w:r/>
    </w:p>
    <w:p>
      <w:pPr>
        <w:pStyle w:val="ListNumber"/>
        <w:spacing w:line="240" w:lineRule="auto"/>
        <w:ind w:left="720"/>
      </w:pPr>
      <w:r/>
      <w:hyperlink r:id="rId14">
        <w:r>
          <w:rPr>
            <w:color w:val="0000EE"/>
            <w:u w:val="single"/>
          </w:rPr>
          <w:t>https://www.howardhanna.com</w:t>
        </w:r>
      </w:hyperlink>
      <w:r>
        <w:t xml:space="preserve"> - Provides general information about Howard Hanna Real Estate Services and their commitment to innovative client experiences.</w:t>
      </w:r>
      <w:r/>
    </w:p>
    <w:p>
      <w:pPr>
        <w:pStyle w:val="ListNumber"/>
        <w:spacing w:line="240" w:lineRule="auto"/>
        <w:ind w:left="720"/>
      </w:pPr>
      <w:r/>
      <w:hyperlink r:id="rId10">
        <w:r>
          <w:rPr>
            <w:color w:val="0000EE"/>
            <w:u w:val="single"/>
          </w:rPr>
          <w:t>https://blog.howardhanna.com/press/howard-hanna-unveils-new-ai-home-search-tool-revolutionizing-the-hunt-for-your-dream-home/</w:t>
        </w:r>
      </w:hyperlink>
      <w:r>
        <w:t xml:space="preserve"> - Quotes from Chris McGoldrick and Howard 'Hoby' Hanna IV on the benefits and vision behind HomeFinder AI.</w:t>
      </w:r>
      <w:r/>
    </w:p>
    <w:p>
      <w:pPr>
        <w:pStyle w:val="ListNumber"/>
        <w:spacing w:line="240" w:lineRule="auto"/>
        <w:ind w:left="720"/>
      </w:pPr>
      <w:r/>
      <w:hyperlink r:id="rId13">
        <w:r>
          <w:rPr>
            <w:color w:val="0000EE"/>
            <w:u w:val="single"/>
          </w:rPr>
          <w:t>https://www.housingwire.com/articles/howard-hanna-launches-new-ai-home-search-tool/</w:t>
        </w:r>
      </w:hyperlink>
      <w:r>
        <w:t xml:space="preserve"> - Details the significance of the collaboration between Howard Hanna and ListAssist in delivering a groundbreaking experience.</w:t>
      </w:r>
      <w:r/>
    </w:p>
    <w:p>
      <w:pPr>
        <w:pStyle w:val="ListNumber"/>
        <w:spacing w:line="240" w:lineRule="auto"/>
        <w:ind w:left="720"/>
      </w:pPr>
      <w:r/>
      <w:hyperlink r:id="rId10">
        <w:r>
          <w:rPr>
            <w:color w:val="0000EE"/>
            <w:u w:val="single"/>
          </w:rPr>
          <w:t>https://blog.howardhanna.com/press/howard-hanna-unveils-new-ai-home-search-tool-revolutionizing-the-hunt-for-your-dream-home/</w:t>
        </w:r>
      </w:hyperlink>
      <w:r>
        <w:t xml:space="preserve"> - Explains how HomeFinder AI simplifies the search process for buyers and enhances the service provided by agents.</w:t>
      </w:r>
      <w:r/>
    </w:p>
    <w:p>
      <w:pPr>
        <w:pStyle w:val="ListNumber"/>
        <w:spacing w:line="240" w:lineRule="auto"/>
        <w:ind w:left="720"/>
      </w:pPr>
      <w:r/>
      <w:hyperlink r:id="rId11">
        <w:r>
          <w:rPr>
            <w:color w:val="0000EE"/>
            <w:u w:val="single"/>
          </w:rPr>
          <w:t>https://www.howardhanna.com/help</w:t>
        </w:r>
      </w:hyperlink>
      <w:r>
        <w:t xml:space="preserve"> - Describes the advanced search features that align with the personalized search experience offered by HomeFinder AI.</w:t>
      </w:r>
      <w:r/>
    </w:p>
    <w:p>
      <w:pPr>
        <w:pStyle w:val="ListNumber"/>
        <w:spacing w:line="240" w:lineRule="auto"/>
        <w:ind w:left="720"/>
      </w:pPr>
      <w:r/>
      <w:hyperlink r:id="rId13">
        <w:r>
          <w:rPr>
            <w:color w:val="0000EE"/>
            <w:u w:val="single"/>
          </w:rPr>
          <w:t>https://www.housingwire.com/articles/howard-hanna-launches-new-ai-home-search-tool/</w:t>
        </w:r>
      </w:hyperlink>
      <w:r>
        <w:t xml:space="preserve"> - Highlights the forward-thinking approach of Howard Hanna in integrating AI into their real estate services.</w:t>
      </w:r>
      <w:r/>
    </w:p>
    <w:p>
      <w:pPr>
        <w:pStyle w:val="ListNumber"/>
        <w:spacing w:line="240" w:lineRule="auto"/>
        <w:ind w:left="720"/>
      </w:pPr>
      <w:r/>
      <w:hyperlink r:id="rId10">
        <w:r>
          <w:rPr>
            <w:color w:val="0000EE"/>
            <w:u w:val="single"/>
          </w:rPr>
          <w:t>https://blog.howardhanna.com/press/howard-hanna-unveils-new-ai-home-search-tool-revolutionizing-the-hunt-for-your-dream-home/</w:t>
        </w:r>
      </w:hyperlink>
      <w:r>
        <w:t xml:space="preserve"> - Discusses the broader impact of AI in the real estate industry and the future role of tools like HomeFinder AI.</w:t>
      </w:r>
      <w:r/>
    </w:p>
    <w:p>
      <w:pPr>
        <w:pStyle w:val="ListNumber"/>
        <w:spacing w:line="240" w:lineRule="auto"/>
        <w:ind w:left="720"/>
      </w:pPr>
      <w:r/>
      <w:hyperlink r:id="rId13">
        <w:r>
          <w:rPr>
            <w:color w:val="0000EE"/>
            <w:u w:val="single"/>
          </w:rPr>
          <w:t>https://www.housingwire.com/articles/howard-hanna-launches-new-ai-home-search-tool/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howardhanna.com/press/howard-hanna-unveils-new-ai-home-search-tool-revolutionizing-the-hunt-for-your-dream-home/" TargetMode="External"/><Relationship Id="rId11" Type="http://schemas.openxmlformats.org/officeDocument/2006/relationships/hyperlink" Target="https://www.howardhanna.com/help" TargetMode="External"/><Relationship Id="rId12" Type="http://schemas.openxmlformats.org/officeDocument/2006/relationships/hyperlink" Target="https://www.howardhanna.com/virtual-open-houses" TargetMode="External"/><Relationship Id="rId13" Type="http://schemas.openxmlformats.org/officeDocument/2006/relationships/hyperlink" Target="https://www.housingwire.com/articles/howard-hanna-launches-new-ai-home-search-tool/" TargetMode="External"/><Relationship Id="rId14" Type="http://schemas.openxmlformats.org/officeDocument/2006/relationships/hyperlink" Target="https://www.howardhanna.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