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 touch favoured, but AI gains ground in insurance advice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Human Touch Favoured, but AI Gains Ground in Insurance Advice</w:t>
      </w:r>
      <w:r/>
    </w:p>
    <w:p>
      <w:r/>
      <w:r>
        <w:t>A recent global survey conducted by UserTesting has revealed significant insights into consumer preferences and frustrations regarding insurance advice. Despite the rising interest in artificial intelligence (AI) as a tool to streamline the often convoluted insurance processes, a vast majority of adults still favour human assistance. This survey reached 4,000 adults across the United States, United Kingdom, and Australia, making it a comprehensive indicator of global sentiment.</w:t>
      </w:r>
      <w:r/>
    </w:p>
    <w:p>
      <w:r/>
      <w:r>
        <w:t>The overriding preference for human touch in insurance advice is stark, with 88% of respondents indicating a penchant for human interaction over AI. However, the survey also captured a notable rise in curiosity and openness towards AI. Specifically, 37% of participants expressed a willingness to consider AI-powered advice in the future. The dissatisfaction with the current state of insurance enrollment is evident, with 10% of respondents indicating they would rather endure traffic jams than navigate the ins and outs of enrolling in insurance.</w:t>
      </w:r>
      <w:r/>
    </w:p>
    <w:p>
      <w:r/>
      <w:r>
        <w:t xml:space="preserve">The data points to significant challenges that consumers encounter in understanding insurance. A considerable portion of respondents admitted they would prefer dealing with other life annoyances—attending a concert of an artist they dislike (24%) or moving back in with their parents (19%)—than grappling with insurance complexities. </w:t>
      </w:r>
      <w:r/>
    </w:p>
    <w:p>
      <w:r/>
      <w:r>
        <w:t>Confidence in existing insurance coverage remains high across the surveyed nations, yet the process of selecting the appropriate provider continues to perplex many. The figures are telling: 65% of Americans, 68% of Brits, and 60% of Australians reported difficulties in choosing the right insurance provider.</w:t>
      </w:r>
      <w:r/>
    </w:p>
    <w:p>
      <w:r/>
      <w:r>
        <w:t>Bee Nookala, Principal Marketing Manager for Insurance Solutions at UserTesting, commented on these consumer preferences, stating: "Consumers want easy and transparent insurance processes. While human advisors remain critical, AI offers insurers a way to help customers navigate complex policies more efficiently, provided human support is always an option when needed."</w:t>
      </w:r>
      <w:r/>
    </w:p>
    <w:p>
      <w:r/>
      <w:r>
        <w:t>The survey has highlighted AI's potential role in simplifying the insurance experience. Presently, 36% of respondents from the US and UK, along with 25% from Australia, find AI useful for deciphering complex insurance details. Looking ahead, a significant number of Australians (45%) believe AI can assist in comparing plans, with optimism mirrored in the UK (39%) and the US (33%).</w:t>
      </w:r>
      <w:r/>
    </w:p>
    <w:p>
      <w:r/>
      <w:r>
        <w:t>Despite these advancements, insurance customers continue to face several issues such as unclear coverage details, unnoticed premium increases, and cumbersome claims processes. The findings suggest that while human advisors are indispensable, AI could serve as a valuable complement, provided it does not replace the vital human touch that many still value.</w:t>
      </w:r>
      <w:r/>
    </w:p>
    <w:p>
      <w:r/>
      <w:r>
        <w:t>In conclusion, the survey indicates a growing but cautious interest in AI as a supplementary tool for insurance advice, emphasising the need for a balanced approach combining both AI and human expertise to address the complexities consumers face in the insurance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https://www.businesswire.com/news/home/20240930801079/en/UserTesting-Global-Survey-88-of-Adults-Prefer-Human-Assistance-for-Insurance-Advice-but-AI-Interest-is-Rising</w:t>
        </w:r>
      </w:hyperlink>
      <w:r>
        <w:t xml:space="preserve"> - Corroborates the survey findings, including the preference for human assistance and the rising interest in AI for insurance advice.</w:t>
      </w:r>
      <w:r/>
    </w:p>
    <w:p>
      <w:pPr>
        <w:pStyle w:val="ListNumber"/>
        <w:spacing w:line="240" w:lineRule="auto"/>
        <w:ind w:left="720"/>
      </w:pPr>
      <w:r/>
      <w:hyperlink r:id="rId11">
        <w:r>
          <w:rPr>
            <w:color w:val="0000EE"/>
            <w:u w:val="single"/>
          </w:rPr>
          <w:t>https://finance.yahoo.com/news/usertesting-global-survey-88-adults-130000133.html</w:t>
        </w:r>
      </w:hyperlink>
      <w:r>
        <w:t xml:space="preserve"> - Supports the survey results showing 88% of adults prefer human assistance for insurance advice and the growing interest in AI.</w:t>
      </w:r>
      <w:r/>
    </w:p>
    <w:p>
      <w:pPr>
        <w:pStyle w:val="ListNumber"/>
        <w:spacing w:line="240" w:lineRule="auto"/>
        <w:ind w:left="720"/>
      </w:pPr>
      <w:r/>
      <w:hyperlink r:id="rId12">
        <w:r>
          <w:rPr>
            <w:color w:val="0000EE"/>
            <w:u w:val="single"/>
          </w:rPr>
          <w:t>https://www.insurancebusinessmag.com/us/news/technology/consumers-prefer-human-insurance-advisors-but-ai-adoption-grows-507943.aspx</w:t>
        </w:r>
      </w:hyperlink>
      <w:r>
        <w:t xml:space="preserve"> - Details the survey's findings on consumer preferences for human insurance advisors and the potential role of AI in simplifying insurance processes.</w:t>
      </w:r>
      <w:r/>
    </w:p>
    <w:p>
      <w:pPr>
        <w:pStyle w:val="ListNumber"/>
        <w:spacing w:line="240" w:lineRule="auto"/>
        <w:ind w:left="720"/>
      </w:pPr>
      <w:r/>
      <w:hyperlink r:id="rId10">
        <w:r>
          <w:rPr>
            <w:color w:val="0000EE"/>
            <w:u w:val="single"/>
          </w:rPr>
          <w:t>https://www.businesswire.com/news/home/20240930801079/en/UserTesting-Global-Survey-88-of-Adults-Prefer-Human-Assistance-for-Insurance-Advice-but-AI-Interest-is-Rising</w:t>
        </w:r>
      </w:hyperlink>
      <w:r>
        <w:t xml:space="preserve"> - Provides data on the dissatisfaction with current insurance enrollment processes, including the preference for enduring life annoyances over navigating insurance complexities.</w:t>
      </w:r>
      <w:r/>
    </w:p>
    <w:p>
      <w:pPr>
        <w:pStyle w:val="ListNumber"/>
        <w:spacing w:line="240" w:lineRule="auto"/>
        <w:ind w:left="720"/>
      </w:pPr>
      <w:r/>
      <w:hyperlink r:id="rId12">
        <w:r>
          <w:rPr>
            <w:color w:val="0000EE"/>
            <w:u w:val="single"/>
          </w:rPr>
          <w:t>https://www.insurancebusinessmag.com/us/news/technology/consumers-prefer-human-insurance-advisors-but-ai-adoption-grows-507943.aspx</w:t>
        </w:r>
      </w:hyperlink>
      <w:r>
        <w:t xml:space="preserve"> - Highlights the challenges consumers face in understanding insurance and selecting the appropriate provider.</w:t>
      </w:r>
      <w:r/>
    </w:p>
    <w:p>
      <w:pPr>
        <w:pStyle w:val="ListNumber"/>
        <w:spacing w:line="240" w:lineRule="auto"/>
        <w:ind w:left="720"/>
      </w:pPr>
      <w:r/>
      <w:hyperlink r:id="rId11">
        <w:r>
          <w:rPr>
            <w:color w:val="0000EE"/>
            <w:u w:val="single"/>
          </w:rPr>
          <w:t>https://finance.yahoo.com/news/usertesting-global-survey-88-adults-130000133.html</w:t>
        </w:r>
      </w:hyperlink>
      <w:r>
        <w:t xml:space="preserve"> - Supports the high confidence in existing insurance coverage but the ongoing difficulties in choosing the right insurance provider.</w:t>
      </w:r>
      <w:r/>
    </w:p>
    <w:p>
      <w:pPr>
        <w:pStyle w:val="ListNumber"/>
        <w:spacing w:line="240" w:lineRule="auto"/>
        <w:ind w:left="720"/>
      </w:pPr>
      <w:r/>
      <w:hyperlink r:id="rId10">
        <w:r>
          <w:rPr>
            <w:color w:val="0000EE"/>
            <w:u w:val="single"/>
          </w:rPr>
          <w:t>https://www.businesswire.com/news/home/20240930801079/en/UserTesting-Global-Survey-88-of-Adults-Prefer-Human-Assistance-for-Insurance-Advice-but-AI-Interest-is-Rising</w:t>
        </w:r>
      </w:hyperlink>
      <w:r>
        <w:t xml:space="preserve"> - Quotes Bee Nookala on the need for easy and transparent insurance processes and the role of AI in navigating complex policies.</w:t>
      </w:r>
      <w:r/>
    </w:p>
    <w:p>
      <w:pPr>
        <w:pStyle w:val="ListNumber"/>
        <w:spacing w:line="240" w:lineRule="auto"/>
        <w:ind w:left="720"/>
      </w:pPr>
      <w:r/>
      <w:hyperlink r:id="rId12">
        <w:r>
          <w:rPr>
            <w:color w:val="0000EE"/>
            <w:u w:val="single"/>
          </w:rPr>
          <w:t>https://www.insurancebusinessmag.com/us/news/technology/consumers-prefer-human-insurance-advisors-but-ai-adoption-grows-507943.aspx</w:t>
        </w:r>
      </w:hyperlink>
      <w:r>
        <w:t xml:space="preserve"> - Details the current and future potential of AI in simplifying the insurance experience, including comparing insurance plans.</w:t>
      </w:r>
      <w:r/>
    </w:p>
    <w:p>
      <w:pPr>
        <w:pStyle w:val="ListNumber"/>
        <w:spacing w:line="240" w:lineRule="auto"/>
        <w:ind w:left="720"/>
      </w:pPr>
      <w:r/>
      <w:hyperlink r:id="rId11">
        <w:r>
          <w:rPr>
            <w:color w:val="0000EE"/>
            <w:u w:val="single"/>
          </w:rPr>
          <w:t>https://finance.yahoo.com/news/usertesting-global-survey-88-adults-130000133.html</w:t>
        </w:r>
      </w:hyperlink>
      <w:r>
        <w:t xml:space="preserve"> - Corroborates the issues faced by insurance customers, such as unclear coverage details, unnoticed premium increases, and cumbersome claims processes.</w:t>
      </w:r>
      <w:r/>
    </w:p>
    <w:p>
      <w:pPr>
        <w:pStyle w:val="ListNumber"/>
        <w:spacing w:line="240" w:lineRule="auto"/>
        <w:ind w:left="720"/>
      </w:pPr>
      <w:r/>
      <w:hyperlink r:id="rId10">
        <w:r>
          <w:rPr>
            <w:color w:val="0000EE"/>
            <w:u w:val="single"/>
          </w:rPr>
          <w:t>https://www.businesswire.com/news/home/20240930801079/en/UserTesting-Global-Survey-88-of-Adults-Prefer-Human-Assistance-for-Insurance-Advice-but-AI-Interest-is-Rising</w:t>
        </w:r>
      </w:hyperlink>
      <w:r>
        <w:t xml:space="preserve"> - Supports the conclusion that a balanced approach combining AI and human expertise is necessary to address the complexities in the insurance landscape.</w:t>
      </w:r>
      <w:r/>
    </w:p>
    <w:p>
      <w:pPr>
        <w:pStyle w:val="ListNumber"/>
        <w:spacing w:line="240" w:lineRule="auto"/>
        <w:ind w:left="720"/>
      </w:pPr>
      <w:r/>
      <w:hyperlink r:id="rId12">
        <w:r>
          <w:rPr>
            <w:color w:val="0000EE"/>
            <w:u w:val="single"/>
          </w:rPr>
          <w:t>https://www.insurancebusinessmag.com/us/news/technology/consumers-prefer-human-insurance-advisors-but-ai-adoption-grows-507943.aspx</w:t>
        </w:r>
      </w:hyperlink>
      <w:r>
        <w:t xml:space="preserve"> - Summarizes the growing but cautious interest in AI as a supplementary tool for insurance advice.</w:t>
      </w:r>
      <w:r/>
    </w:p>
    <w:p>
      <w:pPr>
        <w:pStyle w:val="ListNumber"/>
        <w:spacing w:line="240" w:lineRule="auto"/>
        <w:ind w:left="720"/>
      </w:pPr>
      <w:r/>
      <w:hyperlink r:id="rId13">
        <w:r>
          <w:rPr>
            <w:color w:val="0000EE"/>
            <w:u w:val="single"/>
          </w:rPr>
          <w:t>https://cxm.co.uk/customer-experience/human-advisors-still-top-choice-for-insurance-yet-consumer-interest-in-ai-surges/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0930801079/en/UserTesting-Global-Survey-88-of-Adults-Prefer-Human-Assistance-for-Insurance-Advice-but-AI-Interest-is-Rising" TargetMode="External"/><Relationship Id="rId11" Type="http://schemas.openxmlformats.org/officeDocument/2006/relationships/hyperlink" Target="https://finance.yahoo.com/news/usertesting-global-survey-88-adults-130000133.html" TargetMode="External"/><Relationship Id="rId12" Type="http://schemas.openxmlformats.org/officeDocument/2006/relationships/hyperlink" Target="https://www.insurancebusinessmag.com/us/news/technology/consumers-prefer-human-insurance-advisors-but-ai-adoption-grows-507943.aspx" TargetMode="External"/><Relationship Id="rId13" Type="http://schemas.openxmlformats.org/officeDocument/2006/relationships/hyperlink" Target="https://cxm.co.uk/customer-experience/human-advisors-still-top-choice-for-insurance-yet-consumer-interest-in-ai-sur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