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Identifying fake AI-generated photos in the aftermath of Hurricane Helene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Identifying Fake AI-Generated Photos in the Aftermath of Hurricane Helene</w:t>
      </w:r>
      <w:r/>
    </w:p>
    <w:p>
      <w:r/>
      <w:r>
        <w:t>CHARLOTTE, N.C. — In the wake of Hurricane Helene, numerous images portraying both hope and devastation have surfaced. However, not every picture disseminated in the aftermath is genuine, with many AI-generated photos being circulated, creating a challenge for information accuracy.</w:t>
      </w:r>
      <w:r/>
    </w:p>
    <w:p>
      <w:r/>
      <w:r>
        <w:t>Among the most shared images includes one depicting two dogs perched atop a submerged home amid floodwaters. At first glance, the photo seems authentic and garnered widespread attention, amassing over 2,700 likes and 1,300 shares when shared by a California-based rescue group. Nevertheless, upon closer investigation, it was revealed to be an artificial creation.</w:t>
      </w:r>
      <w:r/>
    </w:p>
    <w:p>
      <w:r/>
      <w:r>
        <w:t>The tell-tale sign was found upon examining the origin of the post. The rescue group had tagged a Facebook page known for creating AI-generated images. Further analysis of the Facebook page confirmed its consistent generation of digitally-manipulated photos.</w:t>
      </w:r>
      <w:r/>
    </w:p>
    <w:p>
      <w:r/>
      <w:r>
        <w:t>Another questionable image depicts a man appearing to rescue a dog from floodwaters. Anomalies such as the man having six fingers and three nostrils under scrutiny flagged the image as suspect. These peculiar details are often indicative of AI models, which can sometimes produce such irregularities in the generated content.</w:t>
      </w:r>
      <w:r/>
    </w:p>
    <w:p>
      <w:r/>
      <w:r>
        <w:t>To verify the authenticity of the images of dogs on the rooftop, they were submitted to an AI-detection site. The analysis concluded with a 99% probability that the images were generated using AI.</w:t>
      </w:r>
      <w:r/>
    </w:p>
    <w:p>
      <w:r/>
      <w:r>
        <w:t>As Hurricane Helene continues to capture global attention, the proliferation of AI-created photos underscores the importance of verifying the authenticity of visually compelling stories. Recognising and addressing this issue is crucial to maintaining the integrity of rescue efforts and informing public perception accurately.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https://www.politifact.com/factchecks/2024/oct/02/viral-image/trump-surveyed-hurricane-helene-damage-in-georgia/</w:t>
        </w:r>
      </w:hyperlink>
      <w:r>
        <w:t xml:space="preserve"> - Corroborates that an image of Trump wading through floodwaters is AI-generated and not authentic, highlighting discrepancies in Trump's attire and the image's artificial features.</w:t>
      </w:r>
      <w:r/>
    </w:p>
    <w:p>
      <w:pPr>
        <w:pStyle w:val="ListNumber"/>
        <w:spacing w:line="240" w:lineRule="auto"/>
        <w:ind w:left="720"/>
      </w:pPr>
      <w:r/>
      <w:hyperlink r:id="rId11">
        <w:r>
          <w:rPr>
            <w:color w:val="0000EE"/>
            <w:u w:val="single"/>
          </w:rPr>
          <w:t>https://www.youtube.com/watch?v=tkVAaSKujFY</w:t>
        </w:r>
      </w:hyperlink>
      <w:r>
        <w:t xml:space="preserve"> - Verifies that the image of Trump in floodwaters is AI-generated, pointing out anomalies such as Trump's misshapen hand and the image's inconsistency with real media coverage.</w:t>
      </w:r>
      <w:r/>
    </w:p>
    <w:p>
      <w:pPr>
        <w:pStyle w:val="ListNumber"/>
        <w:spacing w:line="240" w:lineRule="auto"/>
        <w:ind w:left="720"/>
      </w:pPr>
      <w:r/>
      <w:hyperlink r:id="rId12">
        <w:r>
          <w:rPr>
            <w:color w:val="0000EE"/>
            <w:u w:val="single"/>
          </w:rPr>
          <w:t>https://www.kgw.com/article/news/verify/ai/image-of-donald-trump-walking-through-floodwaters-after-hurricane-helene-is-ai/536-c87cd48a-a2a7-4e34-bd7f-bb58752f4129</w:t>
        </w:r>
      </w:hyperlink>
      <w:r>
        <w:t xml:space="preserve"> - Confirms the AI-generated nature of the Trump floodwater image, detailing visual cues and inconsistencies with actual media coverage of Trump's visit.</w:t>
      </w:r>
      <w:r/>
    </w:p>
    <w:p>
      <w:pPr>
        <w:pStyle w:val="ListNumber"/>
        <w:spacing w:line="240" w:lineRule="auto"/>
        <w:ind w:left="720"/>
      </w:pPr>
      <w:r/>
      <w:hyperlink r:id="rId13">
        <w:r>
          <w:rPr>
            <w:color w:val="0000EE"/>
            <w:u w:val="single"/>
          </w:rPr>
          <w:t>https://futurism.com/hurricane-scam-ai-slop</w:t>
        </w:r>
      </w:hyperlink>
      <w:r>
        <w:t xml:space="preserve"> - Highlights the trend of AI-generated images being used to capitalize on natural disasters, including Hurricane Helene, and the signs of AI generation such as distorted features.</w:t>
      </w:r>
      <w:r/>
    </w:p>
    <w:p>
      <w:pPr>
        <w:pStyle w:val="ListNumber"/>
        <w:spacing w:line="240" w:lineRule="auto"/>
        <w:ind w:left="720"/>
      </w:pPr>
      <w:r/>
      <w:hyperlink r:id="rId14">
        <w:r>
          <w:rPr>
            <w:color w:val="0000EE"/>
            <w:u w:val="single"/>
          </w:rPr>
          <w:t>https://www.wcnc.com/article/weather/hurricane/helene/a-i-generated-photos-helene-storm-north-carolina/275-ea7c38de-d72c-42a8-a664-3a6fb8f4554b</w:t>
        </w:r>
      </w:hyperlink>
      <w:r>
        <w:t xml:space="preserve"> - Provides guidance on how to spot AI-generated photos related to Hurricane Helene, including common anomalies and distortions in AI content.</w:t>
      </w:r>
      <w:r/>
    </w:p>
    <w:p>
      <w:pPr>
        <w:pStyle w:val="ListNumber"/>
        <w:spacing w:line="240" w:lineRule="auto"/>
        <w:ind w:left="720"/>
      </w:pPr>
      <w:r/>
      <w:hyperlink r:id="rId15">
        <w:r>
          <w:rPr>
            <w:color w:val="0000EE"/>
            <w:u w:val="single"/>
          </w:rPr>
          <w:t>https://www.verifythis.com/article/news/verify/ai/image-of-donald-trump-walking-through-floodwaters-after-hurricane-helene-is-ai/536-c87cd48a-a2a7-4e34-bd7f-bb58752f4129</w:t>
        </w:r>
      </w:hyperlink>
      <w:r>
        <w:t xml:space="preserve"> - Verifies the AI-generated nature of the image showing Trump in floodwaters, detailing the analysis and visual cues that indicate it is not real.</w:t>
      </w:r>
      <w:r/>
    </w:p>
    <w:p>
      <w:pPr>
        <w:pStyle w:val="ListNumber"/>
        <w:spacing w:line="240" w:lineRule="auto"/>
        <w:ind w:left="720"/>
      </w:pPr>
      <w:r/>
      <w:hyperlink r:id="rId16">
        <w:r>
          <w:rPr>
            <w:color w:val="0000EE"/>
            <w:u w:val="single"/>
          </w:rPr>
          <w:t>https://www.politifact.com/factchecks/2024/oct/02/viral-image/trump-surveyed-hurricane-helene-damage-in-georgia/#read-about-our-process</w:t>
        </w:r>
      </w:hyperlink>
      <w:r>
        <w:t xml:space="preserve"> - Lists various news sources that covered Trump's visit to Valdosta, Georgia, and confirms that the image of him in floodwaters does not match these reports.</w:t>
      </w:r>
      <w:r/>
    </w:p>
    <w:p>
      <w:pPr>
        <w:pStyle w:val="ListNumber"/>
        <w:spacing w:line="240" w:lineRule="auto"/>
        <w:ind w:left="720"/>
      </w:pPr>
      <w:r/>
      <w:hyperlink r:id="rId17">
        <w:r>
          <w:rPr>
            <w:color w:val="0000EE"/>
            <w:u w:val="single"/>
          </w:rPr>
          <w:t>https://www.youtube.com/watch?v=tkVAaSKujFY#transcript</w:t>
        </w:r>
      </w:hyperlink>
      <w:r>
        <w:t xml:space="preserve"> - Transcript of the video verifying the AI-generated image of Trump, highlighting the misshapen hand and other inconsistencies.</w:t>
      </w:r>
      <w:r/>
    </w:p>
    <w:p>
      <w:pPr>
        <w:pStyle w:val="ListNumber"/>
        <w:spacing w:line="240" w:lineRule="auto"/>
        <w:ind w:left="720"/>
      </w:pPr>
      <w:r/>
      <w:hyperlink r:id="rId18">
        <w:r>
          <w:rPr>
            <w:color w:val="0000EE"/>
            <w:u w:val="single"/>
          </w:rPr>
          <w:t>https://futurism.com/hurricane-scam-ai-slop#more-on-ai-slop</w:t>
        </w:r>
      </w:hyperlink>
      <w:r>
        <w:t xml:space="preserve"> - Discusses the broader issue of AI-generated content, including images of natural disasters, and how they are used to manipulate public perception.</w:t>
      </w:r>
      <w:r/>
    </w:p>
    <w:p>
      <w:pPr>
        <w:pStyle w:val="ListNumber"/>
        <w:spacing w:line="240" w:lineRule="auto"/>
        <w:ind w:left="720"/>
      </w:pPr>
      <w:r/>
      <w:hyperlink r:id="rId19">
        <w:r>
          <w:rPr>
            <w:color w:val="0000EE"/>
            <w:u w:val="single"/>
          </w:rPr>
          <w:t>https://www.kgw.com/article/news/verify/ai/image-of-donald-trump-walking-through-floodwaters-after-hurricane-helene-is-ai/536-c87cd48a-a2a7-4e34-bd7f-bb58752f4129#the-sources</w:t>
        </w:r>
      </w:hyperlink>
      <w:r>
        <w:t xml:space="preserve"> - Details the sources used to verify that the image of Trump in floodwaters is AI-generated, including media coverage and social media posts.</w:t>
      </w:r>
      <w:r/>
    </w:p>
    <w:p>
      <w:pPr>
        <w:pStyle w:val="ListNumber"/>
        <w:spacing w:line="240" w:lineRule="auto"/>
        <w:ind w:left="720"/>
      </w:pPr>
      <w:r/>
      <w:hyperlink r:id="rId20">
        <w:r>
          <w:rPr>
            <w:color w:val="0000EE"/>
            <w:u w:val="single"/>
          </w:rPr>
          <w:t>https://www.wcnc.com/article/weather/hurricane/helene/a-i-generated-photos-helene-storm-north-carolina/275-ea7c38de-d72c-42a8-a664-3a6fb8f4554b#reference-18.c415dfad.1727851549.3fcce8fd</w:t>
        </w:r>
      </w:hyperlink>
      <w:r>
        <w:t xml:space="preserve"> - Provides additional context on how to identify AI-generated photos, emphasizing the importance of verifying images in the aftermath of natural disasters.</w:t>
      </w:r>
      <w:r/>
    </w:p>
    <w:p>
      <w:pPr>
        <w:pStyle w:val="ListNumber"/>
        <w:spacing w:line="240" w:lineRule="auto"/>
        <w:ind w:left="720"/>
      </w:pPr>
      <w:r/>
      <w:hyperlink r:id="rId14">
        <w:r>
          <w:rPr>
            <w:color w:val="0000EE"/>
            <w:u w:val="single"/>
          </w:rPr>
          <w:t>https://www.wcnc.com/article/weather/hurricane/helene/a-i-generated-photos-helene-storm-north-carolina/275-ea7c38de-d72c-42a8-a664-3a6fb8f4554b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litifact.com/factchecks/2024/oct/02/viral-image/trump-surveyed-hurricane-helene-damage-in-georgia/" TargetMode="External"/><Relationship Id="rId11" Type="http://schemas.openxmlformats.org/officeDocument/2006/relationships/hyperlink" Target="https://www.youtube.com/watch?v=tkVAaSKujFY" TargetMode="External"/><Relationship Id="rId12" Type="http://schemas.openxmlformats.org/officeDocument/2006/relationships/hyperlink" Target="https://www.kgw.com/article/news/verify/ai/image-of-donald-trump-walking-through-floodwaters-after-hurricane-helene-is-ai/536-c87cd48a-a2a7-4e34-bd7f-bb58752f4129" TargetMode="External"/><Relationship Id="rId13" Type="http://schemas.openxmlformats.org/officeDocument/2006/relationships/hyperlink" Target="https://futurism.com/hurricane-scam-ai-slop" TargetMode="External"/><Relationship Id="rId14" Type="http://schemas.openxmlformats.org/officeDocument/2006/relationships/hyperlink" Target="https://www.wcnc.com/article/weather/hurricane/helene/a-i-generated-photos-helene-storm-north-carolina/275-ea7c38de-d72c-42a8-a664-3a6fb8f4554b" TargetMode="External"/><Relationship Id="rId15" Type="http://schemas.openxmlformats.org/officeDocument/2006/relationships/hyperlink" Target="https://www.verifythis.com/article/news/verify/ai/image-of-donald-trump-walking-through-floodwaters-after-hurricane-helene-is-ai/536-c87cd48a-a2a7-4e34-bd7f-bb58752f4129" TargetMode="External"/><Relationship Id="rId16" Type="http://schemas.openxmlformats.org/officeDocument/2006/relationships/hyperlink" Target="https://www.politifact.com/factchecks/2024/oct/02/viral-image/trump-surveyed-hurricane-helene-damage-in-georgia/#read-about-our-process" TargetMode="External"/><Relationship Id="rId17" Type="http://schemas.openxmlformats.org/officeDocument/2006/relationships/hyperlink" Target="https://www.youtube.com/watch?v=tkVAaSKujFY#transcript" TargetMode="External"/><Relationship Id="rId18" Type="http://schemas.openxmlformats.org/officeDocument/2006/relationships/hyperlink" Target="https://futurism.com/hurricane-scam-ai-slop#more-on-ai-slop" TargetMode="External"/><Relationship Id="rId19" Type="http://schemas.openxmlformats.org/officeDocument/2006/relationships/hyperlink" Target="https://www.kgw.com/article/news/verify/ai/image-of-donald-trump-walking-through-floodwaters-after-hurricane-helene-is-ai/536-c87cd48a-a2a7-4e34-bd7f-bb58752f4129#the-sources" TargetMode="External"/><Relationship Id="rId20" Type="http://schemas.openxmlformats.org/officeDocument/2006/relationships/hyperlink" Target="https://www.wcnc.com/article/weather/hurricane/helene/a-i-generated-photos-helene-storm-north-carolina/275-ea7c38de-d72c-42a8-a664-3a6fb8f4554b#reference-18.c415dfad.1727851549.3fcce8f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