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AI tool Bluedot promises to streamline virtual meetings for professionals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AI Tool Bluedot Promises to Streamline Virtual Meetings for Professionals</w:t>
      </w:r>
      <w:r/>
    </w:p>
    <w:p>
      <w:r/>
      <w:r>
        <w:t>In the ever-evolving landscape of artificial intelligence tools, Google Chrome's Bluedot extension has emerged as a new contender, designed to facilitate virtual meetings and improve productivity for professionals. The extension, described as an AI-powered meeting recorder and note taker, aims to alleviate the often mundane and time-consuming task of organising information post-interview.</w:t>
      </w:r>
      <w:r/>
    </w:p>
    <w:p>
      <w:r/>
      <w:r>
        <w:t>Bluedot is integrated seamlessly with Google Chrome and offers a range of features designed to cater to various professional needs. The basic version of the extension is free and allows users up to five 1-hour meetings, with options for screen recording and Slack integration. An upgrade to the Basic plan at $14 per month provides unlimited audio meetings, whereas the Pro plan at $20 per month includes unlimited video meetings and custom meeting templates.</w:t>
      </w:r>
      <w:r/>
    </w:p>
    <w:p>
      <w:r/>
      <w:r>
        <w:t>One notable aspect of Bluedot is its integration with Google Meet, a popular virtual meeting platform. Bluedot's presence is discreet and efficient, ensuring that there is no lag during calls while alerting participants of its recording feature. The user-centric design emphasizes simplicity, allowing users to focus on the meeting rather than the tool.</w:t>
      </w:r>
      <w:r/>
    </w:p>
    <w:p>
      <w:r/>
      <w:r>
        <w:t>Bluedot stands out with its diverse range of transcript template options. Users can choose from templates catering to general notes, sales, customer check-ins, screening interviews, and technical discussions. Pro users have the added advantage of creating custom templates, enhancing the tool's flexibility to meet specific professional requirements.</w:t>
      </w:r>
      <w:r/>
    </w:p>
    <w:p>
      <w:r/>
      <w:r>
        <w:t>The extension's compatibility is not limited to Google Chrome. It also works with other popular browsers such as Microsoft Edge, Apple's Safari, and Firefox. Moreover, Bluedot integrates seamlessly with the Google Suite, including Google Calendar and Google Drive, with upcoming integrations planned for platforms like Salesforce and HubSpot.</w:t>
      </w:r>
      <w:r/>
    </w:p>
    <w:p>
      <w:r/>
      <w:r>
        <w:t>An additional feature is the AI Email Generator. This tool provides users with a succinct email template summarising the next steps and timelines discussed during the meeting. While there are concerns about the robotic tone of AI-generated emails, the ability to streamline post-meeting communication is invaluable. The feature ensures that important points and actions are not missed and can aid in building and maintaining professional relationships.</w:t>
      </w:r>
      <w:r/>
    </w:p>
    <w:p>
      <w:r/>
      <w:r>
        <w:t xml:space="preserve">Bluedot also sends out an emailed meeting recap automatically once the meeting is uploaded to its software. The recap includes an AI-powered synopsis of the call, time stamps highlighting key points, and a timeline of next steps. Users can access the full meeting recap alongside the recording of the interview, creating a comprehensive record of the discussion. </w:t>
      </w:r>
      <w:r/>
    </w:p>
    <w:p>
      <w:r/>
      <w:r>
        <w:t>One user, Carly Quellman from CNET, reported a positive experience using Bluedot. She highlighted the tool's efficiency in generating a meeting recap that captured the essence of the interview. She found that the AI-powered summary felt conversational and accurate, a marked improvement over other tools she had previously used.</w:t>
      </w:r>
      <w:r/>
    </w:p>
    <w:p>
      <w:r/>
      <w:r>
        <w:t>Bluedot's mission is to enhance productivity and facilitate self-coaching. The tool provides insights that can help users reflect on their performance and improve their skills over time, making it suitable for a wide range of professionals, including entrepreneurs, managers, engineers, sales teams, customer success professionals, and recruiters.</w:t>
      </w:r>
      <w:r/>
    </w:p>
    <w:p>
      <w:r/>
      <w:r>
        <w:t>For those looking for ways to leverage AI to improve work productivity, Bluedot presents a viable option. Its integration with various platforms and user-friendly design make it a valuable addition to the professional toolkit.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https://www.bluedothq.com/tools/meeting-recorder</w:t>
        </w:r>
      </w:hyperlink>
      <w:r>
        <w:t xml:space="preserve"> - Explains Bluedot's integration with Google Meet, Microsoft Teams, and Zoom, and its features such as discreet recording, transcription, and summarization.</w:t>
      </w:r>
      <w:r/>
    </w:p>
    <w:p>
      <w:pPr>
        <w:pStyle w:val="ListNumber"/>
        <w:spacing w:line="240" w:lineRule="auto"/>
        <w:ind w:left="720"/>
      </w:pPr>
      <w:r/>
      <w:hyperlink r:id="rId11">
        <w:r>
          <w:rPr>
            <w:color w:val="0000EE"/>
            <w:u w:val="single"/>
          </w:rPr>
          <w:t>https://chromewebstore.google.com/detail/bluedot-ai-meeting-record/aeeninnnlhgaojlolnbpljadhbionlal?hl=en</w:t>
        </w:r>
      </w:hyperlink>
      <w:r>
        <w:t xml:space="preserve"> - Details the key features of Bluedot, including meeting recording, transcription, and summarization, as well as user reviews and ratings.</w:t>
      </w:r>
      <w:r/>
    </w:p>
    <w:p>
      <w:pPr>
        <w:pStyle w:val="ListNumber"/>
        <w:spacing w:line="240" w:lineRule="auto"/>
        <w:ind w:left="720"/>
      </w:pPr>
      <w:r/>
      <w:hyperlink r:id="rId12">
        <w:r>
          <w:rPr>
            <w:color w:val="0000EE"/>
            <w:u w:val="single"/>
          </w:rPr>
          <w:t>https://insight7.io/ai-tools/productivity/bluedot/</w:t>
        </w:r>
      </w:hyperlink>
      <w:r>
        <w:t xml:space="preserve"> - Describes Bluedot as an AI-powered Chrome extension for automating meeting notes, its integration with Google Meet, and its emphasis on data privacy and security.</w:t>
      </w:r>
      <w:r/>
    </w:p>
    <w:p>
      <w:pPr>
        <w:pStyle w:val="ListNumber"/>
        <w:spacing w:line="240" w:lineRule="auto"/>
        <w:ind w:left="720"/>
      </w:pPr>
      <w:r/>
      <w:hyperlink r:id="rId13">
        <w:r>
          <w:rPr>
            <w:color w:val="0000EE"/>
            <w:u w:val="single"/>
          </w:rPr>
          <w:t>https://www.bluedothq.com</w:t>
        </w:r>
      </w:hyperlink>
      <w:r>
        <w:t xml:space="preserve"> - Outlines Bluedot's features, including its bot-free meeting recorder, customizable meeting notes, and GDPR-compliant approach.</w:t>
      </w:r>
      <w:r/>
    </w:p>
    <w:p>
      <w:pPr>
        <w:pStyle w:val="ListNumber"/>
        <w:spacing w:line="240" w:lineRule="auto"/>
        <w:ind w:left="720"/>
      </w:pPr>
      <w:r/>
      <w:hyperlink r:id="rId10">
        <w:r>
          <w:rPr>
            <w:color w:val="0000EE"/>
            <w:u w:val="single"/>
          </w:rPr>
          <w:t>https://www.bluedothq.com/tools/meeting-recorder</w:t>
        </w:r>
      </w:hyperlink>
      <w:r>
        <w:t xml:space="preserve"> - Mentions the various transcript template options available, including general notes, sales, customer check-ins, and technical discussions.</w:t>
      </w:r>
      <w:r/>
    </w:p>
    <w:p>
      <w:pPr>
        <w:pStyle w:val="ListNumber"/>
        <w:spacing w:line="240" w:lineRule="auto"/>
        <w:ind w:left="720"/>
      </w:pPr>
      <w:r/>
      <w:hyperlink r:id="rId13">
        <w:r>
          <w:rPr>
            <w:color w:val="0000EE"/>
            <w:u w:val="single"/>
          </w:rPr>
          <w:t>https://www.bluedothq.com</w:t>
        </w:r>
      </w:hyperlink>
      <w:r>
        <w:t xml:space="preserve"> - Discusses Bluedot's compatibility with other browsers and its integration with Google Suite, including Google Calendar and Google Drive.</w:t>
      </w:r>
      <w:r/>
    </w:p>
    <w:p>
      <w:pPr>
        <w:pStyle w:val="ListNumber"/>
        <w:spacing w:line="240" w:lineRule="auto"/>
        <w:ind w:left="720"/>
      </w:pPr>
      <w:r/>
      <w:hyperlink r:id="rId10">
        <w:r>
          <w:rPr>
            <w:color w:val="0000EE"/>
            <w:u w:val="single"/>
          </w:rPr>
          <w:t>https://www.bluedothq.com/tools/meeting-recorder</w:t>
        </w:r>
      </w:hyperlink>
      <w:r>
        <w:t xml:space="preserve"> - Explains the AI Email Generator feature and the automated meeting recap emails sent by Bluedot.</w:t>
      </w:r>
      <w:r/>
    </w:p>
    <w:p>
      <w:pPr>
        <w:pStyle w:val="ListNumber"/>
        <w:spacing w:line="240" w:lineRule="auto"/>
        <w:ind w:left="720"/>
      </w:pPr>
      <w:r/>
      <w:hyperlink r:id="rId11">
        <w:r>
          <w:rPr>
            <w:color w:val="0000EE"/>
            <w:u w:val="single"/>
          </w:rPr>
          <w:t>https://chromewebstore.google.com/detail/bluedot-ai-meeting-record/aeeninnnlhgaojlolnbpljadhbionlal?hl=en</w:t>
        </w:r>
      </w:hyperlink>
      <w:r>
        <w:t xml:space="preserve"> - Provides user testimonials, such as from Paca Haymes and Andrii Lutsiuk, highlighting the tool's efficiency and user-friendly design.</w:t>
      </w:r>
      <w:r/>
    </w:p>
    <w:p>
      <w:pPr>
        <w:pStyle w:val="ListNumber"/>
        <w:spacing w:line="240" w:lineRule="auto"/>
        <w:ind w:left="720"/>
      </w:pPr>
      <w:r/>
      <w:hyperlink r:id="rId12">
        <w:r>
          <w:rPr>
            <w:color w:val="0000EE"/>
            <w:u w:val="single"/>
          </w:rPr>
          <w:t>https://insight7.io/ai-tools/productivity/bluedot/</w:t>
        </w:r>
      </w:hyperlink>
      <w:r>
        <w:t xml:space="preserve"> - Highlights Bluedot's mission to enhance productivity and facilitate self-coaching, making it suitable for various professionals.</w:t>
      </w:r>
      <w:r/>
    </w:p>
    <w:p>
      <w:pPr>
        <w:pStyle w:val="ListNumber"/>
        <w:spacing w:line="240" w:lineRule="auto"/>
        <w:ind w:left="720"/>
      </w:pPr>
      <w:r/>
      <w:hyperlink r:id="rId13">
        <w:r>
          <w:rPr>
            <w:color w:val="0000EE"/>
            <w:u w:val="single"/>
          </w:rPr>
          <w:t>https://www.bluedothq.com</w:t>
        </w:r>
      </w:hyperlink>
      <w:r>
        <w:t xml:space="preserve"> - Details the security and privacy measures of Bluedot, including GDPR compliance and SOC-2 Type-2 certification.</w:t>
      </w:r>
      <w:r/>
    </w:p>
    <w:p>
      <w:pPr>
        <w:pStyle w:val="ListNumber"/>
        <w:spacing w:line="240" w:lineRule="auto"/>
        <w:ind w:left="720"/>
      </w:pPr>
      <w:r/>
      <w:hyperlink r:id="rId14">
        <w:r>
          <w:rPr>
            <w:color w:val="0000EE"/>
            <w:u w:val="single"/>
          </w:rPr>
          <w:t>https://www.youtube.com/watch?v=ZsXi6dPZJYo</w:t>
        </w:r>
      </w:hyperlink>
      <w:r>
        <w:t xml:space="preserve"> - Demonstrates how to use Bluedot's video summarizer, including uploading videos and generating AI-powered summaries.</w:t>
      </w:r>
      <w:r/>
    </w:p>
    <w:p>
      <w:pPr>
        <w:pStyle w:val="ListNumber"/>
        <w:spacing w:line="240" w:lineRule="auto"/>
        <w:ind w:left="720"/>
      </w:pPr>
      <w:r/>
      <w:hyperlink r:id="rId15">
        <w:r>
          <w:rPr>
            <w:color w:val="0000EE"/>
            <w:u w:val="single"/>
          </w:rPr>
          <w:t>https://www.cnet.com/tech/services-and-software/google-chromes-ai-extension-does-your-mundane-prep-work-and-more/#ftag=CADf328eec</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luedothq.com/tools/meeting-recorder" TargetMode="External"/><Relationship Id="rId11" Type="http://schemas.openxmlformats.org/officeDocument/2006/relationships/hyperlink" Target="https://chromewebstore.google.com/detail/bluedot-ai-meeting-record/aeeninnnlhgaojlolnbpljadhbionlal?hl=en" TargetMode="External"/><Relationship Id="rId12" Type="http://schemas.openxmlformats.org/officeDocument/2006/relationships/hyperlink" Target="https://insight7.io/ai-tools/productivity/bluedot/" TargetMode="External"/><Relationship Id="rId13" Type="http://schemas.openxmlformats.org/officeDocument/2006/relationships/hyperlink" Target="https://www.bluedothq.com" TargetMode="External"/><Relationship Id="rId14" Type="http://schemas.openxmlformats.org/officeDocument/2006/relationships/hyperlink" Target="https://www.youtube.com/watch?v=ZsXi6dPZJYo" TargetMode="External"/><Relationship Id="rId15" Type="http://schemas.openxmlformats.org/officeDocument/2006/relationships/hyperlink" Target="https://www.cnet.com/tech/services-and-software/google-chromes-ai-extension-does-your-mundane-prep-work-and-more/#ftag=CADf328eec"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