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tool 'Kuzco' enhances Terraform resource configurations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Tool 'Kuzco' Enhances Terraform Resource Configurations</w:t>
      </w:r>
      <w:r/>
    </w:p>
    <w:p>
      <w:r/>
      <w:r>
        <w:t>In the evolving landscape of cloud infrastructure management, a new tool named "Kuzco" has emerged to assist developers and engineers in optimising their Terraform resources. Developed by RoseSecurity, Kuzco aims to streamline the process of refining and securing cloud infrastructure configurations by using localised language models (LLMs).</w:t>
      </w:r>
      <w:r/>
    </w:p>
    <w:p>
      <w:r/>
      <w:r>
        <w:t>Terraform, an open-source tool used for provisioning and managing cloud infrastructure through code, often presents users with numerous configuration options. While the Terraform registry provides a comprehensive reference of these options, navigating and understanding them can be time-consuming and complex. Traditional tools for scrutinising Terraform configurations, like TLint and TFSec, have been available but require users to manually sift through documentation and decipher configuration parameters.</w:t>
      </w:r>
      <w:r/>
    </w:p>
    <w:p>
      <w:r/>
      <w:r>
        <w:t>Kuzco addresses these challenges by automating the review and suggestion process. The tool meticulously examines existing Terraform resources, compares them to the provider schema, and then utilises advanced AI to recommend optimal configurations. This approach not only ensures the comprehensive usage of available parameters but also enhances the security, reliability, and efficiency of the cloud infrastructure.</w:t>
      </w:r>
      <w:r/>
    </w:p>
    <w:p>
      <w:r/>
      <w:r>
        <w:t>This novel tool is available through GitHub, where developers can integrate it into their workflow. Once implemented, Kuzco scans the Terraform files, identifies any unused parameters, and provides personalised recommendations tailored to the specific cloud environment and resource type. This process significantly reduces the manual effort required to maintain best practices in Terraform configurations.</w:t>
      </w:r>
      <w:r/>
    </w:p>
    <w:p>
      <w:r/>
      <w:r>
        <w:t>The application of localised language models sets Kuzco apart from existing tools. By leveraging these models, the tool is capable of understanding and adapting to the unique needs of different environments, thus delivering more precise and context-aware advice. For developers looking to optimise their Terraform setups quickly and effectively, Kuzco represents a significant advancement in infrastructure-as-code (IaC) tooling.</w:t>
      </w:r>
      <w:r/>
    </w:p>
    <w:p>
      <w:r/>
      <w:r>
        <w:t>Kuzco’s deployment is particularly timely as cloud environments continue to grow in complexity and scale. Ensuring that configurations are secure and optimised is paramount, and tools like Kuzco provide the necessary intelligence to achieve this with greater efficiency.</w:t>
      </w:r>
      <w:r/>
    </w:p>
    <w:p>
      <w:r/>
      <w:r>
        <w:t>The rollout of Kuzco has been greeted with interest from the developer community, who see the potential benefits in terms of time savings and enhanced configuration quality. By automating the optimisation process, Kuzco allows developers to focus more on innovation and less on the intricate details of Terraform configuration.</w:t>
      </w:r>
      <w:r/>
    </w:p>
    <w:p>
      <w:r/>
      <w:r>
        <w:t>RoseSecurity’s Kuzco is poised to become an invaluable tool in the arsenal of cloud infrastructure management, promising to make the process of optimising and securing Terraform resources less cumbersome and more intuitive. As the tool gains traction, it is likely to see widespread adoption among those tasked with managing complex cloud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https://github.com/RoseSecurity/Kuzco</w:t>
        </w:r>
      </w:hyperlink>
      <w:r>
        <w:t xml:space="preserve"> - This URL corroborates the information about Kuzco, its development by RoseSecurity, and its functionality in enhancing Terraform resource configurations using localised language models.</w:t>
      </w:r>
      <w:r/>
    </w:p>
    <w:p>
      <w:pPr>
        <w:pStyle w:val="ListNumber"/>
        <w:spacing w:line="240" w:lineRule="auto"/>
        <w:ind w:left="720"/>
      </w:pPr>
      <w:r/>
      <w:hyperlink r:id="rId10">
        <w:r>
          <w:rPr>
            <w:color w:val="0000EE"/>
            <w:u w:val="single"/>
          </w:rPr>
          <w:t>https://github.com/RoseSecurity/Kuzco</w:t>
        </w:r>
      </w:hyperlink>
      <w:r>
        <w:t xml:space="preserve"> - This URL provides details on how to install and use Kuzco, including the requirement for Ollama and the available installation methods.</w:t>
      </w:r>
      <w:r/>
    </w:p>
    <w:p>
      <w:pPr>
        <w:pStyle w:val="ListNumber"/>
        <w:spacing w:line="240" w:lineRule="auto"/>
        <w:ind w:left="720"/>
      </w:pPr>
      <w:r/>
      <w:hyperlink r:id="rId10">
        <w:r>
          <w:rPr>
            <w:color w:val="0000EE"/>
            <w:u w:val="single"/>
          </w:rPr>
          <w:t>https://github.com/RoseSecurity/Kuzco</w:t>
        </w:r>
      </w:hyperlink>
      <w:r>
        <w:t xml:space="preserve"> - This URL explains the usage of Kuzco, including the available commands and flags, and the tool's ability to analyze Terraform configurations and provide personalized recommendations.</w:t>
      </w:r>
      <w:r/>
    </w:p>
    <w:p>
      <w:pPr>
        <w:pStyle w:val="ListNumber"/>
        <w:spacing w:line="240" w:lineRule="auto"/>
        <w:ind w:left="720"/>
      </w:pPr>
      <w:r/>
      <w:hyperlink r:id="rId10">
        <w:r>
          <w:rPr>
            <w:color w:val="0000EE"/>
            <w:u w:val="single"/>
          </w:rPr>
          <w:t>https://github.com/RoseSecurity/Kuzco</w:t>
        </w:r>
      </w:hyperlink>
      <w:r>
        <w:t xml:space="preserve"> - This URL highlights the innovative use of AI in Kuzco to suggest improvements in Terraform configurations, enhancing security, reliability, and efficiency.</w:t>
      </w:r>
      <w:r/>
    </w:p>
    <w:p>
      <w:pPr>
        <w:pStyle w:val="ListNumber"/>
        <w:spacing w:line="240" w:lineRule="auto"/>
        <w:ind w:left="720"/>
      </w:pPr>
      <w:r/>
      <w:hyperlink r:id="rId11">
        <w:r>
          <w:rPr>
            <w:color w:val="0000EE"/>
            <w:u w:val="single"/>
          </w:rPr>
          <w:t>https://developer.hashicorp.com/terraform/language/resources</w:t>
        </w:r>
      </w:hyperlink>
      <w:r>
        <w:t xml:space="preserve"> - This URL provides context on Terraform resources and configurations, which Kuzco analyzes and optimizes, including the syntax and behavior of resource blocks.</w:t>
      </w:r>
      <w:r/>
    </w:p>
    <w:p>
      <w:pPr>
        <w:pStyle w:val="ListNumber"/>
        <w:spacing w:line="240" w:lineRule="auto"/>
        <w:ind w:left="720"/>
      </w:pPr>
      <w:r/>
      <w:hyperlink r:id="rId12">
        <w:r>
          <w:rPr>
            <w:color w:val="0000EE"/>
            <w:u w:val="single"/>
          </w:rPr>
          <w:t>https://developer.hashicorp.com/terraform/language/resources/syntax</w:t>
        </w:r>
      </w:hyperlink>
      <w:r>
        <w:t xml:space="preserve"> - This URL details the resource block syntax in Terraform, which is relevant to how Kuzco examines and optimizes these configurations.</w:t>
      </w:r>
      <w:r/>
    </w:p>
    <w:p>
      <w:pPr>
        <w:pStyle w:val="ListNumber"/>
        <w:spacing w:line="240" w:lineRule="auto"/>
        <w:ind w:left="720"/>
      </w:pPr>
      <w:r/>
      <w:hyperlink r:id="rId13">
        <w:r>
          <w:rPr>
            <w:color w:val="0000EE"/>
            <w:u w:val="single"/>
          </w:rPr>
          <w:t>https://www.reddit.com/r/Terraform/comments/17jcn2i/best_way_to_generate_terraform_for_automating/</w:t>
        </w:r>
      </w:hyperlink>
      <w:r>
        <w:t xml:space="preserve"> - This URL discusses the challenges and best practices in managing Terraform configurations, which Kuzco addresses by automating the review and suggestion process.</w:t>
      </w:r>
      <w:r/>
    </w:p>
    <w:p>
      <w:pPr>
        <w:pStyle w:val="ListNumber"/>
        <w:spacing w:line="240" w:lineRule="auto"/>
        <w:ind w:left="720"/>
      </w:pPr>
      <w:r/>
      <w:hyperlink r:id="rId14">
        <w:r>
          <w:rPr>
            <w:color w:val="0000EE"/>
            <w:u w:val="single"/>
          </w:rPr>
          <w:t>https://docs.oracle.com/en-us/iaas/Content/ResourceManager/Concepts/terraformconfigresourcemanager.htm</w:t>
        </w:r>
      </w:hyperlink>
      <w:r>
        <w:t xml:space="preserve"> - This URL provides an example of Terraform configurations and their requirements, which Kuzco can analyze and optimize for better performance and security.</w:t>
      </w:r>
      <w:r/>
    </w:p>
    <w:p>
      <w:pPr>
        <w:pStyle w:val="ListNumber"/>
        <w:spacing w:line="240" w:lineRule="auto"/>
        <w:ind w:left="720"/>
      </w:pPr>
      <w:r/>
      <w:hyperlink r:id="rId10">
        <w:r>
          <w:rPr>
            <w:color w:val="0000EE"/>
            <w:u w:val="single"/>
          </w:rPr>
          <w:t>https://github.com/RoseSecurity/Kuzco</w:t>
        </w:r>
      </w:hyperlink>
      <w:r>
        <w:t xml:space="preserve"> - This URL mentions the community interest and potential benefits of using Kuzco, such as time savings and enhanced configuration quality.</w:t>
      </w:r>
      <w:r/>
    </w:p>
    <w:p>
      <w:pPr>
        <w:pStyle w:val="ListNumber"/>
        <w:spacing w:line="240" w:lineRule="auto"/>
        <w:ind w:left="720"/>
      </w:pPr>
      <w:r/>
      <w:hyperlink r:id="rId10">
        <w:r>
          <w:rPr>
            <w:color w:val="0000EE"/>
            <w:u w:val="single"/>
          </w:rPr>
          <w:t>https://github.com/RoseSecurity/Kuzco</w:t>
        </w:r>
      </w:hyperlink>
      <w:r>
        <w:t xml:space="preserve"> - This URL indicates the tool's deployment and its potential to become an invaluable tool in cloud infrastructure management, making the process of optimizing and securing Terraform resources more intuitive.</w:t>
      </w:r>
      <w:r/>
    </w:p>
    <w:p>
      <w:pPr>
        <w:pStyle w:val="ListNumber"/>
        <w:spacing w:line="240" w:lineRule="auto"/>
        <w:ind w:left="720"/>
      </w:pPr>
      <w:r/>
      <w:hyperlink r:id="rId15">
        <w:r>
          <w:rPr>
            <w:color w:val="0000EE"/>
            <w:u w:val="single"/>
          </w:rPr>
          <w:t>https://www.linuxtoday.com/blog/an-extremely-practical-use-for-ai-and-terraform/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thub.com/RoseSecurity/Kuzco" TargetMode="External"/><Relationship Id="rId11" Type="http://schemas.openxmlformats.org/officeDocument/2006/relationships/hyperlink" Target="https://developer.hashicorp.com/terraform/language/resources" TargetMode="External"/><Relationship Id="rId12" Type="http://schemas.openxmlformats.org/officeDocument/2006/relationships/hyperlink" Target="https://developer.hashicorp.com/terraform/language/resources/syntax" TargetMode="External"/><Relationship Id="rId13" Type="http://schemas.openxmlformats.org/officeDocument/2006/relationships/hyperlink" Target="https://www.reddit.com/r/Terraform/comments/17jcn2i/best_way_to_generate_terraform_for_automating/" TargetMode="External"/><Relationship Id="rId14" Type="http://schemas.openxmlformats.org/officeDocument/2006/relationships/hyperlink" Target="https://docs.oracle.com/en-us/iaas/Content/ResourceManager/Concepts/terraformconfigresourcemanager.htm" TargetMode="External"/><Relationship Id="rId15" Type="http://schemas.openxmlformats.org/officeDocument/2006/relationships/hyperlink" Target="https://www.linuxtoday.com/blog/an-extremely-practical-use-for-ai-and-terra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