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Insurity launches advanced AI-powered document intelligence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Insurity Launches Advanced AI-Powered Document Intelligence System</w:t>
      </w:r>
      <w:r/>
    </w:p>
    <w:p>
      <w:r/>
      <w:r>
        <w:rPr>
          <w:b/>
        </w:rPr>
        <w:t>Hartford, CT</w:t>
      </w:r>
      <w:r>
        <w:t>, — Insurity, a leading provider of cloud-based software for the insurance industry, has introduced Insurity Document Intelligence, an advanced system powered by OIP Robotics. This innovative technology leverages sophisticated machine learning algorithms to extract data from documents with an impressive 99% accuracy rate, significantly optimising various operational aspects for insurers and Managing General Agents (MGAs).</w:t>
      </w:r>
      <w:r/>
    </w:p>
    <w:p>
      <w:r/>
      <w:r>
        <w:t>The new offering stands out with several key features that are designed to streamline insurance workflows:</w:t>
      </w:r>
      <w:r/>
      <w:r/>
    </w:p>
    <w:p>
      <w:pPr>
        <w:pStyle w:val="ListBullet"/>
        <w:spacing w:line="240" w:lineRule="auto"/>
        <w:ind w:left="720"/>
      </w:pPr>
      <w:r/>
      <w:r>
        <w:rPr>
          <w:b/>
        </w:rPr>
        <w:t>High-Accuracy Data Extraction</w:t>
      </w:r>
      <w:r>
        <w:t>: The system can accurately extract data from documents at a rate of 99%, minimising errors and the need for human intervention.</w:t>
      </w:r>
      <w:r/>
    </w:p>
    <w:p>
      <w:pPr>
        <w:pStyle w:val="ListBullet"/>
        <w:spacing w:line="240" w:lineRule="auto"/>
        <w:ind w:left="720"/>
      </w:pPr>
      <w:r/>
      <w:r>
        <w:rPr>
          <w:b/>
        </w:rPr>
        <w:t>Reduced Operational Costs</w:t>
      </w:r>
      <w:r>
        <w:t>: By automating the data extraction process, operational costs can be reduced by up to 60%.</w:t>
      </w:r>
      <w:r/>
    </w:p>
    <w:p>
      <w:pPr>
        <w:pStyle w:val="ListBullet"/>
        <w:spacing w:line="240" w:lineRule="auto"/>
        <w:ind w:left="720"/>
      </w:pPr>
      <w:r/>
      <w:r>
        <w:rPr>
          <w:b/>
        </w:rPr>
        <w:t>Faster Submission Processing</w:t>
      </w:r>
      <w:r>
        <w:t>: The technology clears submissions 50% faster, improving overall processing times.</w:t>
      </w:r>
      <w:r/>
    </w:p>
    <w:p>
      <w:pPr>
        <w:pStyle w:val="ListBullet"/>
        <w:spacing w:line="240" w:lineRule="auto"/>
        <w:ind w:left="720"/>
      </w:pPr>
      <w:r/>
      <w:r>
        <w:rPr>
          <w:b/>
        </w:rPr>
        <w:t>Improved Underwriting Efficiency</w:t>
      </w:r>
      <w:r>
        <w:t>: The system streamlines underwriting operations, reducing submission turnaround times and enhancing productivity.</w:t>
      </w:r>
      <w:r/>
    </w:p>
    <w:p>
      <w:pPr>
        <w:pStyle w:val="ListBullet"/>
        <w:spacing w:line="240" w:lineRule="auto"/>
        <w:ind w:left="720"/>
      </w:pPr>
      <w:r/>
      <w:r>
        <w:rPr>
          <w:b/>
        </w:rPr>
        <w:t>Enhanced Data Collection</w:t>
      </w:r>
      <w:r>
        <w:t>: It can quickly extract comprehensive and complex datasets at high speeds, further increasing efficiency.</w:t>
      </w:r>
      <w:r/>
    </w:p>
    <w:p>
      <w:pPr>
        <w:pStyle w:val="ListBullet"/>
        <w:spacing w:line="240" w:lineRule="auto"/>
        <w:ind w:left="720"/>
      </w:pPr>
      <w:r/>
      <w:r>
        <w:rPr>
          <w:b/>
        </w:rPr>
        <w:t>Minimised Errors</w:t>
      </w:r>
      <w:r>
        <w:t>: The reduction of human involvement in handwritten data extraction ensures data integrity and minimizes errors.</w:t>
      </w:r>
      <w:r/>
      <w:r/>
    </w:p>
    <w:p>
      <w:r/>
      <w:r>
        <w:t>The introduction of Insurity Document Intelligence highlights a significant technological advancement in the insurance sector, promising to enhance operational efficiencies and decision-making capabilities for insurers and MGAs. By automating routine processes, it allows these entities to focus more on strategic initiatives and customer service.</w:t>
      </w:r>
      <w:r/>
    </w:p>
    <w:p>
      <w:r/>
      <w:r>
        <w:t>Mladen Subasic, Chief Product Officer at OIP Robotics, commented on the technological leap, stating, “We stand at a pivotal moment in the insurance industry, where AI-powered data understanding is no longer just a tool but the gateway to a revolution in workflow automation. By integrating OIPR’s state-of-the-art AI within Insurity’s robust SaaS ecosystem, we enable our clients to achieve greater speed, insights, and growth. Together, we’re leveraging the latest InsurTech advancements to redefine the future of commercial insurance.”</w:t>
      </w:r>
      <w:r/>
    </w:p>
    <w:p>
      <w:r/>
      <w:r>
        <w:t>Chris Lafond, Chief Executive Officer at Insurity, echoed these sentiments, highlighting the value proposition of the new system. "Insurity Document Intelligence, powered by OIP Robotics, provides significant value to carriers and MGAs by enhancing data extraction accuracy and operational efficiency. By pre-integrating with Insurity Products we are showing our commitment to helping our clients maintain a competitive edge in the industry, further underscoring our dedication to innovation and excellence."</w:t>
      </w:r>
      <w:r/>
    </w:p>
    <w:p>
      <w:r/>
      <w:r>
        <w:t>The deployment of Insurity Document Intelligence represents a step forward in the integration of AI within the insurance industry. The benefits of this system are poised to offer substantial improvements in efficiency and accuracy, reinforcing Insurity's position as a leader in InsurTech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https://www.businesswire.com/news/home/20241001323745/en/Insurity-Launches-Document-Intelligence-Powered-by-OIP-Robotics-Utilizing-AI-to-Enhance-Data-Extraction-Accuracy-and-Efficiency-for-Insurers</w:t>
        </w:r>
      </w:hyperlink>
      <w:r>
        <w:t xml:space="preserve"> - Corroborates the launch of Insurity Document Intelligence, its 99% data extraction accuracy, and the reduction of operational costs by 60%.</w:t>
      </w:r>
      <w:r/>
    </w:p>
    <w:p>
      <w:pPr>
        <w:pStyle w:val="ListNumber"/>
        <w:spacing w:line="240" w:lineRule="auto"/>
        <w:ind w:left="720"/>
      </w:pPr>
      <w:r/>
      <w:hyperlink r:id="rId11">
        <w:r>
          <w:rPr>
            <w:color w:val="0000EE"/>
            <w:u w:val="single"/>
          </w:rPr>
          <w:t>https://finance.yahoo.com/news/insurity-launches-document-intelligence-powered-143500836.html</w:t>
        </w:r>
      </w:hyperlink>
      <w:r>
        <w:t xml:space="preserve"> - Supports the high-accuracy data extraction, reduced operational costs, and faster submission processing times of Insurity Document Intelligence.</w:t>
      </w:r>
      <w:r/>
    </w:p>
    <w:p>
      <w:pPr>
        <w:pStyle w:val="ListNumber"/>
        <w:spacing w:line="240" w:lineRule="auto"/>
        <w:ind w:left="720"/>
      </w:pPr>
      <w:r/>
      <w:hyperlink r:id="rId12">
        <w:r>
          <w:rPr>
            <w:color w:val="0000EE"/>
            <w:u w:val="single"/>
          </w:rPr>
          <w:t>https://insurity.com/press-release/insurity-partners-oip-robotics-transform-data-processing-through-ai</w:t>
        </w:r>
      </w:hyperlink>
      <w:r>
        <w:t xml:space="preserve"> - Details the partnership between Insurity and OIP Robotics, highlighting the integration of AI for enhanced data processing and operational efficiency.</w:t>
      </w:r>
      <w:r/>
    </w:p>
    <w:p>
      <w:pPr>
        <w:pStyle w:val="ListNumber"/>
        <w:spacing w:line="240" w:lineRule="auto"/>
        <w:ind w:left="720"/>
      </w:pPr>
      <w:r/>
      <w:hyperlink r:id="rId10">
        <w:r>
          <w:rPr>
            <w:color w:val="0000EE"/>
            <w:u w:val="single"/>
          </w:rPr>
          <w:t>https://www.businesswire.com/news/home/20241001323745/en/Insurity-Launches-Document-Intelligence-Powered-by-OIP-Robotics-Utilizing-AI-to-Enhance-Data-Extraction-Accuracy-and-Efficiency-for-Insurers</w:t>
        </w:r>
      </w:hyperlink>
      <w:r>
        <w:t xml:space="preserve"> - Explains how the system streamlines underwriting operations and enhances productivity by reducing submission turnaround times.</w:t>
      </w:r>
      <w:r/>
    </w:p>
    <w:p>
      <w:pPr>
        <w:pStyle w:val="ListNumber"/>
        <w:spacing w:line="240" w:lineRule="auto"/>
        <w:ind w:left="720"/>
      </w:pPr>
      <w:r/>
      <w:hyperlink r:id="rId11">
        <w:r>
          <w:rPr>
            <w:color w:val="0000EE"/>
            <w:u w:val="single"/>
          </w:rPr>
          <w:t>https://finance.yahoo.com/news/insurity-launches-document-intelligence-powered-143500836.html</w:t>
        </w:r>
      </w:hyperlink>
      <w:r>
        <w:t xml:space="preserve"> - Describes the enhanced data collection capabilities of Insurity Document Intelligence, including the quick extraction of complex datasets.</w:t>
      </w:r>
      <w:r/>
    </w:p>
    <w:p>
      <w:pPr>
        <w:pStyle w:val="ListNumber"/>
        <w:spacing w:line="240" w:lineRule="auto"/>
        <w:ind w:left="720"/>
      </w:pPr>
      <w:r/>
      <w:hyperlink r:id="rId10">
        <w:r>
          <w:rPr>
            <w:color w:val="0000EE"/>
            <w:u w:val="single"/>
          </w:rPr>
          <w:t>https://www.businesswire.com/news/home/20241001323745/en/Insurity-Launches-Document-Intelligence-Powered-by-OIP-Robotics-Utilizing-AI-to-Enhance-Data-Extraction-Accuracy-and-Efficiency-for-Insurers</w:t>
        </w:r>
      </w:hyperlink>
      <w:r>
        <w:t xml:space="preserve"> - Highlights the minimization of errors through reduced human involvement in handwritten data extraction.</w:t>
      </w:r>
      <w:r/>
    </w:p>
    <w:p>
      <w:pPr>
        <w:pStyle w:val="ListNumber"/>
        <w:spacing w:line="240" w:lineRule="auto"/>
        <w:ind w:left="720"/>
      </w:pPr>
      <w:r/>
      <w:hyperlink r:id="rId12">
        <w:r>
          <w:rPr>
            <w:color w:val="0000EE"/>
            <w:u w:val="single"/>
          </w:rPr>
          <w:t>https://insurity.com/press-release/insurity-partners-oip-robotics-transform-data-processing-through-ai</w:t>
        </w:r>
      </w:hyperlink>
      <w:r>
        <w:t xml:space="preserve"> - Provides context on the technological advancement and the integration of OIPR’s AI within Insurity’s SaaS ecosystem.</w:t>
      </w:r>
      <w:r/>
    </w:p>
    <w:p>
      <w:pPr>
        <w:pStyle w:val="ListNumber"/>
        <w:spacing w:line="240" w:lineRule="auto"/>
        <w:ind w:left="720"/>
      </w:pPr>
      <w:r/>
      <w:hyperlink r:id="rId11">
        <w:r>
          <w:rPr>
            <w:color w:val="0000EE"/>
            <w:u w:val="single"/>
          </w:rPr>
          <w:t>https://finance.yahoo.com/news/insurity-launches-document-intelligence-powered-143500836.html</w:t>
        </w:r>
      </w:hyperlink>
      <w:r>
        <w:t xml:space="preserve"> - Quotes Mladen Subasic on the pivotal moment in the insurance industry where AI-powered data understanding is revolutionizing workflow automation.</w:t>
      </w:r>
      <w:r/>
    </w:p>
    <w:p>
      <w:pPr>
        <w:pStyle w:val="ListNumber"/>
        <w:spacing w:line="240" w:lineRule="auto"/>
        <w:ind w:left="720"/>
      </w:pPr>
      <w:r/>
      <w:hyperlink r:id="rId10">
        <w:r>
          <w:rPr>
            <w:color w:val="0000EE"/>
            <w:u w:val="single"/>
          </w:rPr>
          <w:t>https://www.businesswire.com/news/home/20241001323745/en/Insurity-Launches-Document-Intelligence-Powered-by-OIP-Robotics-Utilizing-AI-to-Enhance-Data-Extraction-Accuracy-and-Efficiency-for-Insurers</w:t>
        </w:r>
      </w:hyperlink>
      <w:r>
        <w:t xml:space="preserve"> - Includes Chris Lafond’s comments on the value proposition of Insurity Document Intelligence and its commitment to innovation and excellence.</w:t>
      </w:r>
      <w:r/>
    </w:p>
    <w:p>
      <w:pPr>
        <w:pStyle w:val="ListNumber"/>
        <w:spacing w:line="240" w:lineRule="auto"/>
        <w:ind w:left="720"/>
      </w:pPr>
      <w:r/>
      <w:hyperlink r:id="rId13">
        <w:r>
          <w:rPr>
            <w:color w:val="0000EE"/>
            <w:u w:val="single"/>
          </w:rPr>
          <w:t>https://insurity.com</w:t>
        </w:r>
      </w:hyperlink>
      <w:r>
        <w:t xml:space="preserve"> - Provides an overview of Insurity as a leading provider of cloud-based software for the insurance industry, reinforcing its position in InsurTech innovation.</w:t>
      </w:r>
      <w:r/>
    </w:p>
    <w:p>
      <w:pPr>
        <w:pStyle w:val="ListNumber"/>
        <w:spacing w:line="240" w:lineRule="auto"/>
        <w:ind w:left="720"/>
      </w:pPr>
      <w:r/>
      <w:hyperlink r:id="rId11">
        <w:r>
          <w:rPr>
            <w:color w:val="0000EE"/>
            <w:u w:val="single"/>
          </w:rPr>
          <w:t>https://finance.yahoo.com/news/insurity-launches-document-intelligence-powered-143500836.html</w:t>
        </w:r>
      </w:hyperlink>
      <w:r>
        <w:t xml:space="preserve"> - Summarizes the benefits and the forward step in the integration of AI within the insurance industry through Insurity Document Intelligence.</w:t>
      </w:r>
      <w:r/>
    </w:p>
    <w:p>
      <w:pPr>
        <w:pStyle w:val="ListNumber"/>
        <w:spacing w:line="240" w:lineRule="auto"/>
        <w:ind w:left="720"/>
      </w:pPr>
      <w:r/>
      <w:hyperlink r:id="rId14">
        <w:r>
          <w:rPr>
            <w:color w:val="0000EE"/>
            <w:u w:val="single"/>
          </w:rPr>
          <w:t>https://www.insurtechinsights.com/insurity-launches-ai-powered-document-intelligence-solution/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01323745/en/Insurity-Launches-Document-Intelligence-Powered-by-OIP-Robotics-Utilizing-AI-to-Enhance-Data-Extraction-Accuracy-and-Efficiency-for-Insurers" TargetMode="External"/><Relationship Id="rId11" Type="http://schemas.openxmlformats.org/officeDocument/2006/relationships/hyperlink" Target="https://finance.yahoo.com/news/insurity-launches-document-intelligence-powered-143500836.html" TargetMode="External"/><Relationship Id="rId12" Type="http://schemas.openxmlformats.org/officeDocument/2006/relationships/hyperlink" Target="https://insurity.com/press-release/insurity-partners-oip-robotics-transform-data-processing-through-ai" TargetMode="External"/><Relationship Id="rId13" Type="http://schemas.openxmlformats.org/officeDocument/2006/relationships/hyperlink" Target="https://insurity.com" TargetMode="External"/><Relationship Id="rId14" Type="http://schemas.openxmlformats.org/officeDocument/2006/relationships/hyperlink" Target="https://www.insurtechinsights.com/insurity-launches-ai-powered-document-intelligence-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