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Jamf unveils advanced tools to aid Apple admins at JNUC 2023</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Jamf Unveils Advanced Tools to Aid Apple Admins at JNUC 2023</w:t>
      </w:r>
      <w:r/>
    </w:p>
    <w:p>
      <w:r/>
      <w:r>
        <w:t>On 1st October, Jamf, a prominent provider of Apple management and security services, introduced a suite of new tools and features designed to support Apple administrators. The unveiling took place during the well-attended Jamf Nation User Conference (JNUC), with a significant emphasis on artificial intelligence (AI), enhanced security, and novel solutions aimed at simplifying the management of large fleets of Apple devices.</w:t>
      </w:r>
      <w:r/>
    </w:p>
    <w:p>
      <w:r/>
      <w:r>
        <w:t>A pivotal highlight of this year’s JNUC was the acknowledgment of the growing complexities that Apple administrators face in the current working environment. Jamf's CEO, John Strosahl, underscored this point during his address, stating, “In today’s environment, support of hybrid and remote work is the norm and the need for protecting one’s environment is a must. Jamf recognises the responsibility of an Apple admin has only grown more complex.”</w:t>
      </w:r>
      <w:r/>
    </w:p>
    <w:p>
      <w:r/>
      <w:r>
        <w:t>The developments showcased by Jamf this year appear to address the expanding set of challenges posed by distributed working environments. Strosahl emphasised the company’s commitment to simplifying operations for Apple admins: “We’re streamlining the user experience, making security compliance easier than ever to achieve, and even providing each customer with a seasoned Jamf expert.”</w:t>
      </w:r>
      <w:r/>
    </w:p>
    <w:p>
      <w:r/>
      <w:r>
        <w:t>The new tools presented are expected to make substantial strides in various domains critical to Apple device management:</w:t>
      </w:r>
      <w:r/>
    </w:p>
    <w:p>
      <w:r/>
      <w:r>
        <w:t xml:space="preserve">1. </w:t>
      </w:r>
      <w:r>
        <w:rPr>
          <w:b/>
        </w:rPr>
        <w:t>User Experience</w:t>
      </w:r>
      <w:r>
        <w:t>: Enhancements aimed at creating a smoother and more intuitive experience for end-users, ensuring that the deployment and everyday use of Apple devices are simplified across large organisations.</w:t>
      </w:r>
      <w:r/>
    </w:p>
    <w:p>
      <w:r/>
      <w:r>
        <w:t xml:space="preserve">2. </w:t>
      </w:r>
      <w:r>
        <w:rPr>
          <w:b/>
        </w:rPr>
        <w:t>Security Compliance</w:t>
      </w:r>
      <w:r>
        <w:t>: With security being paramount, especially in a mixed remote and hybrid working model, the new features include solutions that facilitate easier compliance with stringent security standards.</w:t>
      </w:r>
      <w:r/>
    </w:p>
    <w:p>
      <w:r/>
      <w:r>
        <w:t xml:space="preserve">3. </w:t>
      </w:r>
      <w:r>
        <w:rPr>
          <w:b/>
        </w:rPr>
        <w:t>Expert Support</w:t>
      </w:r>
      <w:r>
        <w:t>: In a move to provide continuous support and leverage expertise, Jamf is now pairing each customer with a seasoned Jamf expert, offering dedicated assistance and advice.</w:t>
      </w:r>
      <w:r/>
    </w:p>
    <w:p>
      <w:r/>
      <w:r>
        <w:t>This year’s JNUC underscored the vital role of Apple administrators in maintaining operational efficiency and security within an organisation. By unveiling these advanced tools and features, Jamf strengthens its position as a key player in the Apple management and security landscape, meeting the needs of administrators tasked with overseeing extensive and varied Apple device ecosystems.</w:t>
      </w:r>
      <w:r/>
    </w:p>
    <w:p>
      <w:r/>
      <w:r>
        <w:t>As organisations continue to navigate the intricacies of the modern working environment, these innovative solutions from Jamf are poised to make a significant impact, simplifying and securing the tasks of managing large-scale Apple fleets.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https://www.jamf.com/blog/jnuc-2023-keynote/</w:t>
        </w:r>
      </w:hyperlink>
      <w:r>
        <w:t xml:space="preserve"> - This article discusses the key announcements and features presented at JNUC 2023, including enhancements to user experience, security, and expert support.</w:t>
      </w:r>
      <w:r/>
    </w:p>
    <w:p>
      <w:pPr>
        <w:pStyle w:val="ListNumber"/>
        <w:spacing w:line="240" w:lineRule="auto"/>
        <w:ind w:left="720"/>
      </w:pPr>
      <w:r/>
      <w:hyperlink r:id="rId11">
        <w:r>
          <w:rPr>
            <w:color w:val="0000EE"/>
            <w:u w:val="single"/>
          </w:rPr>
          <w:t>https://biztechmagazine.com/article/2023/09/jnuc-2023-jamf-security-and-configuration-features-take-center-stage</w:t>
        </w:r>
      </w:hyperlink>
      <w:r>
        <w:t xml:space="preserve"> - This article highlights the focus on security, configuration, and integration at JNUC 2023, including sessions on identity and access management and zero-trust network access.</w:t>
      </w:r>
      <w:r/>
    </w:p>
    <w:p>
      <w:pPr>
        <w:pStyle w:val="ListNumber"/>
        <w:spacing w:line="240" w:lineRule="auto"/>
        <w:ind w:left="720"/>
      </w:pPr>
      <w:r/>
      <w:hyperlink r:id="rId12">
        <w:r>
          <w:rPr>
            <w:color w:val="0000EE"/>
            <w:u w:val="single"/>
          </w:rPr>
          <w:t>https://www.computerworld.com/article/1636786/jnuc-2023-the-top-5-changes-jamf-unveiled.html</w:t>
        </w:r>
      </w:hyperlink>
      <w:r>
        <w:t xml:space="preserve"> - This article details the top changes unveiled by Jamf at JNUC 2023, including improvements to Jamf Pro 11, enhanced security features, and better support for hybrid work environments.</w:t>
      </w:r>
      <w:r/>
    </w:p>
    <w:p>
      <w:pPr>
        <w:pStyle w:val="ListNumber"/>
        <w:spacing w:line="240" w:lineRule="auto"/>
        <w:ind w:left="720"/>
      </w:pPr>
      <w:r/>
      <w:hyperlink r:id="rId12">
        <w:r>
          <w:rPr>
            <w:color w:val="0000EE"/>
            <w:u w:val="single"/>
          </w:rPr>
          <w:t>https://www.computerworld.com/article/1636786/jnuc-2023-the-top-5-changes-jamf-unveiled.html</w:t>
        </w:r>
      </w:hyperlink>
      <w:r>
        <w:t xml:space="preserve"> - This article explains how Jamf Pro 11 includes an easier-to-navigate user interface, better accessibility tools, and support for Declarative Device Management, which simplifies software update management.</w:t>
      </w:r>
      <w:r/>
    </w:p>
    <w:p>
      <w:pPr>
        <w:pStyle w:val="ListNumber"/>
        <w:spacing w:line="240" w:lineRule="auto"/>
        <w:ind w:left="720"/>
      </w:pPr>
      <w:r/>
      <w:hyperlink r:id="rId10">
        <w:r>
          <w:rPr>
            <w:color w:val="0000EE"/>
            <w:u w:val="single"/>
          </w:rPr>
          <w:t>https://www.jamf.com/blog/jnuc-2023-keynote/</w:t>
        </w:r>
      </w:hyperlink>
      <w:r>
        <w:t xml:space="preserve"> - This article mentions the introduction of Jamf Remote Assist, which offers secure in-product remote screen sharing for troubleshooting on macOS devices, even when users are not on the internal network.</w:t>
      </w:r>
      <w:r/>
    </w:p>
    <w:p>
      <w:pPr>
        <w:pStyle w:val="ListNumber"/>
        <w:spacing w:line="240" w:lineRule="auto"/>
        <w:ind w:left="720"/>
      </w:pPr>
      <w:r/>
      <w:hyperlink r:id="rId11">
        <w:r>
          <w:rPr>
            <w:color w:val="0000EE"/>
            <w:u w:val="single"/>
          </w:rPr>
          <w:t>https://biztechmagazine.com/article/2023/09/jnuc-2023-jamf-security-and-configuration-features-take-center-stage</w:t>
        </w:r>
      </w:hyperlink>
      <w:r>
        <w:t xml:space="preserve"> - This article discusses how Jamf Connect now offers Zero Trust Network Access (ZTNA) and how it enhances security by protecting work traffic and ensuring secure connections for users.</w:t>
      </w:r>
      <w:r/>
    </w:p>
    <w:p>
      <w:pPr>
        <w:pStyle w:val="ListNumber"/>
        <w:spacing w:line="240" w:lineRule="auto"/>
        <w:ind w:left="720"/>
      </w:pPr>
      <w:r/>
      <w:hyperlink r:id="rId12">
        <w:r>
          <w:rPr>
            <w:color w:val="0000EE"/>
            <w:u w:val="single"/>
          </w:rPr>
          <w:t>https://www.computerworld.com/article/1636786/jnuc-2023-the-top-5-changes-jamf-unveiled.html</w:t>
        </w:r>
      </w:hyperlink>
      <w:r>
        <w:t xml:space="preserve"> - This article highlights Jamf's commitment to security compliance, including features that allow admins to check managed devices against compliance policies and identify vulnerabilities.</w:t>
      </w:r>
      <w:r/>
    </w:p>
    <w:p>
      <w:pPr>
        <w:pStyle w:val="ListNumber"/>
        <w:spacing w:line="240" w:lineRule="auto"/>
        <w:ind w:left="720"/>
      </w:pPr>
      <w:r/>
      <w:hyperlink r:id="rId10">
        <w:r>
          <w:rPr>
            <w:color w:val="0000EE"/>
            <w:u w:val="single"/>
          </w:rPr>
          <w:t>https://www.jamf.com/blog/jnuc-2023-keynote/</w:t>
        </w:r>
      </w:hyperlink>
      <w:r>
        <w:t xml:space="preserve"> - This article explains the importance of trusted access and device management, emphasizing that management is the foundation for securing devices and resources.</w:t>
      </w:r>
      <w:r/>
    </w:p>
    <w:p>
      <w:pPr>
        <w:pStyle w:val="ListNumber"/>
        <w:spacing w:line="240" w:lineRule="auto"/>
        <w:ind w:left="720"/>
      </w:pPr>
      <w:r/>
      <w:hyperlink r:id="rId11">
        <w:r>
          <w:rPr>
            <w:color w:val="0000EE"/>
            <w:u w:val="single"/>
          </w:rPr>
          <w:t>https://biztechmagazine.com/article/2023/09/jnuc-2023-jamf-security-and-configuration-features-take-center-stage</w:t>
        </w:r>
      </w:hyperlink>
      <w:r>
        <w:t xml:space="preserve"> - This article mentions the sessions at JNUC 2023 that focused on configuration services and deployment of Apple devices, including zero-touch mobile device management via Apple’s Automated Device Enrollment.</w:t>
      </w:r>
      <w:r/>
    </w:p>
    <w:p>
      <w:pPr>
        <w:pStyle w:val="ListNumber"/>
        <w:spacing w:line="240" w:lineRule="auto"/>
        <w:ind w:left="720"/>
      </w:pPr>
      <w:r/>
      <w:hyperlink r:id="rId12">
        <w:r>
          <w:rPr>
            <w:color w:val="0000EE"/>
            <w:u w:val="single"/>
          </w:rPr>
          <w:t>https://www.computerworld.com/article/1636786/jnuc-2023-the-top-5-changes-jamf-unveiled.html</w:t>
        </w:r>
      </w:hyperlink>
      <w:r>
        <w:t xml:space="preserve"> - This article discusses how Jamf is providing digital employee badges used in iPhones or Apple Watch to access buildings and offices, enhancing physical and digital security.</w:t>
      </w:r>
      <w:r/>
    </w:p>
    <w:p>
      <w:pPr>
        <w:pStyle w:val="ListNumber"/>
        <w:spacing w:line="240" w:lineRule="auto"/>
        <w:ind w:left="720"/>
      </w:pPr>
      <w:r/>
      <w:hyperlink r:id="rId10">
        <w:r>
          <w:rPr>
            <w:color w:val="0000EE"/>
            <w:u w:val="single"/>
          </w:rPr>
          <w:t>https://www.jamf.com/blog/jnuc-2023-keynote/</w:t>
        </w:r>
      </w:hyperlink>
      <w:r>
        <w:t xml:space="preserve"> - This article outlines the enhancements to Jamf Connect, including automatic activation of ZTNA upon deployment, ensuring secure access to work resources from the moment a new Mac is unboxed.</w:t>
      </w:r>
      <w:r/>
    </w:p>
    <w:p>
      <w:pPr>
        <w:pStyle w:val="ListNumber"/>
        <w:spacing w:line="240" w:lineRule="auto"/>
        <w:ind w:left="720"/>
      </w:pPr>
      <w:r/>
      <w:hyperlink r:id="rId13">
        <w:r>
          <w:rPr>
            <w:color w:val="0000EE"/>
            <w:u w:val="single"/>
          </w:rPr>
          <w:t>https://www.computerworld.com/article/3543444/jnuc-2024-jamf-brings-ai-and-more-to-apple-enterprise.html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amf.com/blog/jnuc-2023-keynote/" TargetMode="External"/><Relationship Id="rId11" Type="http://schemas.openxmlformats.org/officeDocument/2006/relationships/hyperlink" Target="https://biztechmagazine.com/article/2023/09/jnuc-2023-jamf-security-and-configuration-features-take-center-stage" TargetMode="External"/><Relationship Id="rId12" Type="http://schemas.openxmlformats.org/officeDocument/2006/relationships/hyperlink" Target="https://www.computerworld.com/article/1636786/jnuc-2023-the-top-5-changes-jamf-unveiled.html" TargetMode="External"/><Relationship Id="rId13" Type="http://schemas.openxmlformats.org/officeDocument/2006/relationships/hyperlink" Target="https://www.computerworld.com/article/3543444/jnuc-2024-jamf-brings-ai-and-more-to-apple-enterpris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