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Jason Bradbury crowdfunds new AI-themed comedy film Ctrl AI Delete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Ctrl AI Delete: Jason Bradbury Crowdfunds New AI-Themed Comedy Film</w:t>
      </w:r>
      <w:r/>
    </w:p>
    <w:p>
      <w:r/>
      <w:r>
        <w:rPr>
          <w:b/>
        </w:rPr>
        <w:t>London, UK —</w:t>
      </w:r>
      <w:r>
        <w:t xml:space="preserve"> In an era dominated by rapid advances in Artificial Intelligence (AI), 2024 has positioned itself at the forefront of technological dialogue, both celebrated and critiqued by enthusiasts and sceptics alike. Amidst this backdrop, TV presenter and retro gaming aficionado Jason Bradbury embarks on an innovative cinematic venture, combining the allure of '80s nostalgia with the contemporary discourse on AI. His new project, Ctrl AI Delete, currently seeking backing on Kickstarter, seeks to blend classic themes with a modern narrative centred around a rogue Super Intelligence.</w:t>
      </w:r>
      <w:r/>
    </w:p>
    <w:p>
      <w:r/>
      <w:r>
        <w:t>Bradbury, widely recognised for his tenure on The Gadget Show, brings a wealth of experience and passion to this project. He recalls his formative years, surrounded by technology courtesy of his father's role in the plastics design industry, exposing him early on to pioneering gadgets and gaming consoles. "We had the first Sinclair Digital Watch, early console and computer shells to mess around with!" Bradbury reminisces, illustrating the roots of his fascination with tech.</w:t>
      </w:r>
      <w:r/>
    </w:p>
    <w:p>
      <w:r/>
      <w:r>
        <w:rPr>
          <w:b/>
        </w:rPr>
        <w:t>Ctrl AI Delete</w:t>
      </w:r>
      <w:r>
        <w:t xml:space="preserve"> ventures into familiar territory for Bradbury, intertwining his love for retro tech with a fresh storyline. The plot orbits around a group of underdogs who rise to the challenge of saving humanity from a digital apocalypse triggered by an AI meltdown. These unlikely heroes, rooted in the mundanity of everyday life, transform into formidable saviours using their passion for '80s and '90s computers and consoles. Rather than focusing on dystopian themes echoed in movies like The Terminator, the film aims to spotlight the human experience amidst technological upheavals, delivered with a comedic twist.</w:t>
      </w:r>
      <w:r/>
    </w:p>
    <w:p>
      <w:r/>
      <w:r>
        <w:t>Reflecting on the potential ramifications of AI, Bradbury expresses a nuanced perspective. While acknowledging the terrifying possibilities of rogue AI applications, he brings attention to the socio-economic disparities that such technological advances could exacerbate. “My concern is that there will be the information/Machine Learning Rich and Poor, with the latter missing out on the truly amazing potential this next stage of our technological evolution promises,” he observes. Concerns about governmental misuse of AI for control and indoctrination are also raised, painting a sobering picture of the future.</w:t>
      </w:r>
      <w:r/>
    </w:p>
    <w:p>
      <w:r/>
      <w:r>
        <w:t xml:space="preserve">The creative team behind </w:t>
      </w:r>
      <w:r>
        <w:rPr>
          <w:b/>
        </w:rPr>
        <w:t>Ctrl AI Delete</w:t>
      </w:r>
      <w:r>
        <w:t xml:space="preserve"> showcases an impressive array of talent, fostering an environment ripe for innovation. The teaser footage, already generating buzz on Kickstarter, exemplifies the collaborative effort put forth by director Elizabeth Blake Thomas, cinematographer Sam, and the cast. They have successfully recreated a vivid '80s vibe, particularly through their use of anamorphic lens cinematography.</w:t>
      </w:r>
      <w:r/>
    </w:p>
    <w:p>
      <w:r/>
      <w:r>
        <w:t>Bradbury’s inspirations draw heavily from iconic films such as Blade Runner, Wargames, and British comedies like Brassed Off and Billy Elliot, which influence the tone and direction of Ctrl AI Delete. His unequivocal love for retro games also plays a pivotal role, typified by his favourite Atari 2600 and titles like GoldenEye 007 for the N64.</w:t>
      </w:r>
      <w:r/>
    </w:p>
    <w:p>
      <w:r/>
      <w:r>
        <w:t>With an ambitious aim of completing the film within a year, Bradbury and his team are actively engaging the community to support the project. The Kickstarter page offers a variety of reward packages, from digital downloads and memorabilia to the chance to be part of the movie itself. One particularly appealing reward for retro gaming fans is the 'High Score Hero' package, allowing their name to feature in the fictional arcade machine’s high score list.</w:t>
      </w:r>
      <w:r/>
    </w:p>
    <w:p>
      <w:r/>
      <w:r>
        <w:t>Looking ahead, Bradbury hints at future projects, potentially continuing the stories of characters developed in Ctrl AI Delete. The enthusiasm and dedication to this current venture suggest that this film is just the beginning of a broader creative journey.</w:t>
      </w:r>
      <w:r/>
    </w:p>
    <w:p>
      <w:r/>
      <w:r>
        <w:rPr>
          <w:b/>
        </w:rPr>
        <w:t>Ctrl AI Delete</w:t>
      </w:r>
      <w:r>
        <w:t xml:space="preserve"> is live on Kickstarter now, and with community support, aims to bring this unique blend of humour, nostalgia, and cutting-edge commentary on AI to the big screen.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https://www.timeextension.com/features/interview-jason-bradbury-talks-crtl-ai-delete-a-comedic-take-on-the-ai-apocalypse</w:t>
        </w:r>
      </w:hyperlink>
      <w:r>
        <w:t xml:space="preserve"> - Corroborates Jason Bradbury's background, his interest in retro tech, and the comedic take on the AI apocalypse in Ctrl AI Delete.</w:t>
      </w:r>
      <w:r/>
    </w:p>
    <w:p>
      <w:pPr>
        <w:pStyle w:val="ListNumber"/>
        <w:spacing w:line="240" w:lineRule="auto"/>
        <w:ind w:left="720"/>
      </w:pPr>
      <w:r/>
      <w:hyperlink r:id="rId11">
        <w:r>
          <w:rPr>
            <w:color w:val="0000EE"/>
            <w:u w:val="single"/>
          </w:rPr>
          <w:t>https://www.kickstarter.com/projects/ctrlaidelete/ctrl-ai-delete</w:t>
        </w:r>
      </w:hyperlink>
      <w:r>
        <w:t xml:space="preserve"> - Confirms the Kickstarter campaign for Ctrl AI Delete and the plot involving a rogue Super Intelligence.</w:t>
      </w:r>
      <w:r/>
    </w:p>
    <w:p>
      <w:pPr>
        <w:pStyle w:val="ListNumber"/>
        <w:spacing w:line="240" w:lineRule="auto"/>
        <w:ind w:left="720"/>
      </w:pPr>
      <w:r/>
      <w:hyperlink r:id="rId12">
        <w:r>
          <w:rPr>
            <w:color w:val="0000EE"/>
            <w:u w:val="single"/>
          </w:rPr>
          <w:t>https://www.ctrlaidelete.net</w:t>
        </w:r>
      </w:hyperlink>
      <w:r>
        <w:t xml:space="preserve"> - Details the plot, themes, and the blend of '80s nostalgia with a modern narrative in Ctrl AI Delete.</w:t>
      </w:r>
      <w:r/>
    </w:p>
    <w:p>
      <w:pPr>
        <w:pStyle w:val="ListNumber"/>
        <w:spacing w:line="240" w:lineRule="auto"/>
        <w:ind w:left="720"/>
      </w:pPr>
      <w:r/>
      <w:hyperlink r:id="rId10">
        <w:r>
          <w:rPr>
            <w:color w:val="0000EE"/>
            <w:u w:val="single"/>
          </w:rPr>
          <w:t>https://www.timeextension.com/features/interview-jason-bradbury-talks-crtl-ai-delete-a-comedic-take-on-the-ai-apocalypse</w:t>
        </w:r>
      </w:hyperlink>
      <w:r>
        <w:t xml:space="preserve"> - Provides insights into Jason Bradbury's formative years and his exposure to early technology through his father's industry.</w:t>
      </w:r>
      <w:r/>
    </w:p>
    <w:p>
      <w:pPr>
        <w:pStyle w:val="ListNumber"/>
        <w:spacing w:line="240" w:lineRule="auto"/>
        <w:ind w:left="720"/>
      </w:pPr>
      <w:r/>
      <w:hyperlink r:id="rId12">
        <w:r>
          <w:rPr>
            <w:color w:val="0000EE"/>
            <w:u w:val="single"/>
          </w:rPr>
          <w:t>https://www.ctrlaidelete.net</w:t>
        </w:r>
      </w:hyperlink>
      <w:r>
        <w:t xml:space="preserve"> - Explains the film's focus on the human experience and the comedic twist instead of dystopian themes.</w:t>
      </w:r>
      <w:r/>
    </w:p>
    <w:p>
      <w:pPr>
        <w:pStyle w:val="ListNumber"/>
        <w:spacing w:line="240" w:lineRule="auto"/>
        <w:ind w:left="720"/>
      </w:pPr>
      <w:r/>
      <w:hyperlink r:id="rId10">
        <w:r>
          <w:rPr>
            <w:color w:val="0000EE"/>
            <w:u w:val="single"/>
          </w:rPr>
          <w:t>https://www.timeextension.com/features/interview-jason-bradbury-talks-crtl-ai-delete-a-comedic-take-on-the-ai-apocalypse</w:t>
        </w:r>
      </w:hyperlink>
      <w:r>
        <w:t xml:space="preserve"> - Reflects on Jason Bradbury's concerns about the socio-economic disparities and misuse of AI.</w:t>
      </w:r>
      <w:r/>
    </w:p>
    <w:p>
      <w:pPr>
        <w:pStyle w:val="ListNumber"/>
        <w:spacing w:line="240" w:lineRule="auto"/>
        <w:ind w:left="720"/>
      </w:pPr>
      <w:r/>
      <w:hyperlink r:id="rId12">
        <w:r>
          <w:rPr>
            <w:color w:val="0000EE"/>
            <w:u w:val="single"/>
          </w:rPr>
          <w:t>https://www.ctrlaidelete.net</w:t>
        </w:r>
      </w:hyperlink>
      <w:r>
        <w:t xml:space="preserve"> - Highlights the creative team and their efforts in recreating an '80s vibe through cinematography.</w:t>
      </w:r>
      <w:r/>
    </w:p>
    <w:p>
      <w:pPr>
        <w:pStyle w:val="ListNumber"/>
        <w:spacing w:line="240" w:lineRule="auto"/>
        <w:ind w:left="720"/>
      </w:pPr>
      <w:r/>
      <w:hyperlink r:id="rId10">
        <w:r>
          <w:rPr>
            <w:color w:val="0000EE"/>
            <w:u w:val="single"/>
          </w:rPr>
          <w:t>https://www.timeextension.com/features/interview-jason-bradbury-talks-crtl-ai-delete-a-comedic-take-on-the-ai-apocalypse</w:t>
        </w:r>
      </w:hyperlink>
      <w:r>
        <w:t xml:space="preserve"> - Mentions Jason Bradbury's inspirations from iconic films and his love for retro games.</w:t>
      </w:r>
      <w:r/>
    </w:p>
    <w:p>
      <w:pPr>
        <w:pStyle w:val="ListNumber"/>
        <w:spacing w:line="240" w:lineRule="auto"/>
        <w:ind w:left="720"/>
      </w:pPr>
      <w:r/>
      <w:hyperlink r:id="rId13">
        <w:r>
          <w:rPr>
            <w:color w:val="0000EE"/>
            <w:u w:val="single"/>
          </w:rPr>
          <w:t>https://www.kickstarter.com/projects/ctrlaidelete/ctrl-ai-delete/community?category_id=292&amp;total_hits=63745</w:t>
        </w:r>
      </w:hyperlink>
      <w:r>
        <w:t xml:space="preserve"> - Details the various reward packages offered on the Kickstarter page, including the 'High Score Hero' package.</w:t>
      </w:r>
      <w:r/>
    </w:p>
    <w:p>
      <w:pPr>
        <w:pStyle w:val="ListNumber"/>
        <w:spacing w:line="240" w:lineRule="auto"/>
        <w:ind w:left="720"/>
      </w:pPr>
      <w:r/>
      <w:hyperlink r:id="rId12">
        <w:r>
          <w:rPr>
            <w:color w:val="0000EE"/>
            <w:u w:val="single"/>
          </w:rPr>
          <w:t>https://www.ctrlaidelete.net</w:t>
        </w:r>
      </w:hyperlink>
      <w:r>
        <w:t xml:space="preserve"> - Discusses future projects and the potential continuation of characters from Ctrl AI Delete.</w:t>
      </w:r>
      <w:r/>
    </w:p>
    <w:p>
      <w:pPr>
        <w:pStyle w:val="ListNumber"/>
        <w:spacing w:line="240" w:lineRule="auto"/>
        <w:ind w:left="720"/>
      </w:pPr>
      <w:r/>
      <w:hyperlink r:id="rId10">
        <w:r>
          <w:rPr>
            <w:color w:val="0000EE"/>
            <w:u w:val="single"/>
          </w:rPr>
          <w:t>https://www.timeextension.com/features/interview-jason-bradbury-talks-crtl-ai-delete-a-comedic-take-on-the-ai-apocalypse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meextension.com/features/interview-jason-bradbury-talks-crtl-ai-delete-a-comedic-take-on-the-ai-apocalypse" TargetMode="External"/><Relationship Id="rId11" Type="http://schemas.openxmlformats.org/officeDocument/2006/relationships/hyperlink" Target="https://www.kickstarter.com/projects/ctrlaidelete/ctrl-ai-delete" TargetMode="External"/><Relationship Id="rId12" Type="http://schemas.openxmlformats.org/officeDocument/2006/relationships/hyperlink" Target="https://www.ctrlaidelete.net" TargetMode="External"/><Relationship Id="rId13" Type="http://schemas.openxmlformats.org/officeDocument/2006/relationships/hyperlink" Target="https://www.kickstarter.com/projects/ctrlaidelete/ctrl-ai-delete/community?category_id=292&amp;total_hits=637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