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Leo v3.6: revolutionary AI image generator and gallery script now available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Leo v3.6: Revolutionary AI Image Generator and Gallery Script Now Available</w:t>
      </w:r>
      <w:r/>
    </w:p>
    <w:p>
      <w:r/>
      <w:r>
        <w:t>In the rapidly advancing world of artificial intelligence and web development, the recently unveiled Leo v3.6 AI Image Generator and Gallery PHP Script Theme marks a significant milestone. Available for free download, this innovative tool, combining artificial intelligence with the versatility of PHP scripting, offers users a powerful platform to create stunning and highly customisable image galleries.</w:t>
      </w:r>
      <w:r/>
    </w:p>
    <w:p>
      <w:r/>
      <w:r>
        <w:rPr>
          <w:b/>
        </w:rPr>
        <w:t>A New Era in Image Gallery Creation</w:t>
      </w:r>
      <w:r/>
    </w:p>
    <w:p>
      <w:r/>
      <w:r>
        <w:t>The Leo v3.6 tool is designed to cater to a diverse range of needs, allowing users to specify various attributes such as colour schemes, styles, objects, and specific image categories. This functionality ensures that the outputs are highly tailored to individual preferences and requirements.</w:t>
      </w:r>
      <w:r/>
    </w:p>
    <w:p>
      <w:r/>
      <w:r>
        <w:t>The key features of Leo v3.6 include:</w:t>
      </w:r>
      <w:r/>
      <w:r/>
    </w:p>
    <w:p>
      <w:pPr>
        <w:pStyle w:val="ListBullet"/>
        <w:spacing w:line="240" w:lineRule="auto"/>
        <w:ind w:left="720"/>
      </w:pPr>
      <w:r/>
      <w:r>
        <w:rPr>
          <w:b/>
        </w:rPr>
        <w:t>Responsive Design</w:t>
      </w:r>
      <w:r>
        <w:t>: Ensures compatibility across different devices, enhancing user experience.</w:t>
      </w:r>
      <w:r/>
    </w:p>
    <w:p>
      <w:pPr>
        <w:pStyle w:val="ListBullet"/>
        <w:spacing w:line="240" w:lineRule="auto"/>
        <w:ind w:left="720"/>
      </w:pPr>
      <w:r/>
      <w:r>
        <w:rPr>
          <w:b/>
        </w:rPr>
        <w:t>AI Image Generator</w:t>
      </w:r>
      <w:r>
        <w:t>: Utilises advanced algorithms to create unique and captivating images based on user specifications.</w:t>
      </w:r>
      <w:r/>
    </w:p>
    <w:p>
      <w:pPr>
        <w:pStyle w:val="ListBullet"/>
        <w:spacing w:line="240" w:lineRule="auto"/>
        <w:ind w:left="720"/>
      </w:pPr>
      <w:r/>
      <w:r>
        <w:rPr>
          <w:b/>
        </w:rPr>
        <w:t>Create Plan</w:t>
      </w:r>
      <w:r>
        <w:t>: Facilitates the creation of customised plans for different projects.</w:t>
      </w:r>
      <w:r/>
    </w:p>
    <w:p>
      <w:pPr>
        <w:pStyle w:val="ListBullet"/>
        <w:spacing w:line="240" w:lineRule="auto"/>
        <w:ind w:left="720"/>
      </w:pPr>
      <w:r/>
      <w:r>
        <w:rPr>
          <w:b/>
        </w:rPr>
        <w:t>User Limitation Settings</w:t>
      </w:r>
      <w:r>
        <w:t>: Offers the ability to set usage limits for users, which can be beneficial for resource management or subscription models.</w:t>
      </w:r>
      <w:r/>
    </w:p>
    <w:p>
      <w:pPr>
        <w:pStyle w:val="ListBullet"/>
        <w:spacing w:line="240" w:lineRule="auto"/>
        <w:ind w:left="720"/>
      </w:pPr>
      <w:r/>
      <w:r>
        <w:rPr>
          <w:b/>
        </w:rPr>
        <w:t>Auto Image Upload</w:t>
      </w:r>
      <w:r>
        <w:t>: Streamlines the process of adding images to galleries by automating uploads.</w:t>
      </w:r>
      <w:r/>
    </w:p>
    <w:p>
      <w:pPr>
        <w:pStyle w:val="ListBullet"/>
        <w:spacing w:line="240" w:lineRule="auto"/>
        <w:ind w:left="720"/>
      </w:pPr>
      <w:r/>
      <w:r>
        <w:rPr>
          <w:b/>
        </w:rPr>
        <w:t>Filter Option</w:t>
      </w:r>
      <w:r>
        <w:t>: Provides advanced filtering capabilities for better organisation and navigation of image libraries.</w:t>
      </w:r>
      <w:r/>
    </w:p>
    <w:p>
      <w:pPr>
        <w:pStyle w:val="ListBullet"/>
        <w:spacing w:line="240" w:lineRule="auto"/>
        <w:ind w:left="720"/>
      </w:pPr>
      <w:r/>
      <w:r>
        <w:rPr>
          <w:b/>
        </w:rPr>
        <w:t>Dark and Light Modes</w:t>
      </w:r>
      <w:r>
        <w:t>: Enhances usability and comfort by offering different viewing modes.</w:t>
      </w:r>
      <w:r/>
    </w:p>
    <w:p>
      <w:pPr>
        <w:pStyle w:val="ListBullet"/>
        <w:spacing w:line="240" w:lineRule="auto"/>
        <w:ind w:left="720"/>
      </w:pPr>
      <w:r/>
      <w:r>
        <w:rPr>
          <w:b/>
        </w:rPr>
        <w:t>PixArt Integration</w:t>
      </w:r>
      <w:r>
        <w:t>: Integrates seamlessly with PixArt for further artistic refinements.</w:t>
      </w:r>
      <w:r/>
    </w:p>
    <w:p>
      <w:pPr>
        <w:pStyle w:val="ListBullet"/>
        <w:spacing w:line="240" w:lineRule="auto"/>
        <w:ind w:left="720"/>
      </w:pPr>
      <w:r/>
      <w:r>
        <w:rPr>
          <w:b/>
        </w:rPr>
        <w:t>Monetisation Capabilities</w:t>
      </w:r>
      <w:r>
        <w:t>: Users can leverage AI capabilities to generate revenue, offering a blend of creativity and business.</w:t>
      </w:r>
      <w:r/>
    </w:p>
    <w:p>
      <w:pPr>
        <w:pStyle w:val="ListBullet"/>
        <w:spacing w:line="240" w:lineRule="auto"/>
        <w:ind w:left="720"/>
      </w:pPr>
      <w:r/>
      <w:r>
        <w:rPr>
          <w:b/>
        </w:rPr>
        <w:t>Open Dall-e Integration</w:t>
      </w:r>
      <w:r>
        <w:t>: Supports integration with Dall-e, another sophisticated AI tool for image generation.</w:t>
      </w:r>
      <w:r/>
    </w:p>
    <w:p>
      <w:pPr>
        <w:pStyle w:val="ListBullet"/>
        <w:spacing w:line="240" w:lineRule="auto"/>
        <w:ind w:left="720"/>
      </w:pPr>
      <w:r/>
      <w:r>
        <w:rPr>
          <w:b/>
        </w:rPr>
        <w:t>Highly Customisable Outputs</w:t>
      </w:r>
      <w:r>
        <w:t>: Ensures that each gallery can be uniquely tailored to meet specific needs and aesthetic preferences.</w:t>
      </w:r>
      <w:r/>
      <w:r/>
    </w:p>
    <w:p>
      <w:r/>
      <w:r>
        <w:rPr>
          <w:b/>
        </w:rPr>
        <w:t>User-Friendly Features and Monetisation</w:t>
      </w:r>
      <w:r/>
    </w:p>
    <w:p>
      <w:r/>
      <w:r>
        <w:t>Designed with user experience in mind, Leo v3.6 offers a responsive design that adapts seamlessly to various devices, ensuring consistent performance whether on a desktop, tablet, or smartphone. Additionally, the integration of dark and light modes allows users to choose a viewing experience that suits their preferences.</w:t>
      </w:r>
      <w:r/>
    </w:p>
    <w:p>
      <w:r/>
      <w:r>
        <w:t>A notable feature of Leo v3.6 is its monetization capability, enabling users to harness the power of AI for financial gain. This feature can be particularly advantageous for digital artists, photographers, and web developers looking to offer premium content or services.</w:t>
      </w:r>
      <w:r/>
    </w:p>
    <w:p>
      <w:r/>
      <w:r>
        <w:rPr>
          <w:b/>
        </w:rPr>
        <w:t>Advanced AI and Integration</w:t>
      </w:r>
      <w:r/>
    </w:p>
    <w:p>
      <w:r/>
      <w:r>
        <w:t>The inclusion of the AI Image Generator and Open Dall-e integration sets Leo v3.6 apart as a cutting-edge tool in the realm of AI-driven content creation. These features allow for the generation of unique, high-quality images that can enhance any digital project.</w:t>
      </w:r>
      <w:r/>
    </w:p>
    <w:p>
      <w:r/>
      <w:r>
        <w:rPr>
          <w:b/>
        </w:rPr>
        <w:t>Availability and Access</w:t>
      </w:r>
      <w:r/>
    </w:p>
    <w:p>
      <w:r/>
      <w:r>
        <w:t>Leo v3.6 is available for free download, providing an accessible entry point for individuals and businesses to explore and utilise advanced AI and PHP scripting capabilities. For those interested, the script can be downloaded from Codecanyon under the King Media Theme by KingThemes.</w:t>
      </w:r>
      <w:r/>
    </w:p>
    <w:p>
      <w:r/>
      <w:r>
        <w:t>In a world where digital content is becoming increasingly essential, Leo v3.6 offers a robust solution for creating and managing image galleries with unprecedented ease and flexibility. Its combination of AI-driven creativity and user-centric design positions it as a valuable tool for anyone looking to enhance their digital media projects.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https://codecanyon.net/item/leonardo-ai-image-generation-and-gallery/45602958?srsltid=AfmBOooGrCVoAzTQKxzyOx0dB_pmOiKqqOe75bHrFo1anUnsO3rU7_Gv</w:t>
        </w:r>
      </w:hyperlink>
      <w:r>
        <w:t xml:space="preserve"> - Corroborates the availability of the Leo v3.6 AI Image Generator and Gallery PHP Script Theme on Codecanyon.</w:t>
      </w:r>
      <w:r/>
    </w:p>
    <w:p>
      <w:pPr>
        <w:pStyle w:val="ListNumber"/>
        <w:spacing w:line="240" w:lineRule="auto"/>
        <w:ind w:left="720"/>
      </w:pPr>
      <w:r/>
      <w:hyperlink r:id="rId10">
        <w:r>
          <w:rPr>
            <w:color w:val="0000EE"/>
            <w:u w:val="single"/>
          </w:rPr>
          <w:t>https://codecanyon.net/item/leonardo-ai-image-generation-and-gallery/45602958?srsltid=AfmBOooGrCVoAzTQKxzyOx0dB_pmOiKqqOe75bHrFo1anUnsO3rU7_Gv</w:t>
        </w:r>
      </w:hyperlink>
      <w:r>
        <w:t xml:space="preserve"> - Supports the integration of AI image generation capabilities in the script.</w:t>
      </w:r>
      <w:r/>
    </w:p>
    <w:p>
      <w:pPr>
        <w:pStyle w:val="ListNumber"/>
        <w:spacing w:line="240" w:lineRule="auto"/>
        <w:ind w:left="720"/>
      </w:pPr>
      <w:r/>
      <w:hyperlink r:id="rId11">
        <w:r>
          <w:rPr>
            <w:color w:val="0000EE"/>
            <w:u w:val="single"/>
          </w:rPr>
          <w:t>https://leonardo.ai</w:t>
        </w:r>
      </w:hyperlink>
      <w:r>
        <w:t xml:space="preserve"> - Provides context on the advanced AI algorithms used for image generation, similar to those in Leo v3.6.</w:t>
      </w:r>
      <w:r/>
    </w:p>
    <w:p>
      <w:pPr>
        <w:pStyle w:val="ListNumber"/>
        <w:spacing w:line="240" w:lineRule="auto"/>
        <w:ind w:left="720"/>
      </w:pPr>
      <w:r/>
      <w:hyperlink r:id="rId11">
        <w:r>
          <w:rPr>
            <w:color w:val="0000EE"/>
            <w:u w:val="single"/>
          </w:rPr>
          <w:t>https://leonardo.ai</w:t>
        </w:r>
      </w:hyperlink>
      <w:r>
        <w:t xml:space="preserve"> - Highlights the customisation options available in AI image generation tools, aligning with the customisable outputs of Leo v3.6.</w:t>
      </w:r>
      <w:r/>
    </w:p>
    <w:p>
      <w:pPr>
        <w:pStyle w:val="ListNumber"/>
        <w:spacing w:line="240" w:lineRule="auto"/>
        <w:ind w:left="720"/>
      </w:pPr>
      <w:r/>
      <w:hyperlink r:id="rId12">
        <w:r>
          <w:rPr>
            <w:color w:val="0000EE"/>
            <w:u w:val="single"/>
          </w:rPr>
          <w:t>https://leonadoai.com</w:t>
        </w:r>
      </w:hyperlink>
      <w:r>
        <w:t xml:space="preserve"> - Details the user-friendly features and high customisability of AI image generation tools, similar to Leo v3.6.</w:t>
      </w:r>
      <w:r/>
    </w:p>
    <w:p>
      <w:pPr>
        <w:pStyle w:val="ListNumber"/>
        <w:spacing w:line="240" w:lineRule="auto"/>
        <w:ind w:left="720"/>
      </w:pPr>
      <w:r/>
      <w:hyperlink r:id="rId12">
        <w:r>
          <w:rPr>
            <w:color w:val="0000EE"/>
            <w:u w:val="single"/>
          </w:rPr>
          <w:t>https://leonadoai.com</w:t>
        </w:r>
      </w:hyperlink>
      <w:r>
        <w:t xml:space="preserve"> - Explains the monetisation capabilities through AI-driven content creation, a feature also present in Leo v3.6.</w:t>
      </w:r>
      <w:r/>
    </w:p>
    <w:p>
      <w:pPr>
        <w:pStyle w:val="ListNumber"/>
        <w:spacing w:line="240" w:lineRule="auto"/>
        <w:ind w:left="720"/>
      </w:pPr>
      <w:r/>
      <w:hyperlink r:id="rId13">
        <w:r>
          <w:rPr>
            <w:color w:val="0000EE"/>
            <w:u w:val="single"/>
          </w:rPr>
          <w:t>https://openai.com/index/dall-e-3/</w:t>
        </w:r>
      </w:hyperlink>
      <w:r>
        <w:t xml:space="preserve"> - Supports the integration with Dall-e, another sophisticated AI tool for image generation, as mentioned in Leo v3.6.</w:t>
      </w:r>
      <w:r/>
    </w:p>
    <w:p>
      <w:pPr>
        <w:pStyle w:val="ListNumber"/>
        <w:spacing w:line="240" w:lineRule="auto"/>
        <w:ind w:left="720"/>
      </w:pPr>
      <w:r/>
      <w:hyperlink r:id="rId10">
        <w:r>
          <w:rPr>
            <w:color w:val="0000EE"/>
            <w:u w:val="single"/>
          </w:rPr>
          <w:t>https://codecanyon.net/item/leonardo-ai-image-generation-and-gallery/45602958?srsltid=AfmBOooGrCVoAzTQKxzyOx0dB_pmOiKqqOe75bHrFo1anUnsO3rU7_Gv</w:t>
        </w:r>
      </w:hyperlink>
      <w:r>
        <w:t xml:space="preserve"> - Mentions the responsive design and compatibility across different devices, enhancing user experience in Leo v3.6.</w:t>
      </w:r>
      <w:r/>
    </w:p>
    <w:p>
      <w:pPr>
        <w:pStyle w:val="ListNumber"/>
        <w:spacing w:line="240" w:lineRule="auto"/>
        <w:ind w:left="720"/>
      </w:pPr>
      <w:r/>
      <w:hyperlink r:id="rId11">
        <w:r>
          <w:rPr>
            <w:color w:val="0000EE"/>
            <w:u w:val="single"/>
          </w:rPr>
          <w:t>https://leonardo.ai</w:t>
        </w:r>
      </w:hyperlink>
      <w:r>
        <w:t xml:space="preserve"> - Describes the auto image upload and filter options, which are similar to the streamlined process and organisation features in Leo v3.6.</w:t>
      </w:r>
      <w:r/>
    </w:p>
    <w:p>
      <w:pPr>
        <w:pStyle w:val="ListNumber"/>
        <w:spacing w:line="240" w:lineRule="auto"/>
        <w:ind w:left="720"/>
      </w:pPr>
      <w:r/>
      <w:hyperlink r:id="rId12">
        <w:r>
          <w:rPr>
            <w:color w:val="0000EE"/>
            <w:u w:val="single"/>
          </w:rPr>
          <w:t>https://leonadoai.com</w:t>
        </w:r>
      </w:hyperlink>
      <w:r>
        <w:t xml:space="preserve"> - Highlights the dark and light modes for enhanced usability, a feature also included in Leo v3.6.</w:t>
      </w:r>
      <w:r/>
    </w:p>
    <w:p>
      <w:pPr>
        <w:pStyle w:val="ListNumber"/>
        <w:spacing w:line="240" w:lineRule="auto"/>
        <w:ind w:left="720"/>
      </w:pPr>
      <w:r/>
      <w:hyperlink r:id="rId10">
        <w:r>
          <w:rPr>
            <w:color w:val="0000EE"/>
            <w:u w:val="single"/>
          </w:rPr>
          <w:t>https://codecanyon.net/item/leonardo-ai-image-generation-and-gallery/45602958?srsltid=AfmBOooGrCVoAzTQKxzyOx0dB_pmOiKqqOe75bHrFo1anUnsO3rU7_Gv</w:t>
        </w:r>
      </w:hyperlink>
      <w:r>
        <w:t xml:space="preserve"> - Corroborates the availability of the script for free download and its accessibility for various users.</w:t>
      </w:r>
      <w:r/>
    </w:p>
    <w:p>
      <w:pPr>
        <w:pStyle w:val="ListNumber"/>
        <w:spacing w:line="240" w:lineRule="auto"/>
        <w:ind w:left="720"/>
      </w:pPr>
      <w:r/>
      <w:hyperlink r:id="rId14">
        <w:r>
          <w:rPr>
            <w:color w:val="0000EE"/>
            <w:u w:val="single"/>
          </w:rPr>
          <w:t>https://nullphpscript.com/post/leo-ai-image-generation-and-gallery/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decanyon.net/item/leonardo-ai-image-generation-and-gallery/45602958?srsltid=AfmBOooGrCVoAzTQKxzyOx0dB_pmOiKqqOe75bHrFo1anUnsO3rU7_Gv" TargetMode="External"/><Relationship Id="rId11" Type="http://schemas.openxmlformats.org/officeDocument/2006/relationships/hyperlink" Target="https://leonardo.ai" TargetMode="External"/><Relationship Id="rId12" Type="http://schemas.openxmlformats.org/officeDocument/2006/relationships/hyperlink" Target="https://leonadoai.com" TargetMode="External"/><Relationship Id="rId13" Type="http://schemas.openxmlformats.org/officeDocument/2006/relationships/hyperlink" Target="https://openai.com/index/dall-e-3/" TargetMode="External"/><Relationship Id="rId14" Type="http://schemas.openxmlformats.org/officeDocument/2006/relationships/hyperlink" Target="https://nullphpscript.com/post/leo-ai-image-generation-and-gall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