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Logpoint acquires Muninn to strengthen AI-driven cybersecurity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Logpoint Acquires Muninn to Bolster Cybersecurity Capabilities with AI-Driven Network Detection &amp; Response</w:t>
      </w:r>
      <w:r/>
    </w:p>
    <w:p>
      <w:r/>
      <w:r>
        <w:rPr>
          <w:b/>
        </w:rPr>
        <w:t>Copenhagen &amp; London, October 1, 2024</w:t>
      </w:r>
      <w:r>
        <w:t xml:space="preserve"> – Logpoint, a leading European provider of Security Information and Event Management (SIEM) solutions, today announced the acquisition of Danish cybersecurity company Muninn, known for its advanced AI-driven Network Detection &amp; Response (NDR) technologies. This strategic acquisition aims to enhance Logpoint’s cyber defence offerings amidst a growing demand for sophisticated tools to counter escalating cyber threats.</w:t>
      </w:r>
      <w:r/>
    </w:p>
    <w:p>
      <w:r/>
      <w:r>
        <w:t>The integration of Muninn’s AI-driven NDR capabilities with Logpoint’s existing SIEM-based Cyber Defense Platform is expected to substantially improve organisations' and Managed Security Service Providers' (MSSPs) ability to detect, investigate, and respond to cyber threats. The acquisition is poised to fortify Logpoint’s position in the European cybersecurity market, delivering comprehensive security solutions to combat increasingly complex cyber threats.</w:t>
      </w:r>
      <w:r/>
    </w:p>
    <w:p>
      <w:r/>
      <w:r>
        <w:t>Addressing the increasing threat landscape, Logpoint’s CEO Mikkel Drucker expressed the significance of this merger: “Geopolitical unrest, a shortage of cybersecurity talent, and the commoditisation of malware have made cybersecurity increasingly complex. Organisations and MSSPs require a multi-layered approach to detect and respond effectively to threats. Muninn’s inclusion enhances our offerings, drastically improving our customers' chances of preventing cyberattacks through the combined strengths of AI-driven NDR, SIEM, and automation technologies.”</w:t>
      </w:r>
      <w:r/>
    </w:p>
    <w:p>
      <w:r/>
      <w:r>
        <w:t>The new combined solution aims to significantly boost visibility and efficacy in Threat Detection, Investigation, and Response (TDIR), enhancing real-time prevention of cyberattacks. According to Gartner, organisations that combine SIEM, NDR, and Endpoint Detection and Response (EDR) can respond to incidents 50 percent faster. Muninn’s NDR solution is set to augment the Logpoint Cyber Defense Platform, providing comprehensive network visibility and facilitating seamless integration with other cybersecurity products for holistic protection across diverse environments.</w:t>
      </w:r>
      <w:r/>
    </w:p>
    <w:p>
      <w:r/>
      <w:r>
        <w:t>Jacob Frandsen, Partner at Summa Equity, which holds a majority stake in Logpoint, highlighted the broader vision underpinning the acquisition: “We invested in Logpoint to secure the digital society and support UN Sustainable Development Goals, particularly building resilient infrastructures and promoting transparent institutions with accessible public information. Muninn shares these goals, making this a significant step towards enhancing cyber resilience across Europe.”</w:t>
      </w:r>
      <w:r/>
    </w:p>
    <w:p>
      <w:r/>
      <w:r>
        <w:t>To spearhead this technological advancement, Logpoint has established a dedicated Labs team led by CTO Christian Have. This initiative is tasked with advancing security research and AI innovation to aid organisations and MSSPs in navigating the complexities of cyber threats. The integration brings aboard Muninn’s talented team, including CEO and Founder Andreas Wehowsky, who brings over 20 years of experience in AI, Machine Learning (ML), and enterprise IT projects.</w:t>
      </w:r>
      <w:r/>
    </w:p>
    <w:p>
      <w:r/>
      <w:r>
        <w:t>Wehowsky expressed his enthusiasm for the merger: “Joining Logpoint enables us to bolster mid-sized organisations' resilience against cyber threats. With many companies struggling due to limited cybersecurity staff, this partnership enhances our ability to support these organisations in safeguarding their digital assets, allowing them to focus on their core operations.”</w:t>
      </w:r>
      <w:r/>
    </w:p>
    <w:p>
      <w:r/>
      <w:r>
        <w:t>As the largest SIEM vendor in Europe, Logpoint’s suite of services extends beyond SIEM to include automation, case management, and behaviour analytics. These capabilities aid organisations and MSSPs in detecting, investigating, and responding to cyber threats while ensuring compliance with regulations such as NIS 2, GDPR, and other data protection standards. Logpoint’s solutions, built in accordance with European laws, exemplify robust data protection practices, further evidenced by its Common Criteria EAL3+ certification, a requirement for NATO organisations.</w:t>
      </w:r>
      <w:r/>
    </w:p>
    <w:p>
      <w:pPr>
        <w:pStyle w:val="Heading3"/>
      </w:pPr>
      <w:r/>
    </w:p>
    <w:p>
      <w:r/>
      <w:r>
        <w:rPr>
          <w:b/>
        </w:rPr>
        <w:t>About Logpoint</w:t>
      </w:r>
      <w:r/>
    </w:p>
    <w:p>
      <w:r/>
      <w:r>
        <w:t>Logpoint assists organisations and partners in defending against cyber threats while streamlining security operations. Its Cyber Defense Platform integrates SIEM, automation, case management, and behaviour analytics to deliver high-quality security outcomes across various environments. Headquartered in Copenhagen, Logpoint is celebrated for its adherence to European data protection regulations and has the distinction of being the only European SIEM vendor with a Common Criteria EAL3+ certification.</w:t>
      </w:r>
      <w:r/>
    </w:p>
    <w:p>
      <w:r/>
      <w:r>
        <w:rPr>
          <w:b/>
        </w:rPr>
        <w:t>About Muninn</w:t>
      </w:r>
      <w:r/>
    </w:p>
    <w:p>
      <w:r/>
      <w:r>
        <w:t>Muninn’s cutting-edge cybersecurity solutions harness AI-driven technologies to help organisations protect critical digital assets and infrastructures from evolving threats. With solutions like AI Detect and AI Prevent, Muninn offers real-time detection and response capabilities that enable proactive cyber risk management. Founded by engineers from MIT, Muninn has rapidly established itself as an innovator in AI-powered cybersecurity, continuing to push the boundaries of protection in an ever-evolving threat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https://www.logpoint.com/en/media-room/logpoint-acquires-muninn-to-help-organizations-improve-security-performance-with-enhanced-cybersecurity-visibility/</w:t>
        </w:r>
      </w:hyperlink>
      <w:r>
        <w:t xml:space="preserve"> - Corroborates the acquisition of Muninn by Logpoint and the integration of AI-driven NDR capabilities into Logpoint's SIEM-based Cyber Defense Platform.</w:t>
      </w:r>
      <w:r/>
    </w:p>
    <w:p>
      <w:pPr>
        <w:pStyle w:val="ListNumber"/>
        <w:spacing w:line="240" w:lineRule="auto"/>
        <w:ind w:left="720"/>
      </w:pPr>
      <w:r/>
      <w:hyperlink r:id="rId11">
        <w:r>
          <w:rPr>
            <w:color w:val="0000EE"/>
            <w:u w:val="single"/>
          </w:rPr>
          <w:t>https://www.channelweb.co.uk/news/2024/logpoint-acquires-denmark-s-muninn-to-scale-ai-offering-for-mssps</w:t>
        </w:r>
      </w:hyperlink>
      <w:r>
        <w:t xml:space="preserve"> - Supports the acquisition and its impact on Logpoint's position in the European cybersecurity market, as well as the benefits of combining SIEM, NDR, and automation.</w:t>
      </w:r>
      <w:r/>
    </w:p>
    <w:p>
      <w:pPr>
        <w:pStyle w:val="ListNumber"/>
        <w:spacing w:line="240" w:lineRule="auto"/>
        <w:ind w:left="720"/>
      </w:pPr>
      <w:r/>
      <w:hyperlink r:id="rId12">
        <w:r>
          <w:rPr>
            <w:color w:val="0000EE"/>
            <w:u w:val="single"/>
          </w:rPr>
          <w:t>https://www.logpoint.com/en/blog/logpoint-and-muninn-better-together/</w:t>
        </w:r>
      </w:hyperlink>
      <w:r>
        <w:t xml:space="preserve"> - Details the integration of Muninn's NDR technology into Logpoint's Cyber Defense Platform and the enhanced visibility and threat detection capabilities it provides.</w:t>
      </w:r>
      <w:r/>
    </w:p>
    <w:p>
      <w:pPr>
        <w:pStyle w:val="ListNumber"/>
        <w:spacing w:line="240" w:lineRule="auto"/>
        <w:ind w:left="720"/>
      </w:pPr>
      <w:r/>
      <w:hyperlink r:id="rId13">
        <w:r>
          <w:rPr>
            <w:color w:val="0000EE"/>
            <w:u w:val="single"/>
          </w:rPr>
          <w:t>https://www.iteuropa.com/news/logpoint-acquires-muninn-flesh-out-ai-security-offer-partners</w:t>
        </w:r>
      </w:hyperlink>
      <w:r>
        <w:t xml:space="preserve"> - Explains the strategic value of the acquisition, including the improvement in threat detection and response times by integrating SIEM, NDR, and EDR.</w:t>
      </w:r>
      <w:r/>
    </w:p>
    <w:p>
      <w:pPr>
        <w:pStyle w:val="ListNumber"/>
        <w:spacing w:line="240" w:lineRule="auto"/>
        <w:ind w:left="720"/>
      </w:pPr>
      <w:r/>
      <w:hyperlink r:id="rId14">
        <w:r>
          <w:rPr>
            <w:color w:val="0000EE"/>
            <w:u w:val="single"/>
          </w:rPr>
          <w:t>https://www.bankinfosecurity.com/logpoint-strengthens-siem-by-acquiring-muninn-ai-powered-ndr-a-26417</w:t>
        </w:r>
      </w:hyperlink>
      <w:r>
        <w:t xml:space="preserve"> - Provides insights into how Muninn's AI technology enhances threat detection, especially in complex environments, and the benefits of combining SIEM and NDR.</w:t>
      </w:r>
      <w:r/>
    </w:p>
    <w:p>
      <w:pPr>
        <w:pStyle w:val="ListNumber"/>
        <w:spacing w:line="240" w:lineRule="auto"/>
        <w:ind w:left="720"/>
      </w:pPr>
      <w:r/>
      <w:hyperlink r:id="rId10">
        <w:r>
          <w:rPr>
            <w:color w:val="0000EE"/>
            <w:u w:val="single"/>
          </w:rPr>
          <w:t>https://www.logpoint.com/en/media-room/logpoint-acquires-muninn-to-help-organizations-improve-security-performance-with-enhanced-cybersecurity-visibility/</w:t>
        </w:r>
      </w:hyperlink>
      <w:r>
        <w:t xml:space="preserve"> - Quotes Logpoint CEO Mikkel Drucker on the complexity of the cybersecurity landscape and the need for a multi-layered approach using AI-driven NDR, SIEM, and automation.</w:t>
      </w:r>
      <w:r/>
    </w:p>
    <w:p>
      <w:pPr>
        <w:pStyle w:val="ListNumber"/>
        <w:spacing w:line="240" w:lineRule="auto"/>
        <w:ind w:left="720"/>
      </w:pPr>
      <w:r/>
      <w:hyperlink r:id="rId11">
        <w:r>
          <w:rPr>
            <w:color w:val="0000EE"/>
            <w:u w:val="single"/>
          </w:rPr>
          <w:t>https://www.channelweb.co.uk/news/2024/logpoint-acquires-denmark-s-muninn-to-scale-ai-offering-for-mssps</w:t>
        </w:r>
      </w:hyperlink>
      <w:r>
        <w:t xml:space="preserve"> - Mentions Jacob Frandsen's statement on supporting UN Sustainable Development Goals and enhancing cyber resilience across Europe.</w:t>
      </w:r>
      <w:r/>
    </w:p>
    <w:p>
      <w:pPr>
        <w:pStyle w:val="ListNumber"/>
        <w:spacing w:line="240" w:lineRule="auto"/>
        <w:ind w:left="720"/>
      </w:pPr>
      <w:r/>
      <w:hyperlink r:id="rId12">
        <w:r>
          <w:rPr>
            <w:color w:val="0000EE"/>
            <w:u w:val="single"/>
          </w:rPr>
          <w:t>https://www.logpoint.com/en/blog/logpoint-and-muninn-better-together/</w:t>
        </w:r>
      </w:hyperlink>
      <w:r>
        <w:t xml:space="preserve"> - Describes the establishment of Logpoint Labs and the role of CTO Christian Have in driving security research and AI innovation.</w:t>
      </w:r>
      <w:r/>
    </w:p>
    <w:p>
      <w:pPr>
        <w:pStyle w:val="ListNumber"/>
        <w:spacing w:line="240" w:lineRule="auto"/>
        <w:ind w:left="720"/>
      </w:pPr>
      <w:r/>
      <w:hyperlink r:id="rId13">
        <w:r>
          <w:rPr>
            <w:color w:val="0000EE"/>
            <w:u w:val="single"/>
          </w:rPr>
          <w:t>https://www.iteuropa.com/news/logpoint-acquires-muninn-flesh-out-ai-security-offer-partners</w:t>
        </w:r>
      </w:hyperlink>
      <w:r>
        <w:t xml:space="preserve"> - Details Andreas Wehowsky's background and the integration of Muninn's team into Logpoint to enhance cybersecurity capabilities for mid-sized organizations.</w:t>
      </w:r>
      <w:r/>
    </w:p>
    <w:p>
      <w:pPr>
        <w:pStyle w:val="ListNumber"/>
        <w:spacing w:line="240" w:lineRule="auto"/>
        <w:ind w:left="720"/>
      </w:pPr>
      <w:r/>
      <w:hyperlink r:id="rId14">
        <w:r>
          <w:rPr>
            <w:color w:val="0000EE"/>
            <w:u w:val="single"/>
          </w:rPr>
          <w:t>https://www.bankinfosecurity.com/logpoint-strengthens-siem-by-acquiring-muninn-ai-powered-ndr-a-26417</w:t>
        </w:r>
      </w:hyperlink>
      <w:r>
        <w:t xml:space="preserve"> - Explains how the combined solution aids in detecting and responding to cyber threats, including the integration with other cybersecurity products for holistic protection.</w:t>
      </w:r>
      <w:r/>
    </w:p>
    <w:p>
      <w:pPr>
        <w:pStyle w:val="ListNumber"/>
        <w:spacing w:line="240" w:lineRule="auto"/>
        <w:ind w:left="720"/>
      </w:pPr>
      <w:r/>
      <w:hyperlink r:id="rId10">
        <w:r>
          <w:rPr>
            <w:color w:val="0000EE"/>
            <w:u w:val="single"/>
          </w:rPr>
          <w:t>https://www.logpoint.com/en/media-room/logpoint-acquires-muninn-to-help-organizations-improve-security-performance-with-enhanced-cybersecurity-visibility/</w:t>
        </w:r>
      </w:hyperlink>
      <w:r>
        <w:t xml:space="preserve"> - Highlights Logpoint's adherence to European data protection regulations and its Common Criteria EAL3+ certification.</w:t>
      </w:r>
      <w:r/>
    </w:p>
    <w:p>
      <w:pPr>
        <w:pStyle w:val="ListNumber"/>
        <w:spacing w:line="240" w:lineRule="auto"/>
        <w:ind w:left="720"/>
      </w:pPr>
      <w:r/>
      <w:hyperlink r:id="rId15">
        <w:r>
          <w:rPr>
            <w:color w:val="0000EE"/>
            <w:u w:val="single"/>
          </w:rPr>
          <w:t>https://www.financedigest.com/logpoint-acquires-muninn-to-help-organisations-improve-security-performance-with-enhanced-cybersecurity-visibility.html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ogpoint.com/en/media-room/logpoint-acquires-muninn-to-help-organizations-improve-security-performance-with-enhanced-cybersecurity-visibility/" TargetMode="External"/><Relationship Id="rId11" Type="http://schemas.openxmlformats.org/officeDocument/2006/relationships/hyperlink" Target="https://www.channelweb.co.uk/news/2024/logpoint-acquires-denmark-s-muninn-to-scale-ai-offering-for-mssps" TargetMode="External"/><Relationship Id="rId12" Type="http://schemas.openxmlformats.org/officeDocument/2006/relationships/hyperlink" Target="https://www.logpoint.com/en/blog/logpoint-and-muninn-better-together/" TargetMode="External"/><Relationship Id="rId13" Type="http://schemas.openxmlformats.org/officeDocument/2006/relationships/hyperlink" Target="https://www.iteuropa.com/news/logpoint-acquires-muninn-flesh-out-ai-security-offer-partners" TargetMode="External"/><Relationship Id="rId14" Type="http://schemas.openxmlformats.org/officeDocument/2006/relationships/hyperlink" Target="https://www.bankinfosecurity.com/logpoint-strengthens-siem-by-acquiring-muninn-ai-powered-ndr-a-26417" TargetMode="External"/><Relationship Id="rId15" Type="http://schemas.openxmlformats.org/officeDocument/2006/relationships/hyperlink" Target="https://www.financedigest.com/logpoint-acquires-muninn-to-help-organisations-improve-security-performance-with-enhanced-cybersecurity-visibilit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